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Whittier Pride Arts and Film Festival Guide for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Whittier Pride is returning to Whittier College on Saturday, 26 September, with a free arts and film festival, a colourful march, live entertainment and a new dog parade. The event brings LGBTQIA+ residents, allies, artists and community groups together for an afternoon designed to feel welcoming, lively and genuinely local.</w:t>
      </w:r>
      <w:r/>
    </w:p>
    <w:p>
      <w:pPr>
        <w:pStyle w:val="Heading2"/>
      </w:pPr>
      <w:r>
        <w:t>Essential Takeaways</w:t>
      </w:r>
      <w:r/>
      <w:r/>
    </w:p>
    <w:p>
      <w:pPr>
        <w:pStyle w:val="ListBullet"/>
        <w:spacing w:line="240" w:lineRule="auto"/>
        <w:ind w:left="720"/>
      </w:pPr>
      <w:r/>
      <w:r>
        <w:rPr>
          <w:b/>
        </w:rPr>
        <w:t>Free entry:</w:t>
      </w:r>
      <w:r>
        <w:t xml:space="preserve"> The festival runs from noon to 5pm at Whittier College.</w:t>
      </w:r>
      <w:r/>
    </w:p>
    <w:p>
      <w:pPr>
        <w:pStyle w:val="ListBullet"/>
        <w:spacing w:line="240" w:lineRule="auto"/>
        <w:ind w:left="720"/>
      </w:pPr>
      <w:r/>
      <w:r>
        <w:rPr>
          <w:b/>
        </w:rPr>
        <w:t>March first:</w:t>
      </w:r>
      <w:r>
        <w:t xml:space="preserve"> The Pride march leaves Whittier City Hall at 11am and heads to the college.</w:t>
      </w:r>
      <w:r/>
    </w:p>
    <w:p>
      <w:pPr>
        <w:pStyle w:val="ListBullet"/>
        <w:spacing w:line="240" w:lineRule="auto"/>
        <w:ind w:left="720"/>
      </w:pPr>
      <w:r/>
      <w:r>
        <w:rPr>
          <w:b/>
        </w:rPr>
        <w:t>Plenty to see:</w:t>
      </w:r>
      <w:r>
        <w:t xml:space="preserve"> Expect music, drag, mariachi, poetry, belly dancing, comedy and films.</w:t>
      </w:r>
      <w:r/>
    </w:p>
    <w:p>
      <w:pPr>
        <w:pStyle w:val="ListBullet"/>
        <w:spacing w:line="240" w:lineRule="auto"/>
        <w:ind w:left="720"/>
      </w:pPr>
      <w:r/>
      <w:r>
        <w:rPr>
          <w:b/>
        </w:rPr>
        <w:t>New additions:</w:t>
      </w:r>
      <w:r>
        <w:t xml:space="preserve"> This year's programme includes a dog parade, mental health march and Quaker Queer film festival.</w:t>
      </w:r>
      <w:r/>
    </w:p>
    <w:p>
      <w:pPr>
        <w:pStyle w:val="ListBullet"/>
        <w:spacing w:line="240" w:lineRule="auto"/>
        <w:ind w:left="720"/>
      </w:pPr>
      <w:r/>
      <w:r>
        <w:rPr>
          <w:b/>
        </w:rPr>
        <w:t>Community feel:</w:t>
      </w:r>
      <w:r>
        <w:t xml:space="preserve"> Food trucks, vendors, churches, artists and LGBTQ+ organisations will be on site.</w:t>
      </w:r>
      <w:r/>
      <w:r/>
    </w:p>
    <w:p>
      <w:pPr>
        <w:pStyle w:val="Heading2"/>
      </w:pPr>
      <w:r>
        <w:t>Whittier Pride begins with a community march</w:t>
      </w:r>
      <w:r/>
    </w:p>
    <w:p>
      <w:r/>
      <w:r>
        <w:t>The day's energy starts before the festival gates open. Marchers will meet at Whittier City Hall on Penn Street at 11am before making their way to Whittier College, creating a visible and celebratory route through the city.</w:t>
      </w:r>
      <w:r/>
    </w:p>
    <w:p>
      <w:r/>
      <w:r>
        <w:t xml:space="preserve">That opening procession gives the event a clear sense of purpose, but it also makes the festival easy to join. Visitors can turn up for the march, arrive later for the performances, or do both if they fancy making a proper day of it. Festivals in America lists Whittier Pride as an established local event with a strong community focus. </w:t>
      </w:r>
      <w:hyperlink r:id="rId9">
        <w:r>
          <w:rPr>
            <w:color w:val="0000EE"/>
            <w:u w:val="single"/>
          </w:rPr>
          <w:t>[3]</w:t>
        </w:r>
      </w:hyperlink>
      <w:r/>
    </w:p>
    <w:p>
      <w:pPr>
        <w:pStyle w:val="Heading2"/>
      </w:pPr>
      <w:r>
        <w:t>A free festival with plenty of variety</w:t>
      </w:r>
      <w:r/>
    </w:p>
    <w:p>
      <w:r/>
      <w:r>
        <w:t>Once at the college, the programme runs from noon until 5pm across two stages. Visitors can expect musicians, drag performers, mariachis, queer poets and belly dancers, while comedian Abraham Boche is also scheduled to appear.</w:t>
      </w:r>
      <w:r/>
    </w:p>
    <w:p>
      <w:r/>
      <w:r>
        <w:t xml:space="preserve">There'll be food trucks, community artists and vendors to browse between performances. That mix matters because Whittier Pride isn't built around one headline act; it feels more like a broad neighbourhood gathering, where the atmosphere is as important as the timetable. </w:t>
      </w:r>
      <w:hyperlink r:id="rId9">
        <w:r>
          <w:rPr>
            <w:color w:val="0000EE"/>
            <w:u w:val="single"/>
          </w:rPr>
          <w:t>[3]</w:t>
        </w:r>
      </w:hyperlink>
      <w:r/>
    </w:p>
    <w:p>
      <w:r/>
      <w:r>
        <w:t xml:space="preserve">Free entry also keeps the event accessible for families, students and anyone who may be attending Pride for the first time. In a cost-conscious climate, an afternoon of entertainment that doesn't require a ticket is a welcome touch. </w:t>
      </w:r>
      <w:hyperlink r:id="rId9">
        <w:r>
          <w:rPr>
            <w:color w:val="0000EE"/>
            <w:u w:val="single"/>
          </w:rPr>
          <w:t>[3]</w:t>
        </w:r>
      </w:hyperlink>
      <w:r/>
    </w:p>
    <w:p>
      <w:pPr>
        <w:pStyle w:val="Heading2"/>
      </w:pPr>
      <w:r>
        <w:t>New events add a thoughtful edge</w:t>
      </w:r>
      <w:r/>
    </w:p>
    <w:p>
      <w:r/>
      <w:r>
        <w:t>This year's festival introduces several additions, including a dog parade, a mental health march and the Quaker Queer film festival. The Whittier Dog Club will host an LGBTQ+ allied dog walk, so visitors may want to expect plenty of wagging tails alongside the banners and music.</w:t>
      </w:r>
      <w:r/>
    </w:p>
    <w:p>
      <w:r/>
      <w:r>
        <w:t xml:space="preserve">The film element adds a quieter, more reflective strand to the day. Meanwhile, the mental health march acknowledges that visibility and celebration can sit alongside conversations about support, belonging and wellbeing. That balance gives the programme more depth than a standard street party. </w:t>
      </w:r>
      <w:hyperlink r:id="rId9">
        <w:r>
          <w:rPr>
            <w:color w:val="0000EE"/>
            <w:u w:val="single"/>
          </w:rPr>
          <w:t>[3]</w:t>
        </w:r>
      </w:hyperlink>
      <w:r/>
    </w:p>
    <w:p>
      <w:pPr>
        <w:pStyle w:val="Heading2"/>
      </w:pPr>
      <w:r>
        <w:t>Free Mom Hugs brings visible support</w:t>
      </w:r>
      <w:r/>
    </w:p>
    <w:p>
      <w:r/>
      <w:r>
        <w:t xml:space="preserve">Free Mom Hugs is among the groups associated with Pride events and works to show acceptance for LGBTQIA+ people through volunteers offering encouragement, solidarity and, where welcomed, a reassuring hug. The organisation says its network has grown across the United States, turning a simple gesture into a highly recognisable form of allyship. </w:t>
      </w:r>
      <w:hyperlink r:id="rId10">
        <w:r>
          <w:rPr>
            <w:color w:val="0000EE"/>
            <w:u w:val="single"/>
          </w:rPr>
          <w:t>[2]</w:t>
        </w:r>
      </w:hyperlink>
      <w:r/>
    </w:p>
    <w:p>
      <w:r/>
      <w:r>
        <w:t xml:space="preserve">Its presence reflects the wider role Pride festivals can play. For some people, the day is a celebration; for others, it's a first step towards finding community. Free Mom Hugs has been described by LGBTQ Nation and university gender studies coverage as a grassroots movement that has expanded well beyond its original local roots. </w:t>
      </w:r>
      <w:hyperlink r:id="rId11">
        <w:r>
          <w:rPr>
            <w:color w:val="0000EE"/>
            <w:u w:val="single"/>
          </w:rPr>
          <w:t>[4]</w:t>
        </w:r>
      </w:hyperlink>
      <w:r>
        <w:t xml:space="preserve"> </w:t>
      </w:r>
      <w:hyperlink r:id="rId12">
        <w:r>
          <w:rPr>
            <w:color w:val="0000EE"/>
            <w:u w:val="single"/>
          </w:rPr>
          <w:t>[5]</w:t>
        </w:r>
      </w:hyperlink>
      <w:r/>
    </w:p>
    <w:p>
      <w:pPr>
        <w:pStyle w:val="Heading2"/>
      </w:pPr>
      <w:r>
        <w:t>What visitors should know before they go</w:t>
      </w:r>
      <w:r/>
    </w:p>
    <w:p>
      <w:r/>
      <w:r>
        <w:t>The festival takes place at Whittier College, 13406 Philadelphia Street, after the march leaves City Hall at 13230 Penn Street. Arriving early makes sense if you want to join the procession, while later visitors can head straight to the college for the noon start.</w:t>
      </w:r>
      <w:r/>
    </w:p>
    <w:p>
      <w:r/>
      <w:r>
        <w:t xml:space="preserve">Wear comfortable shoes, bring water and leave a little room in the schedule for browsing stalls or catching an unexpected performance. If you're bringing a dog, check the event arrangements before setting off and keep your pet comfortable around crowds, noise and warm weather. Free Mom Hugs also encourages supporters to take part in fundraising and volunteer-led activities, showing how Pride participation can continue beyond a single afternoon. </w:t>
      </w:r>
      <w:hyperlink r:id="rId13">
        <w:r>
          <w:rPr>
            <w:color w:val="0000EE"/>
            <w:u w:val="single"/>
          </w:rPr>
          <w:t>[7]</w:t>
        </w:r>
      </w:hyperlink>
      <w:r/>
    </w:p>
    <w:p>
      <w:r/>
      <w:r>
        <w:t xml:space="preserve">Founded by Lorenzo Gomez in 2019, Whittier Pride has grown into an annual event that combines celebration with local connection. With churches, civic organisations, colleges and community groups involved, this year's festival looks set to keep that welcoming, homespun character. </w:t>
      </w:r>
      <w:hyperlink r:id="rId9">
        <w:r>
          <w:rPr>
            <w:color w:val="0000EE"/>
            <w:u w:val="single"/>
          </w:rPr>
          <w:t>[3]</w:t>
        </w:r>
      </w:hyperlink>
      <w:r/>
    </w:p>
    <w:p>
      <w:r/>
      <w:r>
        <w:t>Whittier Pride offers a bright, inclusive day out where art, advocacy and community meet.</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[3]</w:t>
        </w:r>
      </w:hyperlink>
      <w:r>
        <w:t xml:space="preserve">- Paragraph 2: </w:t>
      </w:r>
      <w:hyperlink r:id="rId9">
        <w:r>
          <w:rPr>
            <w:color w:val="0000EE"/>
            <w:u w:val="single"/>
          </w:rPr>
          <w:t>[3]</w:t>
        </w:r>
      </w:hyperlink>
      <w:r>
        <w:t xml:space="preserve">- Paragraph 3: </w:t>
      </w:r>
      <w:hyperlink r:id="rId9">
        <w:r>
          <w:rPr>
            <w:color w:val="0000EE"/>
            <w:u w:val="single"/>
          </w:rPr>
          <w:t>[3]</w:t>
        </w:r>
      </w:hyperlink>
      <w:r>
        <w:t xml:space="preserve">- Paragraph 4: </w:t>
      </w:r>
      <w:hyperlink r:id="rId9">
        <w:r>
          <w:rPr>
            <w:color w:val="0000EE"/>
            <w:u w:val="single"/>
          </w:rPr>
          <w:t>[3]</w:t>
        </w:r>
      </w:hyperlink>
      <w:r>
        <w:t xml:space="preserve">- Paragraph 5: </w:t>
      </w:r>
      <w:hyperlink r:id="rId9">
        <w:r>
          <w:rPr>
            <w:color w:val="0000EE"/>
            <w:u w:val="single"/>
          </w:rPr>
          <w:t>[3]</w:t>
        </w:r>
      </w:hyperlink>
      <w:r>
        <w:t xml:space="preserve">- Paragraph 6: </w:t>
      </w:r>
      <w:hyperlink r:id="rId9">
        <w:r>
          <w:rPr>
            <w:color w:val="0000EE"/>
            <w:u w:val="single"/>
          </w:rPr>
          <w:t>[3]</w:t>
        </w:r>
      </w:hyperlink>
      <w:r>
        <w:t xml:space="preserve">- Paragraph 7: </w:t>
      </w:r>
      <w:hyperlink r:id="rId10">
        <w:r>
          <w:rPr>
            <w:color w:val="0000EE"/>
            <w:u w:val="single"/>
          </w:rPr>
          <w:t>[2]</w:t>
        </w:r>
      </w:hyperlink>
      <w:r>
        <w:t xml:space="preserve">- Paragraph 8: </w:t>
      </w:r>
      <w:hyperlink r:id="rId11">
        <w:r>
          <w:rPr>
            <w:color w:val="0000EE"/>
            <w:u w:val="single"/>
          </w:rPr>
          <w:t>[4]</w:t>
        </w:r>
      </w:hyperlink>
      <w:r>
        <w:t xml:space="preserve">, </w:t>
      </w:r>
      <w:hyperlink r:id="rId12">
        <w:r>
          <w:rPr>
            <w:color w:val="0000EE"/>
            <w:u w:val="single"/>
          </w:rPr>
          <w:t>[5]</w:t>
        </w:r>
      </w:hyperlink>
      <w:r>
        <w:t xml:space="preserve">- Paragraph 9: </w:t>
      </w:r>
      <w:hyperlink r:id="rId9">
        <w:r>
          <w:rPr>
            <w:color w:val="0000EE"/>
            <w:u w:val="single"/>
          </w:rPr>
          <w:t>[3]</w:t>
        </w:r>
      </w:hyperlink>
      <w:r>
        <w:t xml:space="preserve">- Paragraph 10: </w:t>
      </w:r>
      <w:hyperlink r:id="rId13">
        <w:r>
          <w:rPr>
            <w:color w:val="0000EE"/>
            <w:u w:val="single"/>
          </w:rPr>
          <w:t>[7]</w:t>
        </w:r>
      </w:hyperlink>
      <w:r>
        <w:t xml:space="preserve">- Paragraph 11: </w:t>
      </w:r>
      <w:hyperlink r:id="rId9">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https://www.whittierdailynews.com/2026/09/23/whittier-pride-arts-film-festival-set-for-whittier-college/</w:t>
        </w:r>
      </w:hyperlink>
      <w:r>
        <w:t xml:space="preserve"> - Please view link - unable to able to access data</w:t>
      </w:r>
      <w:r/>
    </w:p>
    <w:p>
      <w:pPr>
        <w:pStyle w:val="ListNumber"/>
        <w:spacing w:line="240" w:lineRule="auto"/>
        <w:ind w:left="720"/>
      </w:pPr>
      <w:r/>
      <w:hyperlink r:id="rId10">
        <w:r>
          <w:rPr>
            <w:color w:val="0000EE"/>
            <w:u w:val="single"/>
          </w:rPr>
          <w:t>https://www.freedadhugs.com/</w:t>
        </w:r>
      </w:hyperlink>
      <w:r>
        <w:t xml:space="preserve"> - Free Dad Hugs is an affirming, trauma-aware space for the entire LGBTQIA+ community, their families, and allies—rooted in the belief that chosen family is real family. They explicitly welcome LGBTQIA+ youth and adults, parents and family members at every stage of their journey, allies who are still learning, and anyone who has ever needed a hug and didn't have someone to give them one. Their mission is to embrace the LGBTQIA+ community and its allies with open arms and open hearts—cultivating a world where love and acceptance are boundless.</w:t>
      </w:r>
      <w:r/>
    </w:p>
    <w:p>
      <w:pPr>
        <w:pStyle w:val="ListNumber"/>
        <w:spacing w:line="240" w:lineRule="auto"/>
        <w:ind w:left="720"/>
      </w:pPr>
      <w:r/>
      <w:hyperlink r:id="rId9">
        <w:r>
          <w:rPr>
            <w:color w:val="0000EE"/>
            <w:u w:val="single"/>
          </w:rPr>
          <w:t>https://www.festivalsinamerica.com/festival/original-whittier-pride-whittier</w:t>
        </w:r>
      </w:hyperlink>
      <w:r>
        <w:t xml:space="preserve"> - Original Whittier Pride is the city's free, all-ages LGBTQ+ celebration, held each September on the Whittier College campus. Across two stages, it brings together drag performers, mariachi and choral groups, food trucks, artists, and community organizations, growing into one of the East LA gateway region's friendliest neighborhood pride events. The festival has become a warm, family-friendly gathering that gives the gateway cities east of Los Angeles their own neighborhood pride celebration.</w:t>
      </w:r>
      <w:r/>
    </w:p>
    <w:p>
      <w:pPr>
        <w:pStyle w:val="ListNumber"/>
        <w:spacing w:line="240" w:lineRule="auto"/>
        <w:ind w:left="720"/>
      </w:pPr>
      <w:r/>
      <w:hyperlink r:id="rId11">
        <w:r>
          <w:rPr>
            <w:color w:val="0000EE"/>
            <w:u w:val="single"/>
          </w:rPr>
          <w:t>https://www.lgbtqnation.com/2025/04/10-years-after-the-first-free-mom-hug-the-homegrown-group-is-embracing-thousands/</w:t>
        </w:r>
      </w:hyperlink>
      <w:r>
        <w:t xml:space="preserve"> - Free Mom Hugs, founded by Sara Cunningham, has grown into a nationwide group with over 37,000 volunteers. The organization empowers the world to celebrate the LGBTQIA+ community through visibility, education, and conversation. They collaborate on local and national initiatives with other advocacy organizations like the Human Rights Campaign, PFLAG, and The Trevor Project. Their mission includes public speaking engagements, supporting and advocating for LGBTQIA+ rights, and providing resources for individuals and families.</w:t>
      </w:r>
      <w:r/>
    </w:p>
    <w:p>
      <w:pPr>
        <w:pStyle w:val="ListNumber"/>
        <w:spacing w:line="240" w:lineRule="auto"/>
        <w:ind w:left="720"/>
      </w:pPr>
      <w:r/>
      <w:hyperlink r:id="rId12">
        <w:r>
          <w:rPr>
            <w:color w:val="0000EE"/>
            <w:u w:val="single"/>
          </w:rPr>
          <w:t>https://www.sc.edu/study/colleges_schools/artsandsciences/womens_and_gender_studies/about/news/2025/free_mom_hugs.php</w:t>
        </w:r>
      </w:hyperlink>
      <w:r>
        <w:t xml:space="preserve"> - Free Mom Hugs empowers volunteers across the country to show up for LGBTQIA+ individuals with love, visibility, and open arms—hugs. From a nonprofit started in Oklahoma City to a lively, inspirational, and active chapter represented on the USC campus, Free Mom Hugs is making a difference. The organization is visible in Pride festivals, on college campuses, and at community events. Volunteers show up in shirts and buttons, some hold signs, and some simply offer a presence of support.</w:t>
      </w:r>
      <w:r/>
    </w:p>
    <w:p>
      <w:pPr>
        <w:pStyle w:val="ListNumber"/>
        <w:spacing w:line="240" w:lineRule="auto"/>
        <w:ind w:left="720"/>
      </w:pPr>
      <w:r/>
      <w:hyperlink r:id="rId15">
        <w:r>
          <w:rPr>
            <w:color w:val="0000EE"/>
            <w:u w:val="single"/>
          </w:rPr>
          <w:t>https://midsouthpride.org/parade-units/free-mom-hugs/</w:t>
        </w:r>
      </w:hyperlink>
      <w:r>
        <w:t xml:space="preserve"> - Free Mom Hugs empowers the world to celebrate the LGBTQIA+ community through visibility, education, and heartfelt conversation. With open arms and compassionate hearts, they foster acceptance and love, reminding everyone that hugs can bridge divides. Their presence at the Memphis Pride Parade symbolizes unwavering support and the importance of family, no matter how it’s defined. Join them in embracing authenticity and creating a more inclusive world, one hug at a time.</w:t>
      </w:r>
      <w:r/>
    </w:p>
    <w:p>
      <w:pPr>
        <w:pStyle w:val="ListNumber"/>
        <w:spacing w:line="240" w:lineRule="auto"/>
        <w:ind w:left="720"/>
      </w:pPr>
      <w:r/>
      <w:hyperlink r:id="rId13">
        <w:r>
          <w:rPr>
            <w:color w:val="0000EE"/>
            <w:u w:val="single"/>
          </w:rPr>
          <w:t>https://freemomhugs.funraise.org/</w:t>
        </w:r>
      </w:hyperlink>
      <w:r>
        <w:t xml:space="preserve"> - Free Mom Hugs is a group of affirming parents and allies who love the LGBTQ+ community unconditionally. They are dedicated to educating families, churches, and civic leaders, encouraging them to not only affirm the LGBTQ+ community but to celebrate them. The organization offers resources, education, and support to empower the world to celebrate the LGBTQIA+ community through visibility, education, and conversation. They believe that everyone deserves a safe, affirming place to land.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festivalsinamerica.com/festival/original-whittier-pride-whittier" TargetMode="External"/><Relationship Id="rId10" Type="http://schemas.openxmlformats.org/officeDocument/2006/relationships/hyperlink" Target="https://www.freedadhugs.com/" TargetMode="External"/><Relationship Id="rId11" Type="http://schemas.openxmlformats.org/officeDocument/2006/relationships/hyperlink" Target="https://www.lgbtqnation.com/2025/04/10-years-after-the-first-free-mom-hug-the-homegrown-group-is-embracing-thousands/" TargetMode="External"/><Relationship Id="rId12" Type="http://schemas.openxmlformats.org/officeDocument/2006/relationships/hyperlink" Target="https://www.sc.edu/study/colleges_schools/artsandsciences/womens_and_gender_studies/about/news/2025/free_mom_hugs.php" TargetMode="External"/><Relationship Id="rId13" Type="http://schemas.openxmlformats.org/officeDocument/2006/relationships/hyperlink" Target="https://freemomhugs.funraise.org/" TargetMode="External"/><Relationship Id="rId14" Type="http://schemas.openxmlformats.org/officeDocument/2006/relationships/hyperlink" Target="https://www.whittierdailynews.com/2026/09/23/whittier-pride-arts-film-festival-set-for-whittier-college/" TargetMode="External"/><Relationship Id="rId15" Type="http://schemas.openxmlformats.org/officeDocument/2006/relationships/hyperlink" Target="https://midsouthpride.org/parade-units/free-mom-hug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