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Beau Greaves darts moments show why visibility matters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Darts star Beau Greaves has spoken candidly about receiving homophobic abuse after sharing a photo with girlfriend Shan Reeves, highlighting both the pressure on rising sports stars and the importance of visible LGBTQ+ representation in professional darts.</w:t>
      </w:r>
      <w:r/>
    </w:p>
    <w:p>
      <w:pPr>
        <w:pStyle w:val="Heading2"/>
      </w:pPr>
      <w:r>
        <w:t>Essential Takeaways</w:t>
      </w:r>
      <w:r/>
      <w:r/>
    </w:p>
    <w:p>
      <w:pPr>
        <w:pStyle w:val="ListBullet"/>
        <w:spacing w:line="240" w:lineRule="auto"/>
        <w:ind w:left="720"/>
      </w:pPr>
      <w:r/>
      <w:r>
        <w:rPr>
          <w:b/>
        </w:rPr>
        <w:t>Greaves faced online abuse:</w:t>
      </w:r>
      <w:r>
        <w:t xml:space="preserve"> The player described receiving vulgar homophobic comments after publicly sharing her relationship.</w:t>
      </w:r>
      <w:r/>
    </w:p>
    <w:p>
      <w:pPr>
        <w:pStyle w:val="ListBullet"/>
        <w:spacing w:line="240" w:lineRule="auto"/>
        <w:ind w:left="720"/>
      </w:pPr>
      <w:r/>
      <w:r>
        <w:rPr>
          <w:b/>
        </w:rPr>
        <w:t>Her family offered simple support:</w:t>
      </w:r>
      <w:r>
        <w:t xml:space="preserve"> Greaves said her parents responded warmly when she told them about Reeves.</w:t>
      </w:r>
      <w:r/>
    </w:p>
    <w:p>
      <w:pPr>
        <w:pStyle w:val="ListBullet"/>
        <w:spacing w:line="240" w:lineRule="auto"/>
        <w:ind w:left="720"/>
      </w:pPr>
      <w:r/>
      <w:r>
        <w:rPr>
          <w:b/>
        </w:rPr>
        <w:t>The couple have known each other for years:</w:t>
      </w:r>
      <w:r>
        <w:t xml:space="preserve"> They met through England Youth tournaments and have lived together during their four-year relationship.</w:t>
      </w:r>
      <w:r/>
    </w:p>
    <w:p>
      <w:pPr>
        <w:pStyle w:val="ListBullet"/>
        <w:spacing w:line="240" w:lineRule="auto"/>
        <w:ind w:left="720"/>
      </w:pPr>
      <w:r/>
      <w:r>
        <w:rPr>
          <w:b/>
        </w:rPr>
        <w:t>Greaves is already a major darts talent:</w:t>
      </w:r>
      <w:r>
        <w:t xml:space="preserve"> She became the first woman to win a ranking event in the PDC Players Championship series.</w:t>
      </w:r>
      <w:r/>
    </w:p>
    <w:p>
      <w:pPr>
        <w:pStyle w:val="ListBullet"/>
        <w:spacing w:line="240" w:lineRule="auto"/>
        <w:ind w:left="720"/>
      </w:pPr>
      <w:r/>
      <w:r>
        <w:rPr>
          <w:b/>
        </w:rPr>
        <w:t>Visibility carries weight:</w:t>
      </w:r>
      <w:r>
        <w:t xml:space="preserve"> Her experience reflects the hostile online climate that can surround LGBTQ+ competitors in sport.</w:t>
      </w:r>
      <w:r/>
      <w:r/>
    </w:p>
    <w:p>
      <w:pPr>
        <w:pStyle w:val="Heading2"/>
      </w:pPr>
      <w:r>
        <w:t>A proud moment became an uncomfortable one</w:t>
      </w:r>
      <w:r/>
    </w:p>
    <w:p>
      <w:r/>
      <w:r>
        <w:t>Beau Greaves' darts career has been moving quickly, but sharing a happy personal moment brought a less welcome kind of attention. After posting a photograph with Shan Reeves, the 22-year-old said she was met with a stream of offensive comments from men online.</w:t>
      </w:r>
      <w:r/>
    </w:p>
    <w:p>
      <w:r/>
      <w:r>
        <w:t>Greaves told The Observer that the reaction was difficult because she hadn't made a formal announcement about her sexuality. People close to her already knew, she explained, but the public post made the relationship visible to a much wider audience. Darts News also reported her description of the comments as vulgar and the experience as tough.</w:t>
      </w:r>
      <w:r/>
    </w:p>
    <w:p>
      <w:r/>
      <w:r>
        <w:t>That contrast is hard to miss. On the board, Greaves is judged on timing, nerve and precision. Online, strangers decided they were entitled to judge something far more personal.</w:t>
      </w:r>
      <w:r/>
    </w:p>
    <w:p>
      <w:pPr>
        <w:pStyle w:val="Heading2"/>
      </w:pPr>
      <w:r>
        <w:t>Greaves found strength in family and partnership</w:t>
      </w:r>
      <w:r/>
    </w:p>
    <w:p>
      <w:r/>
      <w:r>
        <w:t>The response at home was very different. When Greaves told her parents, she said they reacted with a matter-of-fact acceptance, asking, in effect, why it should be a problem at all.</w:t>
      </w:r>
      <w:r/>
    </w:p>
    <w:p>
      <w:r/>
      <w:r>
        <w:t>That support appears to have helped her keep perspective. Reeves is not a passing presence in Greaves' life, but someone she first met nearly a decade ago through youth darts. They have been together for four years and now live together, according to reports carried by The PinkNews and Darts News.</w:t>
      </w:r>
      <w:r/>
    </w:p>
    <w:p>
      <w:r/>
      <w:r>
        <w:t>Greaves later shared another affectionate photograph after winning the Betfred Women's World Matchplay for a third time. It was a small glimpse of everyday happiness, yet it also carried a wider meaning: athletes shouldn't have to hide the people who support them most.</w:t>
      </w:r>
      <w:r/>
    </w:p>
    <w:p>
      <w:pPr>
        <w:pStyle w:val="Heading2"/>
      </w:pPr>
      <w:r>
        <w:t>Why her darts success makes the story bigger</w:t>
      </w:r>
      <w:r/>
    </w:p>
    <w:p>
      <w:r/>
      <w:r>
        <w:t>Greaves' personal story has arrived alongside a remarkable run of results. In April, she defeated Michael Smith 8-7 in a Players Championship final, becoming the first woman to win a ranking event in that series.</w:t>
      </w:r>
      <w:r/>
    </w:p>
    <w:p>
      <w:r/>
      <w:r>
        <w:t>Sky Sports has described her as a phenomenon and a powerful example of how darts can be defined by ability rather than gender. She regularly competes in mixed events and has appeared at the PDC World Darts Championship at Alexandra Palace, placing her among the sport's most watched young players.</w:t>
      </w:r>
      <w:r/>
    </w:p>
    <w:p>
      <w:r/>
      <w:r>
        <w:t>That profile makes her achievements more visible, but it also means the abuse travels further. Greaves isn't simply a promising player building a career quietly; she's a barrier-breaker competing under a particularly bright spotlight.</w:t>
      </w:r>
      <w:r/>
    </w:p>
    <w:p>
      <w:pPr>
        <w:pStyle w:val="Heading2"/>
      </w:pPr>
      <w:r>
        <w:t>Online darts abuse remains a serious problem</w:t>
      </w:r>
      <w:r/>
    </w:p>
    <w:p>
      <w:r/>
      <w:r>
        <w:t>Darts has a relaxed, pub-born image, but the online conversation around the sport can become intensely personal. Greaves' experience follows concerns raised by other LGBTQ+ players, including Noa-Lynn van Leuven, who has spoken about panic attacks and depression amid public backlash.</w:t>
      </w:r>
      <w:r/>
    </w:p>
    <w:p>
      <w:r/>
      <w:r>
        <w:t>The pattern matters because abuse can affect more than a player's mood after a match. It can shape whether athletes feel comfortable being open, posting online or bringing their full selves into the sporting space. That is especially significant for younger competitors watching established stars decide whether visibility feels safe.</w:t>
      </w:r>
      <w:r/>
    </w:p>
    <w:p>
      <w:r/>
      <w:r>
        <w:t>For fans, the practical answer is simple, if not always easy: don't reward abusive posts, report them and challenge the idea that sporting debate gives people a licence to attack someone's identity. A sharper opinion about a checkout is one thing. Homophobia isn't banter.</w:t>
      </w:r>
      <w:r/>
    </w:p>
    <w:p>
      <w:pPr>
        <w:pStyle w:val="Heading2"/>
      </w:pPr>
      <w:r>
        <w:t>A young star with plenty still to prove</w:t>
      </w:r>
      <w:r/>
    </w:p>
    <w:p>
      <w:r/>
      <w:r>
        <w:t>Despite the noise, Greaves' competitive focus remains clear. Reports put her at 74th in the world with £70,000 in prize money, while her immediate target is breaking into the top 64.</w:t>
      </w:r>
      <w:r/>
    </w:p>
    <w:p>
      <w:r/>
      <w:r>
        <w:t>That ambition gives the story a forward-looking edge. Her relationship with Reeves is part of her life, but it isn't the limit of her identity or the definition of her career. She is still chasing titles, rankings and the next big performance.</w:t>
      </w:r>
      <w:r/>
    </w:p>
    <w:p>
      <w:r/>
      <w:r>
        <w:t>And perhaps that's the most encouraging part. Greaves is showing that a player can be open, successful and unapologetically herself, even when some corners of the internet try to make that harder.</w:t>
      </w:r>
      <w:r/>
    </w:p>
    <w:p>
      <w:r/>
      <w:r>
        <w:t>It's a reminder that sporting progress should include the freedom to be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4">
        <w:r>
          <w:rPr>
            <w:color w:val="0000EE"/>
            <w:u w:val="single"/>
          </w:rPr>
          <w:t>[7]</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12">
        <w:r>
          <w:rPr>
            <w:color w:val="0000EE"/>
            <w:u w:val="single"/>
          </w:rPr>
          <w:t>[5]</w:t>
        </w:r>
      </w:hyperlink>
      <w:r>
        <w:t xml:space="preserve">, </w:t>
      </w:r>
      <w:hyperlink r:id="rId13">
        <w:r>
          <w:rPr>
            <w:color w:val="0000EE"/>
            <w:u w:val="single"/>
          </w:rPr>
          <w:t>[6]</w:t>
        </w:r>
      </w:hyperlink>
      <w:r>
        <w:t xml:space="preserve">- Paragraph 13: </w:t>
      </w:r>
      <w:hyperlink r:id="rId9">
        <w:r>
          <w:rPr>
            <w:color w:val="0000EE"/>
            <w:u w:val="single"/>
          </w:rPr>
          <w:t>[2]</w:t>
        </w:r>
      </w:hyperlink>
      <w:r>
        <w:t xml:space="preserve">, </w:t>
      </w:r>
      <w:hyperlink r:id="rId10">
        <w:r>
          <w:rPr>
            <w:color w:val="0000EE"/>
            <w:u w:val="single"/>
          </w:rPr>
          <w:t>[4]</w:t>
        </w:r>
      </w:hyperlink>
      <w:r>
        <w:t xml:space="preserve">- Paragraph 14: </w:t>
      </w:r>
      <w:hyperlink r:id="rId12">
        <w:r>
          <w:rPr>
            <w:color w:val="0000EE"/>
            <w:u w:val="single"/>
          </w:rPr>
          <w:t>[5]</w:t>
        </w:r>
      </w:hyperlink>
      <w:r>
        <w:t xml:space="preserve">, </w:t>
      </w:r>
      <w:hyperlink r:id="rId13">
        <w:r>
          <w:rPr>
            <w:color w:val="0000EE"/>
            <w:u w:val="single"/>
          </w:rPr>
          <w:t>[6]</w:t>
        </w:r>
      </w:hyperlink>
      <w:r>
        <w:t xml:space="preserve">- Paragraph 15: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https://www.thepinknews.com/2026/09/23/beau-greaves-homophobic-abuse-girlfriend-darts/</w:t>
        </w:r>
      </w:hyperlink>
      <w:r>
        <w:t xml:space="preserve"> - Please view link - unable to able to access data</w:t>
      </w:r>
      <w:r/>
    </w:p>
    <w:p>
      <w:pPr>
        <w:pStyle w:val="ListNumber"/>
        <w:spacing w:line="240" w:lineRule="auto"/>
        <w:ind w:left="720"/>
      </w:pPr>
      <w:r/>
      <w:hyperlink r:id="rId9">
        <w:r>
          <w:rPr>
            <w:color w:val="0000EE"/>
            <w:u w:val="single"/>
          </w:rPr>
          <w:t>https://www.thepinknews.com/2026/09/23/beau-greaves-homophobic-abuse-girlfriend-darts/</w:t>
        </w:r>
      </w:hyperlink>
      <w:r>
        <w:t xml:space="preserve"> - Beau Greaves, a 22-year-old darts star, faced 'vulgar' homophobic comments online after publicly sharing a photo with her girlfriend, Shan Reeves. Greaves, who had not previously come out, described the experience as 'tough'. Despite the backlash, her parents were supportive, responding with 'And?' when she came out to them. Greaves and Reeves met nearly a decade ago during England Youth tournaments and have been together for four years. Greaves aims to break into the world's top 64, currently ranked 74th with £70,000 in prize money.</w:t>
      </w:r>
      <w:r/>
    </w:p>
    <w:p>
      <w:pPr>
        <w:pStyle w:val="ListNumber"/>
        <w:spacing w:line="240" w:lineRule="auto"/>
        <w:ind w:left="720"/>
      </w:pPr>
      <w:r/>
      <w:hyperlink r:id="rId11">
        <w:r>
          <w:rPr>
            <w:color w:val="0000EE"/>
            <w:u w:val="single"/>
          </w:rPr>
          <w:t>https://lite.apex-football.com/en/news/4775bea7260922en_gb</w:t>
        </w:r>
      </w:hyperlink>
      <w:r>
        <w:t xml:space="preserve"> - Beau Greaves, a prominent darts player, received homophobic abuse after publicly revealing her relationship with girlfriend Shan Reeves. Following her first Pro Tour victory on April 27, Greaves shared an Instagram photo with Reeves, leading to 'vulgar' comments from some men. Despite the negativity, Greaves' parents were supportive, with her mother being her 'biggest supporter'. The couple met nearly a decade ago during England Youth tournaments and have been together for four years. Greaves aims to break into the world's top 64, currently ranked 74th with £70,000 in prize money.</w:t>
      </w:r>
      <w:r/>
    </w:p>
    <w:p>
      <w:pPr>
        <w:pStyle w:val="ListNumber"/>
        <w:spacing w:line="240" w:lineRule="auto"/>
        <w:ind w:left="720"/>
      </w:pPr>
      <w:r/>
      <w:hyperlink r:id="rId10">
        <w:r>
          <w:rPr>
            <w:color w:val="0000EE"/>
            <w:u w:val="single"/>
          </w:rPr>
          <w:t>https://dartsnews.com/pdc/there-were-quite-a-few-vulgar-comments-from-a-lot-of-men-beau-greaves-opens-up-on-tough-reaction-after-coming-out-as-gay</w:t>
        </w:r>
      </w:hyperlink>
      <w:r>
        <w:t xml:space="preserve"> - Beau Greaves, a rising darts star, faced 'vulgar' comments from men after publicly revealing her relationship with girlfriend Shan Reeves. Greaves, who had not previously come out, described the experience as 'tough'. Despite the backlash, her parents were supportive, responding with 'And?' when she came out to them. Greaves and Reeves met nearly a decade ago during England Youth tournaments and have been together for four years. Greaves aims to break into the world's top 64, currently ranked 74th with £70,000 in prize money.</w:t>
      </w:r>
      <w:r/>
    </w:p>
    <w:p>
      <w:pPr>
        <w:pStyle w:val="ListNumber"/>
        <w:spacing w:line="240" w:lineRule="auto"/>
        <w:ind w:left="720"/>
      </w:pPr>
      <w:r/>
      <w:hyperlink r:id="rId12">
        <w:r>
          <w:rPr>
            <w:color w:val="0000EE"/>
            <w:u w:val="single"/>
          </w:rPr>
          <w:t>https://www.skysports.com/darts/news/12028/13530017/beau-greaves-is-a-phenomenon-proof-that-darts-is-about-ability-not-a-battle-of-the-sexes</w:t>
        </w:r>
      </w:hyperlink>
      <w:r>
        <w:t xml:space="preserve"> - Beau Greaves, a 22-year-old darts player, has been a standout talent in the women's game, regularly competing in mixed-gender events and appearing at the PDC World Darts Championship. She is often framed as a barrier-breaker in the sport, following earlier crossover figures such as Fallon Sherrock. Greaves aims to break into the world's top 64, currently ranked 74th with £70,000 in prize money.</w:t>
      </w:r>
      <w:r/>
    </w:p>
    <w:p>
      <w:pPr>
        <w:pStyle w:val="ListNumber"/>
        <w:spacing w:line="240" w:lineRule="auto"/>
        <w:ind w:left="720"/>
      </w:pPr>
      <w:r/>
      <w:hyperlink r:id="rId13">
        <w:r>
          <w:rPr>
            <w:color w:val="0000EE"/>
            <w:u w:val="single"/>
          </w:rPr>
          <w:t>https://www.skysports.com/darts/news/12040/13485655/world-darts-championship-beau-greaves-backed-to-win-multiple-pdc-titles-in-2026-after-dramatic-loss-to-daryl-gurney-at-alexandra-palace</w:t>
        </w:r>
      </w:hyperlink>
      <w:r>
        <w:t xml:space="preserve"> - Beau Greaves, the women's world No 1, narrowly missed out on a historic victory at the World Darts Championship, losing 3-2 to Daryl Gurney in the first round. Despite the loss, Gurney backed Greaves to win multiple PDC tournaments in 2026, highlighting her potential in the sport.</w:t>
      </w:r>
      <w:r/>
    </w:p>
    <w:p>
      <w:pPr>
        <w:pStyle w:val="ListNumber"/>
        <w:spacing w:line="240" w:lineRule="auto"/>
        <w:ind w:left="720"/>
      </w:pPr>
      <w:r/>
      <w:hyperlink r:id="rId14">
        <w:r>
          <w:rPr>
            <w:color w:val="0000EE"/>
            <w:u w:val="single"/>
          </w:rPr>
          <w:t>https://www.dartsreport.com/article/2094</w:t>
        </w:r>
      </w:hyperlink>
      <w:r>
        <w:t xml:space="preserve"> - Beau Greaves, a 22-year-old darts player, has become synonymous with success on the oche, winning numerous titles early in her career. Her vision is aided by glasses, with Greaves admitting she is 'blind' without them. This partnership with Specsavers, which insured her eyes for £1 million, highlights the importance of clear vision in her performance.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09/23/beau-greaves-homophobic-abuse-girlfriend-darts/" TargetMode="External"/><Relationship Id="rId10" Type="http://schemas.openxmlformats.org/officeDocument/2006/relationships/hyperlink" Target="https://dartsnews.com/pdc/there-were-quite-a-few-vulgar-comments-from-a-lot-of-men-beau-greaves-opens-up-on-tough-reaction-after-coming-out-as-gay" TargetMode="External"/><Relationship Id="rId11" Type="http://schemas.openxmlformats.org/officeDocument/2006/relationships/hyperlink" Target="https://lite.apex-football.com/en/news/4775bea7260922en_gb" TargetMode="External"/><Relationship Id="rId12" Type="http://schemas.openxmlformats.org/officeDocument/2006/relationships/hyperlink" Target="https://www.skysports.com/darts/news/12028/13530017/beau-greaves-is-a-phenomenon-proof-that-darts-is-about-ability-not-a-battle-of-the-sexes" TargetMode="External"/><Relationship Id="rId13" Type="http://schemas.openxmlformats.org/officeDocument/2006/relationships/hyperlink" Target="https://www.skysports.com/darts/news/12040/13485655/world-darts-championship-beau-greaves-backed-to-win-multiple-pdc-titles-in-2026-after-dramatic-loss-to-daryl-gurney-at-alexandra-palace" TargetMode="External"/><Relationship Id="rId14" Type="http://schemas.openxmlformats.org/officeDocument/2006/relationships/hyperlink" Target="https://www.dartsreport.com/article/209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