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event permit denial sparks April comeback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Kel-So Pride are reshaping their event after Southlake City Council denied a permit without giving a public reason. A smaller gathering will go ahead in October, while the full North Texas Pride festival is now planned for April 2027, turning an abrupt setback into a fresh test of community resolve.</w:t>
      </w:r>
      <w:r/>
    </w:p>
    <w:p>
      <w:pPr>
        <w:pStyle w:val="Heading2"/>
      </w:pPr>
      <w:r>
        <w:t>Essential Takeaways</w:t>
      </w:r>
      <w:r/>
      <w:r/>
    </w:p>
    <w:p>
      <w:pPr>
        <w:pStyle w:val="ListBullet"/>
        <w:spacing w:line="240" w:lineRule="auto"/>
        <w:ind w:left="720"/>
      </w:pPr>
      <w:r/>
      <w:r>
        <w:rPr>
          <w:b/>
        </w:rPr>
        <w:t>Permit denied:</w:t>
      </w:r>
      <w:r>
        <w:t xml:space="preserve"> Southlake City Council unanimously rejected the large-event application, without publicly explaining its decision.</w:t>
      </w:r>
      <w:r/>
    </w:p>
    <w:p>
      <w:pPr>
        <w:pStyle w:val="ListBullet"/>
        <w:spacing w:line="240" w:lineRule="auto"/>
        <w:ind w:left="720"/>
      </w:pPr>
      <w:r/>
      <w:r>
        <w:rPr>
          <w:b/>
        </w:rPr>
        <w:t>October gathering planned:</w:t>
      </w:r>
      <w:r>
        <w:t xml:space="preserve"> Organisers intend to hold a 999-person block party with food trucks, vendors and fundraising.</w:t>
      </w:r>
      <w:r/>
    </w:p>
    <w:p>
      <w:pPr>
        <w:pStyle w:val="ListBullet"/>
        <w:spacing w:line="240" w:lineRule="auto"/>
        <w:ind w:left="720"/>
      </w:pPr>
      <w:r/>
      <w:r>
        <w:rPr>
          <w:b/>
        </w:rPr>
        <w:t>Full festival postponed:</w:t>
      </w:r>
      <w:r>
        <w:t xml:space="preserve"> The larger Kel-So Pride event is expected to return on a Saturday in April 2027.</w:t>
      </w:r>
      <w:r/>
    </w:p>
    <w:p>
      <w:pPr>
        <w:pStyle w:val="ListBullet"/>
        <w:spacing w:line="240" w:lineRule="auto"/>
        <w:ind w:left="720"/>
      </w:pPr>
      <w:r/>
      <w:r>
        <w:rPr>
          <w:b/>
        </w:rPr>
        <w:t>Community focus:</w:t>
      </w:r>
      <w:r>
        <w:t xml:space="preserve"> The event was created to support LGBTQ+ residents in Keller, Southlake and surrounding Tarrant County.</w:t>
      </w:r>
      <w:r/>
    </w:p>
    <w:p>
      <w:pPr>
        <w:pStyle w:val="ListBullet"/>
        <w:spacing w:line="240" w:lineRule="auto"/>
        <w:ind w:left="720"/>
      </w:pPr>
      <w:r/>
      <w:r>
        <w:rPr>
          <w:b/>
        </w:rPr>
        <w:t>Organisers are pushing back:</w:t>
      </w:r>
      <w:r>
        <w:t xml:space="preserve"> They say the extra time will support legal, financial and safety planning.</w:t>
      </w:r>
      <w:r/>
      <w:r/>
    </w:p>
    <w:p>
      <w:pPr>
        <w:pStyle w:val="Heading2"/>
      </w:pPr>
      <w:r>
        <w:t>A silent vote leaves organisers demanding answers</w:t>
      </w:r>
      <w:r/>
    </w:p>
    <w:p>
      <w:r/>
      <w:r>
        <w:t>The strongest detail in the Southlake Pride permit dispute is also the simplest: the council said no, but apparently didn't say why. According to KERA, the unanimous vote took place on 15 September, with no public explanation from the mayor or council members.</w:t>
      </w:r>
      <w:r/>
    </w:p>
    <w:p>
      <w:r/>
      <w:r>
        <w:t>That silence has left organisers and supporters trying to interpret a decision that affects a major community event. The permit was required because the festival was expected to attract at least 1,000 people, but local reporting indicates that neither the council nor a city spokesperson offered a clear reason for the rejection.</w:t>
      </w:r>
      <w:r/>
    </w:p>
    <w:p>
      <w:r/>
      <w:r>
        <w:t>For organisers, the absence of an explanation is more than frustrating. It makes it harder to respond, appeal or reassure attendees about what happens next.</w:t>
      </w:r>
      <w:r/>
    </w:p>
    <w:p>
      <w:pPr>
        <w:pStyle w:val="Heading2"/>
      </w:pPr>
      <w:r>
        <w:t>Kel-So Pride will still mark the original October date</w:t>
      </w:r>
      <w:r/>
    </w:p>
    <w:p>
      <w:r/>
      <w:r>
        <w:t>The larger festival won't take place as originally planned on 3 October, but the date hasn't been abandoned. CBS Texas reported that organisers are planning a smaller, 999-person block party featuring food trucks, stalls and a fundraiser for local LGBTQ+ groups.</w:t>
      </w:r>
      <w:r/>
    </w:p>
    <w:p>
      <w:r/>
      <w:r>
        <w:t>That approach keeps the community gathering visible while staying below the city's large-event threshold. It's a practical pivot, although one that carries an unmistakable emotional weight: the celebration will be smaller, but it won't disappear.</w:t>
      </w:r>
      <w:r/>
    </w:p>
    <w:p>
      <w:r/>
      <w:r>
        <w:t>The event had been scheduled for the 10-acre grounds of St Martin-in-the-Fields, an Episcopal church. Last year's programme included live music, a B-52s tribute act and drag performance, giving the festival a lively, distinctly local feel.</w:t>
      </w:r>
      <w:r/>
    </w:p>
    <w:p>
      <w:pPr>
        <w:pStyle w:val="Heading2"/>
      </w:pPr>
      <w:r>
        <w:t>Why the event matters in suburban North Texas</w:t>
      </w:r>
      <w:r/>
    </w:p>
    <w:p>
      <w:r/>
      <w:r>
        <w:t>Kel-So Pride takes its name from Keller and Southlake, two neighbouring communities in Tarrant County. Founder April Dreyson said she and her wife created it to show gay and transgender residents that they weren't isolated in the suburbs.</w:t>
      </w:r>
      <w:r/>
    </w:p>
    <w:p>
      <w:r/>
      <w:r>
        <w:t>That purpose is particularly important when LGBTQ+ people become the subject of political arguments, rather than being treated as neighbours, families and community members. As reported by The Dallas Express, organisers have framed the festival as a welcoming space rather than a political project.</w:t>
      </w:r>
      <w:r/>
    </w:p>
    <w:p>
      <w:r/>
      <w:r>
        <w:t>A Pride event can look colourful and celebratory from the outside, with music, food and bright flags. But for someone attending for the first time, its quieter role may matter most: finding familiar faces, meeting supportive adults and realising that belonging doesn't have to be hidden.</w:t>
      </w:r>
      <w:r/>
    </w:p>
    <w:p>
      <w:pPr>
        <w:pStyle w:val="Heading2"/>
      </w:pPr>
      <w:r>
        <w:t>A smaller event now, a stronger return later?</w:t>
      </w:r>
      <w:r/>
    </w:p>
    <w:p>
      <w:r/>
      <w:r>
        <w:t>Organisers say the postponement gives them time to challenge the decision and prepare a larger, safer return. Gospeller reported that they are presenting the April 2027 festival as a continuation of the campaign, not a retreat.</w:t>
      </w:r>
      <w:r/>
    </w:p>
    <w:p>
      <w:r/>
      <w:r>
        <w:t>That extra runway could help with fundraising, legal advice, venue planning and clearer communication with attendees. It may also allow organisers to build a broader coalition of supporters before the full event returns.</w:t>
      </w:r>
      <w:r/>
    </w:p>
    <w:p>
      <w:r/>
      <w:r>
        <w:t>There is, however, a practical question hanging over the April date: will the city explain its position before then? Without clarity, the permit process risks becoming the story all over again.</w:t>
      </w:r>
      <w:r/>
    </w:p>
    <w:p>
      <w:pPr>
        <w:pStyle w:val="Heading2"/>
      </w:pPr>
      <w:r>
        <w:t>What attendees should know before October</w:t>
      </w:r>
      <w:r/>
    </w:p>
    <w:p>
      <w:r/>
      <w:r>
        <w:t>Anyone planning to attend should check the organisers' official social media pages for the final location, timings, capacity rules and accessibility information. A 999-person gathering may also require earlier arrival, particularly if interest grows after the permit dispute.</w:t>
      </w:r>
      <w:r/>
    </w:p>
    <w:p>
      <w:r/>
      <w:r>
        <w:t>People who want to help can support the fundraiser, volunteer or share event updates with local LGBTQ+ groups. Hoodline noted that the organisers are positioning the October gathering as a way to maintain momentum while preparing for the larger festival.</w:t>
      </w:r>
      <w:r/>
    </w:p>
    <w:p>
      <w:r/>
      <w:r>
        <w:t>For supporters, the message is straightforward: the full celebration is delayed, not cancelled. In a tense moment, even a modest block party can provide something valuable - a visible sign that the community is still here.</w:t>
      </w:r>
      <w:r/>
    </w:p>
    <w:p>
      <w:r/>
      <w:r>
        <w:t>Kel-So Pride's October gathering may be smaller, but its April comeback could be louder.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[6]</w:t>
        </w:r>
      </w:hyperlink>
      <w:r>
        <w:t xml:space="preserve">- Paragraph 8: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https://www.lgbtqnation.com/2026/09/pride-event-organizers-pledge-to-fight-back-after-city-denies-permit-were-not-going-away/</w:t>
        </w:r>
      </w:hyperlink>
      <w:r>
        <w:t xml:space="preserve"> - Please view link - unable to able to access data</w:t>
      </w:r>
      <w:r/>
    </w:p>
    <w:p>
      <w:pPr>
        <w:pStyle w:val="ListNumber"/>
        <w:spacing w:line="240" w:lineRule="auto"/>
        <w:ind w:left="720"/>
      </w:pPr>
      <w:r/>
      <w:hyperlink r:id="rId10">
        <w:r>
          <w:rPr>
            <w:color w:val="0000EE"/>
            <w:u w:val="single"/>
          </w:rPr>
          <w:t>https://www.keranews.org/news/2026-09-17/southlake-city-council-denies-lgbtq-pride-event-permit-without-explanation</w:t>
        </w:r>
      </w:hyperlink>
      <w:r>
        <w:t xml:space="preserve"> - The Southlake City Council unanimously denied a permit for the Pride Kel-So festival, which was scheduled for October 3 at St. Martin-in-the-Fields Episcopal Church. Organisers expressed shock and disappointment over the decision, highlighting the event's significance for the local LGBTQ+ community. The council provided no explanation for the denial, and city officials did not respond to requests for comment. The church had previously hosted the event successfully and intended to continue its mission of inclusivity by hosting the festival. Organisers are now considering alternative plans to support the community.</w:t>
      </w:r>
      <w:r/>
    </w:p>
    <w:p>
      <w:pPr>
        <w:pStyle w:val="ListNumber"/>
        <w:spacing w:line="240" w:lineRule="auto"/>
        <w:ind w:left="720"/>
      </w:pPr>
      <w:r/>
      <w:hyperlink r:id="rId11">
        <w:r>
          <w:rPr>
            <w:color w:val="0000EE"/>
            <w:u w:val="single"/>
          </w:rPr>
          <w:t>https://www.cbsnews.com/texas/news/southlake-pride-festival-permit-denied-pride-kel-so-september-2026/</w:t>
        </w:r>
      </w:hyperlink>
      <w:r>
        <w:t xml:space="preserve"> - Organisers of the Pride Kel-So festival in Southlake, Texas, were denied a permit by the city council without explanation. The event, planned for October 3 at St. Martin-in-the-Fields Episcopal Church, aimed to celebrate love, diversity, and community spirit. Despite the denial, organisers remain committed to supporting the LGBTQ+ community and are exploring alternative ways to hold the event. The city council's decision has raised questions due to the lack of transparency and the event's previous successful history.</w:t>
      </w:r>
      <w:r/>
    </w:p>
    <w:p>
      <w:pPr>
        <w:pStyle w:val="ListNumber"/>
        <w:spacing w:line="240" w:lineRule="auto"/>
        <w:ind w:left="720"/>
      </w:pPr>
      <w:r/>
      <w:hyperlink r:id="rId14">
        <w:r>
          <w:rPr>
            <w:color w:val="0000EE"/>
            <w:u w:val="single"/>
          </w:rPr>
          <w:t>https://www.gospeller.org/en/news/texas-city-council-denies-permit-for-lgbt-pride-event-at-episcopal-church</w:t>
        </w:r>
      </w:hyperlink>
      <w:r>
        <w:t xml:space="preserve"> - The Southlake City Council in Texas voted unanimously to deny a permit for the Pride Kel-So festival, scheduled for October 3 at St. Martin-in-the-Fields Episcopal Church. Despite the Planning and Zoning Commission's recommendation for approval, the council rejected the request following public testimony from local residents. The church, known for its inclusivity, expressed disappointment over the decision, and organisers are now considering alternative plans to support the LGBTQ+ community.</w:t>
      </w:r>
      <w:r/>
    </w:p>
    <w:p>
      <w:pPr>
        <w:pStyle w:val="ListNumber"/>
        <w:spacing w:line="240" w:lineRule="auto"/>
        <w:ind w:left="720"/>
      </w:pPr>
      <w:r/>
      <w:hyperlink r:id="rId12">
        <w:r>
          <w:rPr>
            <w:color w:val="0000EE"/>
            <w:u w:val="single"/>
          </w:rPr>
          <w:t>https://www.dallasexpress.com/tarrant/southlake-city-council-unanimously-denies-pride-kel-so-permit-for-october-3/</w:t>
        </w:r>
      </w:hyperlink>
      <w:r>
        <w:t xml:space="preserve"> - The Southlake City Council unanimously denied a specific use permit for the Pride Kel-So festival, planned for October 3 at St. Martin-in-the-Fields Episcopal Church. The council did not discuss the item or question city staff or organisers before the vote. The Planning and Zoning Commission had recommended approval after organisers agreed to reduce the event's footprint. The decision has raised concerns due to the lack of explanation and the event's previous success.</w:t>
      </w:r>
      <w:r/>
    </w:p>
    <w:p>
      <w:pPr>
        <w:pStyle w:val="ListNumber"/>
        <w:spacing w:line="240" w:lineRule="auto"/>
        <w:ind w:left="720"/>
      </w:pPr>
      <w:r/>
      <w:hyperlink r:id="rId13">
        <w:r>
          <w:rPr>
            <w:color w:val="0000EE"/>
            <w:u w:val="single"/>
          </w:rPr>
          <w:t>https://www.hoodline.com/2026/09/southlake-council-denies-permit-for-pride-festival-after-backing-it-last-year/</w:t>
        </w:r>
      </w:hyperlink>
      <w:r>
        <w:t xml:space="preserve"> - The Southlake City Council denied a permit for the Pride Kel-So festival, reversing its decision from the previous year when the event was allowed. The festival, scheduled for October 3 at St. Martin-in-the-Fields Episcopal Church, aimed to celebrate love, diversity, and community spirit. Organisers expressed disappointment over the decision and are now considering alternative plans to support the LGBTQ+ community.</w:t>
      </w:r>
      <w:r/>
    </w:p>
    <w:p>
      <w:pPr>
        <w:pStyle w:val="ListNumber"/>
        <w:spacing w:line="240" w:lineRule="auto"/>
        <w:ind w:left="720"/>
      </w:pPr>
      <w:r/>
      <w:hyperlink r:id="rId15">
        <w:r>
          <w:rPr>
            <w:color w:val="0000EE"/>
            <w:u w:val="single"/>
          </w:rPr>
          <w:t>https://www.lgbtqnation.com/2026/09/a-city-denied-a-permit-to-a-church-pride-event-didnt-say-why-its-organizers-arent-giving-up/</w:t>
        </w:r>
      </w:hyperlink>
      <w:r>
        <w:t xml:space="preserve"> - The city council of Southlake, Texas, voted unanimously to deny a permit to Pride So-Kel, a community Pride festival planned for October 3 at St. Martin-in-the-Field, an Episcopal church. The council provided no explanation for the denial, and city officials did not respond to requests for comment. Organisers remain committed to supporting the LGBTQ+ community and are exploring alternative ways to hold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pride-event-organizers-pledge-to-fight-back-after-city-denies-permit-were-not-going-away/" TargetMode="External"/><Relationship Id="rId10" Type="http://schemas.openxmlformats.org/officeDocument/2006/relationships/hyperlink" Target="https://www.keranews.org/news/2026-09-17/southlake-city-council-denies-lgbtq-pride-event-permit-without-explanation" TargetMode="External"/><Relationship Id="rId11" Type="http://schemas.openxmlformats.org/officeDocument/2006/relationships/hyperlink" Target="https://www.cbsnews.com/texas/news/southlake-pride-festival-permit-denied-pride-kel-so-september-2026/" TargetMode="External"/><Relationship Id="rId12" Type="http://schemas.openxmlformats.org/officeDocument/2006/relationships/hyperlink" Target="https://www.dallasexpress.com/tarrant/southlake-city-council-unanimously-denies-pride-kel-so-permit-for-october-3/" TargetMode="External"/><Relationship Id="rId13" Type="http://schemas.openxmlformats.org/officeDocument/2006/relationships/hyperlink" Target="https://www.hoodline.com/2026/09/southlake-council-denies-permit-for-pride-festival-after-backing-it-last-year/" TargetMode="External"/><Relationship Id="rId14" Type="http://schemas.openxmlformats.org/officeDocument/2006/relationships/hyperlink" Target="https://www.gospeller.org/en/news/texas-city-council-denies-permit-for-lgbt-pride-event-at-episcopal-church" TargetMode="External"/><Relationship Id="rId15" Type="http://schemas.openxmlformats.org/officeDocument/2006/relationships/hyperlink" Target="https://www.lgbtqnation.com/2026/09/a-city-denied-a-permit-to-a-church-pride-event-didnt-say-why-its-organizers-arent-giving-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