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gay bar assault raises fresh questions about stigma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gay adult performer and model says he was knocked unconscious outside Beaux, a popular LGBTQ+ bar in San Francisco's Castro District, after an argument he believes was fuelled by hostility towards his work. The incident has reopened wider conversations about safety, judgement and belonging in queer nightlife.</w:t>
      </w:r>
      <w:r/>
    </w:p>
    <w:p>
      <w:pPr>
        <w:pStyle w:val="Heading2"/>
      </w:pPr>
      <w:r>
        <w:t>Essential takeaways</w:t>
      </w:r>
      <w:r/>
      <w:r/>
    </w:p>
    <w:p>
      <w:pPr>
        <w:pStyle w:val="ListBullet"/>
        <w:spacing w:line="240" w:lineRule="auto"/>
        <w:ind w:left="720"/>
      </w:pPr>
      <w:r/>
      <w:r>
        <w:rPr>
          <w:b/>
        </w:rPr>
        <w:t>What happened:</w:t>
      </w:r>
      <w:r>
        <w:t xml:space="preserve"> Alfonso Osnaya says a confrontation inside Beaux continued outside, where he was assaulted.</w:t>
      </w:r>
      <w:r/>
    </w:p>
    <w:p>
      <w:pPr>
        <w:pStyle w:val="ListBullet"/>
        <w:spacing w:line="240" w:lineRule="auto"/>
        <w:ind w:left="720"/>
      </w:pPr>
      <w:r/>
      <w:r>
        <w:rPr>
          <w:b/>
        </w:rPr>
        <w:t>Why it matters:</w:t>
      </w:r>
      <w:r>
        <w:t xml:space="preserve"> He believes the argument was linked to stigma surrounding adult entertainment work.</w:t>
      </w:r>
      <w:r/>
    </w:p>
    <w:p>
      <w:pPr>
        <w:pStyle w:val="ListBullet"/>
        <w:spacing w:line="240" w:lineRule="auto"/>
        <w:ind w:left="720"/>
      </w:pPr>
      <w:r/>
      <w:r>
        <w:rPr>
          <w:b/>
        </w:rPr>
        <w:t>His condition:</w:t>
      </w:r>
      <w:r>
        <w:t xml:space="preserve"> Osnaya reported a cut above his eyebrow but said nothing serious happened.</w:t>
      </w:r>
      <w:r/>
    </w:p>
    <w:p>
      <w:pPr>
        <w:pStyle w:val="ListBullet"/>
        <w:spacing w:line="240" w:lineRule="auto"/>
        <w:ind w:left="720"/>
      </w:pPr>
      <w:r/>
      <w:r>
        <w:rPr>
          <w:b/>
        </w:rPr>
        <w:t>His reflection:</w:t>
      </w:r>
      <w:r>
        <w:t xml:space="preserve"> He acknowledged that walking away earlier might have prevented the situation from escalating.</w:t>
      </w:r>
      <w:r/>
    </w:p>
    <w:p>
      <w:pPr>
        <w:pStyle w:val="ListBullet"/>
        <w:spacing w:line="240" w:lineRule="auto"/>
        <w:ind w:left="720"/>
      </w:pPr>
      <w:r/>
      <w:r>
        <w:rPr>
          <w:b/>
        </w:rPr>
        <w:t>The wider backdrop:</w:t>
      </w:r>
      <w:r>
        <w:t xml:space="preserve"> San Francisco's queer venues are already navigating difficult debates about safety, privacy and online visibility.</w:t>
      </w:r>
      <w:r/>
      <w:r/>
    </w:p>
    <w:p>
      <w:pPr>
        <w:pStyle w:val="Heading2"/>
      </w:pPr>
      <w:r>
        <w:t>An argument outside Beaux ended with a frightening loss of consciousness</w:t>
      </w:r>
      <w:r/>
    </w:p>
    <w:p>
      <w:r/>
      <w:r>
        <w:t>The strongest detail in Osnaya's account is also the simplest: he says he was left unconscious outside a gay bar in the Castro. After an exchange inside Beaux, he told Out that a group of men confronted him again outdoors, where the situation became violent.</w:t>
      </w:r>
      <w:r/>
    </w:p>
    <w:p>
      <w:r/>
      <w:r>
        <w:t>Osnaya said staff and others from the venue helped him while paramedics and police attended. He later shared an image showing a cut above his eyebrow, a stark reminder that nightlife arguments can turn serious in seconds. The PinkNews reported that he described the aftermath as upsetting, although he said he was thankfully not badly injured.</w:t>
      </w:r>
      <w:r/>
    </w:p>
    <w:p>
      <w:pPr>
        <w:pStyle w:val="Heading2"/>
      </w:pPr>
      <w:r>
        <w:t>Osnaya says adult-work stigma was at the centre of the confrontation</w:t>
      </w:r>
      <w:r/>
    </w:p>
    <w:p>
      <w:r/>
      <w:r>
        <w:t>According to Osnaya, the men mocked him because of his job and appeared to know about his adult entertainment career. He said the comments felt personal, particularly in a queer setting that might otherwise be expected to offer solidarity.</w:t>
      </w:r>
      <w:r/>
    </w:p>
    <w:p>
      <w:r/>
      <w:r>
        <w:t>That tension is uncomfortable but important. Adult performers are visible parts of LGBTQ+ nightlife and media, yet stigma around sex work and sexual expression hasn't disappeared. Osnaya described the incident as an example of "shaming", turning a private prejudice into a public safety concern.</w:t>
      </w:r>
      <w:r/>
    </w:p>
    <w:p>
      <w:pPr>
        <w:pStyle w:val="Heading2"/>
      </w:pPr>
      <w:r>
        <w:t>The Castro's nightlife scene is balancing openness and security</w:t>
      </w:r>
      <w:r/>
    </w:p>
    <w:p>
      <w:r/>
      <w:r>
        <w:t>The Castro remains one of the best-known LGBTQ+ districts in the United States, with bars and clubs serving as social spaces, cultural landmarks and informal community hubs. But the atmosphere inside those venues is shaped by broader pressures, from rising concern about violence to disputes over who gets to feel welcome.</w:t>
      </w:r>
      <w:r/>
    </w:p>
    <w:p>
      <w:r/>
      <w:r>
        <w:t>Recent reporting on San Francisco queer bars has also highlighted the fragility of their digital presence. GO Magazine and 48 Hills have reported on LGBTQ+ venues losing or fighting for access to Instagram accounts, while other coverage has examined facial-recognition and identity-checking technology in nightlife. Together, those stories point to a scene where visibility and safety increasingly overlap.</w:t>
      </w:r>
      <w:r/>
    </w:p>
    <w:p>
      <w:pPr>
        <w:pStyle w:val="Heading2"/>
      </w:pPr>
      <w:r>
        <w:t>What should people do when a nightlife dispute starts?</w:t>
      </w:r>
      <w:r/>
    </w:p>
    <w:p>
      <w:r/>
      <w:r>
        <w:t>Osnaya has said he feels he should have disengaged sooner. That isn't a justification for the assault, but it is a useful safety lesson: once a confrontation becomes personal, leaving the venue, staying with friends and asking staff for help are usually safer choices than trying to win the exchange.</w:t>
      </w:r>
      <w:r/>
    </w:p>
    <w:p>
      <w:r/>
      <w:r>
        <w:t>Bar staff also matter. A quick intervention, a safe route outside and clear support for someone being targeted can make a meaningful difference. Beaux's staff and bystanders helped Osnaya after the incident, according to his account, and that practical response appears to have been crucial.</w:t>
      </w:r>
      <w:r/>
    </w:p>
    <w:p>
      <w:pPr>
        <w:pStyle w:val="Heading2"/>
      </w:pPr>
      <w:r>
        <w:t>The bigger question is who gets to belong in queer spaces</w:t>
      </w:r>
      <w:r/>
    </w:p>
    <w:p>
      <w:r/>
      <w:r>
        <w:t>The incident has prompted a familiar but urgent question: can queer nightlife be genuinely inclusive while still carrying old hierarchies about respectability, sexuality and work? A venue can be welcoming in principle, yet individuals may still bring harsh assumptions through the door.</w:t>
      </w:r>
      <w:r/>
    </w:p>
    <w:p>
      <w:r/>
      <w:r>
        <w:t>For performers such as Osnaya, that contradiction is deeply personal. The Castro's reputation was built on visibility and community, but those values only hold if people aren't punished for being open about how they earn a living. His experience is a reminder that safety isn't only about security cameras or police attendance; it's also about how people treat one another before a disagreement becomes dangerous.</w:t>
      </w:r>
      <w:r/>
    </w:p>
    <w:p>
      <w:r/>
      <w:r>
        <w:t>A safer nightlife culture starts with refusing to turn someone's job into an invitation for abuse.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4">
        <w:r>
          <w:rPr>
            <w:color w:val="0000EE"/>
            <w:u w:val="single"/>
          </w:rPr>
          <w:t>[6]</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[4]</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https://www.thepinknews.com/2026/09/23/alfonso-osnaya-castro-assault-san-francisco-2026/</w:t>
        </w:r>
      </w:hyperlink>
      <w:r>
        <w:t xml:space="preserve"> - Please view link - unable to able to access data</w:t>
      </w:r>
      <w:r/>
    </w:p>
    <w:p>
      <w:pPr>
        <w:pStyle w:val="ListNumber"/>
        <w:spacing w:line="240" w:lineRule="auto"/>
        <w:ind w:left="720"/>
      </w:pPr>
      <w:r/>
      <w:hyperlink r:id="rId9">
        <w:r>
          <w:rPr>
            <w:color w:val="0000EE"/>
            <w:u w:val="single"/>
          </w:rPr>
          <w:t>https://www.thepinknews.com/2026/09/23/alfonso-osnaya-castro-assault-san-francisco-2026/</w:t>
        </w:r>
      </w:hyperlink>
      <w:r>
        <w:t xml:space="preserve"> - Gay adult performer and model Alfonso Osnaya was assaulted outside San Francisco's LGBTQ+ bar Beaux in the Castro District. The incident began with taunting inside the venue, leading to a confrontation outside where Osnaya was knocked out. He believes the attack was driven by stigma towards his profession within queer nightlife. Osnaya shared details of the attack on his Instagram, highlighting issues of 's*** shaming' in the community. The Castro District is known for its significance in LGBTQ+ history and ongoing debates about community safety.</w:t>
      </w:r>
      <w:r/>
    </w:p>
    <w:p>
      <w:pPr>
        <w:pStyle w:val="ListNumber"/>
        <w:spacing w:line="240" w:lineRule="auto"/>
        <w:ind w:left="720"/>
      </w:pPr>
      <w:r/>
      <w:hyperlink r:id="rId12">
        <w:r>
          <w:rPr>
            <w:color w:val="0000EE"/>
            <w:u w:val="single"/>
          </w:rPr>
          <w:t>https://gomag.com/article/meta-suspends-another-san-francisco-queer-bars-instagram/</w:t>
        </w:r>
      </w:hyperlink>
      <w:r>
        <w:t xml:space="preserve"> - Meta suspended the Instagram account of Beaux, a San Francisco LGBTQ+ bar, without prior warning or clear violations of community guidelines. This marks the third suspension of Beaux's Instagram accounts, leading to concerns about censorship and the erasure of LGBTQ+ history and community connections. The bar's owner, Joshua Cook, expressed frustration over the loss of over 25,000 followers and irreplaceable content. Beaux is not the only LGBTQ+ venue facing such issues, highlighting a broader trend of social media platforms deactivating accounts associated with queer establishments.</w:t>
      </w:r>
      <w:r/>
    </w:p>
    <w:p>
      <w:pPr>
        <w:pStyle w:val="ListNumber"/>
        <w:spacing w:line="240" w:lineRule="auto"/>
        <w:ind w:left="720"/>
      </w:pPr>
      <w:r/>
      <w:hyperlink r:id="rId13">
        <w:r>
          <w:rPr>
            <w:color w:val="0000EE"/>
            <w:u w:val="single"/>
          </w:rPr>
          <w:t>https://underscoresf.com/yet-another-san-francisco-gay-bar-has-been-deactivated-on-instagram-without-any-prior-warning/</w:t>
        </w:r>
      </w:hyperlink>
      <w:r>
        <w:t xml:space="preserve"> - Beaux, a popular LGBTQ+ bar in San Francisco's Castro District, had its Instagram account deactivated by Meta without prior warning. This incident is part of a broader pattern where queer venues face sudden suspensions on social media platforms, raising concerns about censorship and the impact on LGBTQ+ businesses. The deactivation occurred on September 15, 2026, and is the third such suspension for Beaux, leading to discussions about the challenges faced by queer establishments in maintaining an online presence.</w:t>
      </w:r>
      <w:r/>
    </w:p>
    <w:p>
      <w:pPr>
        <w:pStyle w:val="ListNumber"/>
        <w:spacing w:line="240" w:lineRule="auto"/>
        <w:ind w:left="720"/>
      </w:pPr>
      <w:r/>
      <w:hyperlink r:id="rId10">
        <w:r>
          <w:rPr>
            <w:color w:val="0000EE"/>
            <w:u w:val="single"/>
          </w:rPr>
          <w:t>https://timesbayarea.com/article/c-fcff58d2-0f3c-4320-9d6b-bda43d6bc3fb</w:t>
        </w:r>
      </w:hyperlink>
      <w:r>
        <w:t xml:space="preserve"> - Beaux, a Castro District nightclub in San Francisco, has called on Meta to stop shutting down its Instagram account. The venue's account was suspended without prior warning, sparking outrage and highlighting concerns about censorship and the erasure of LGBTQ+ content. Beaux is among several queer businesses in San Francisco facing similar issues with social media platforms, raising questions about the treatment of LGBTQ+ establishments online.</w:t>
      </w:r>
      <w:r/>
    </w:p>
    <w:p>
      <w:pPr>
        <w:pStyle w:val="ListNumber"/>
        <w:spacing w:line="240" w:lineRule="auto"/>
        <w:ind w:left="720"/>
      </w:pPr>
      <w:r/>
      <w:hyperlink r:id="rId14">
        <w:r>
          <w:rPr>
            <w:color w:val="0000EE"/>
            <w:u w:val="single"/>
          </w:rPr>
          <w:t>https://www.sfchronicle.com/sf/article/patronscan-facial-recognition-mix-bar-22389365.php</w:t>
        </w:r>
      </w:hyperlink>
      <w:r>
        <w:t xml:space="preserve"> - The Mix Bar in San Francisco's Castro district paused the use of facial recognition technology after privacy advocates threatened a boycott. This follows similar actions by other gay bars in the area, including Badlands and Toad Hall, which also halted the use of AI-powered platforms due to privacy and accuracy concerns. The technology, marketed as a way to verify IDs and ages, has faced criticism for its potential to infringe on privacy rights and its accuracy.</w:t>
      </w:r>
      <w:r/>
    </w:p>
    <w:p>
      <w:pPr>
        <w:pStyle w:val="ListNumber"/>
        <w:spacing w:line="240" w:lineRule="auto"/>
        <w:ind w:left="720"/>
      </w:pPr>
      <w:r/>
      <w:hyperlink r:id="rId11">
        <w:r>
          <w:rPr>
            <w:color w:val="0000EE"/>
            <w:u w:val="single"/>
          </w:rPr>
          <w:t>https://www.gaypinkspots.com/listing/beaux-527abcc210dbe.html</w:t>
        </w:r>
      </w:hyperlink>
      <w:r>
        <w:t xml:space="preserve"> - Beaux is a high-energy LGBTQ+ bar and nightclub located in San Francisco's Castro District. The venue transforms from a stylish cocktail lounge by day into a lively nightspot with DJs, dancing, drag performances, go-go dancers, and themed parties. Beaux offers a diverse entertainment calendar, including Latin dance nights, Locker Room Thursdays, weekend drag performances, and Sunday parties, providing a different experience depending on the day of the week.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23/alfonso-osnaya-castro-assault-san-francisco-2026/" TargetMode="External"/><Relationship Id="rId10" Type="http://schemas.openxmlformats.org/officeDocument/2006/relationships/hyperlink" Target="https://timesbayarea.com/article/c-fcff58d2-0f3c-4320-9d6b-bda43d6bc3fb" TargetMode="External"/><Relationship Id="rId11" Type="http://schemas.openxmlformats.org/officeDocument/2006/relationships/hyperlink" Target="https://www.gaypinkspots.com/listing/beaux-527abcc210dbe.html" TargetMode="External"/><Relationship Id="rId12" Type="http://schemas.openxmlformats.org/officeDocument/2006/relationships/hyperlink" Target="https://gomag.com/article/meta-suspends-another-san-francisco-queer-bars-instagram/" TargetMode="External"/><Relationship Id="rId13" Type="http://schemas.openxmlformats.org/officeDocument/2006/relationships/hyperlink" Target="https://underscoresf.com/yet-another-san-francisco-gay-bar-has-been-deactivated-on-instagram-without-any-prior-warning/" TargetMode="External"/><Relationship Id="rId14" Type="http://schemas.openxmlformats.org/officeDocument/2006/relationships/hyperlink" Target="https://www.sfchronicle.com/sf/article/patronscan-facial-recognition-mix-bar-22389365.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