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Prom Hollywood Returns With LGBTQ Community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bringing Queer Prom back to Hollywood on 25 September, with Mia Isabella and fellow performers supporting the invite-only event as Silver Sponsors. Held at Bardot and co-hosted by Grooby and Flaming Hearts Media, the night promises dancing, connection and a welcoming space for LGBTQ attendees and allies.</w:t>
      </w:r>
      <w:r/>
    </w:p>
    <w:p>
      <w:pPr>
        <w:pStyle w:val="Heading2"/>
      </w:pPr>
      <w:r>
        <w:t>Essential Takeaways</w:t>
      </w:r>
      <w:r/>
      <w:r/>
    </w:p>
    <w:p>
      <w:pPr>
        <w:pStyle w:val="ListBullet"/>
        <w:spacing w:line="240" w:lineRule="auto"/>
        <w:ind w:left="720"/>
      </w:pPr>
      <w:r/>
      <w:r>
        <w:rPr>
          <w:b/>
        </w:rPr>
        <w:t>When and where:</w:t>
      </w:r>
      <w:r>
        <w:t xml:space="preserve"> Queer Prom takes place on 25 September at Bardot in Hollywood.</w:t>
      </w:r>
      <w:r/>
    </w:p>
    <w:p>
      <w:pPr>
        <w:pStyle w:val="ListBullet"/>
        <w:spacing w:line="240" w:lineRule="auto"/>
        <w:ind w:left="720"/>
      </w:pPr>
      <w:r/>
      <w:r>
        <w:rPr>
          <w:b/>
        </w:rPr>
        <w:t>Silver Sponsors:</w:t>
      </w:r>
      <w:r>
        <w:t xml:space="preserve"> Mia Isabella, Kaela Luna, Gray Perrier and Little Puck are backing the event.</w:t>
      </w:r>
      <w:r/>
    </w:p>
    <w:p>
      <w:pPr>
        <w:pStyle w:val="ListBullet"/>
        <w:spacing w:line="240" w:lineRule="auto"/>
        <w:ind w:left="720"/>
      </w:pPr>
      <w:r/>
      <w:r>
        <w:rPr>
          <w:b/>
        </w:rPr>
        <w:t>Community focus:</w:t>
      </w:r>
      <w:r>
        <w:t xml:space="preserve"> Organisers describe the evening as a celebration rather than a competition.</w:t>
      </w:r>
      <w:r/>
    </w:p>
    <w:p>
      <w:pPr>
        <w:pStyle w:val="ListBullet"/>
        <w:spacing w:line="240" w:lineRule="auto"/>
        <w:ind w:left="720"/>
      </w:pPr>
      <w:r/>
      <w:r>
        <w:rPr>
          <w:b/>
        </w:rPr>
        <w:t>Tickets and support:</w:t>
      </w:r>
      <w:r>
        <w:t xml:space="preserve"> Tickets cost $45, with sales and sponsorships helping cover event costs.</w:t>
      </w:r>
      <w:r/>
    </w:p>
    <w:p>
      <w:pPr>
        <w:pStyle w:val="ListBullet"/>
        <w:spacing w:line="240" w:lineRule="auto"/>
        <w:ind w:left="720"/>
      </w:pPr>
      <w:r/>
      <w:r>
        <w:rPr>
          <w:b/>
        </w:rPr>
        <w:t>Wider backing:</w:t>
      </w:r>
      <w:r>
        <w:t xml:space="preserve"> Pornhub and BanksieTV are also listed among the event's sponsors.</w:t>
      </w:r>
      <w:r/>
      <w:r/>
    </w:p>
    <w:p>
      <w:pPr>
        <w:pStyle w:val="Heading2"/>
      </w:pPr>
      <w:r>
        <w:t>Queer Prom puts community centre stage</w:t>
      </w:r>
      <w:r/>
    </w:p>
    <w:p>
      <w:r/>
      <w:r>
        <w:t>The second annual Queer Prom is set to turn Bardot into a lively gathering place for LGBTQ people and their allies. With music, dancing and the warm buzz of friends meeting again, the event is designed to offer something that can be surprisingly rare: a night built around belonging rather than professional recognition.</w:t>
      </w:r>
      <w:r/>
    </w:p>
    <w:p>
      <w:r/>
      <w:r>
        <w:t>According to Grooby's event announcements, the celebration is being co-hosted by Grooby and Flaming Hearts Media, the sister company co-founded by Kristel Penn and Foxxy. The organisers have positioned Queer Prom as a community event, with sponsorship helping make the evening possible.</w:t>
      </w:r>
      <w:r/>
    </w:p>
    <w:p>
      <w:pPr>
        <w:pStyle w:val="Heading2"/>
      </w:pPr>
      <w:r>
        <w:t>Mia Isabella returns as a Silver Sponsor</w:t>
      </w:r>
      <w:r/>
    </w:p>
    <w:p>
      <w:r/>
      <w:r>
        <w:t>Mia Isabella attended the first Queer Prom and is returning this year as a Silver Sponsor. In comments shared about the event, she recalled dancing with friends and said she was looking forward to seeing the community again.</w:t>
      </w:r>
      <w:r/>
    </w:p>
    <w:p>
      <w:r/>
      <w:r>
        <w:t>Her involvement adds a personal note to the sponsorship. Rather than simply lending a name to the occasion, Isabella has a direct connection with the event and its atmosphere, which appears to be part of its appeal.</w:t>
      </w:r>
      <w:r/>
    </w:p>
    <w:p>
      <w:pPr>
        <w:pStyle w:val="Heading2"/>
      </w:pPr>
      <w:r>
        <w:t>Familiar faces are helping build the night</w:t>
      </w:r>
      <w:r/>
    </w:p>
    <w:p>
      <w:r/>
      <w:r>
        <w:t>Kaela Luna, Gray Perrier and Little Puck are also named as Silver Sponsors. Grooby's announcements highlight the enthusiasm around their involvement, while the wider sponsorship line-up shows support from several recognisable figures and organisations in the adult entertainment community.</w:t>
      </w:r>
      <w:r/>
    </w:p>
    <w:p>
      <w:r/>
      <w:r>
        <w:t>Luna has linked the event with partying, new connections and queer love. Little Puck, meanwhile, has emphasised the importance of inclusion and authenticity, describing Queer Prom as a night where people can relax and be themselves. It's a refreshing change of pace from the industry's usual award-season pressure.</w:t>
      </w:r>
      <w:r/>
    </w:p>
    <w:p>
      <w:pPr>
        <w:pStyle w:val="Heading2"/>
      </w:pPr>
      <w:r>
        <w:t>Why an invite-only format matters</w:t>
      </w:r>
      <w:r/>
    </w:p>
    <w:p>
      <w:r/>
      <w:r>
        <w:t>Queer Prom is invite-only, but tickets are available for $45 through the event's official website. The format gives organisers more control over the setting and guest experience, while keeping the focus on a community gathering with a clear sense of occasion.</w:t>
      </w:r>
      <w:r/>
    </w:p>
    <w:p>
      <w:r/>
      <w:r>
        <w:t>For anyone considering attending, checking the RSVP details early is sensible. This isn't a last-minute bar night where you can simply wander in, so guests should confirm access arrangements, venue information and any event requirements before heading to Hollywood.</w:t>
      </w:r>
      <w:r/>
    </w:p>
    <w:p>
      <w:pPr>
        <w:pStyle w:val="Heading2"/>
      </w:pPr>
      <w:r>
        <w:t>A celebration with momentum</w:t>
      </w:r>
      <w:r/>
    </w:p>
    <w:p>
      <w:r/>
      <w:r>
        <w:t>The event's sponsorship model also says something about the wider community. Support from performers and companies helps fund the practical work behind the scenes, from venue costs to production, while giving attendees a chance to gather in a setting that feels intentionally welcoming.</w:t>
      </w:r>
      <w:r/>
    </w:p>
    <w:p>
      <w:r/>
      <w:r>
        <w:t>With Queer Prom returning for a second year, the organisers appear to be building a recurring tradition rather than a one-off party. For attendees, that could make the evening feel both celebratory and meaningful: a chance to dress up, dance freely and spend time with people who understand the moment.</w:t>
      </w:r>
      <w:r/>
    </w:p>
    <w:p>
      <w:r/>
      <w:r>
        <w:t>It's a small but joyful reminder that community deserves its own spotlight.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[3]</w:t>
        </w:r>
      </w:hyperlink>
      <w:r>
        <w:t xml:space="preserve">- Paragraph 4: </w:t>
      </w:r>
      <w:hyperlink r:id="rId12">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[4]</w:t>
        </w:r>
      </w:hyperlink>
      <w:r>
        <w:t xml:space="preserve">, </w:t>
      </w:r>
      <w:hyperlink r:id="rId11">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1">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3">
        <w:r>
          <w:rPr>
            <w:color w:val="0000EE"/>
            <w:u w:val="single"/>
          </w:rPr>
          <w:t>[4]</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https://adultfyi.com/mia-isabella-named-silver-sponsor-of-queer-prom/</w:t>
        </w:r>
      </w:hyperlink>
      <w:r>
        <w:t xml:space="preserve"> - Please view link - unable to able to access data</w:t>
      </w:r>
      <w:r/>
    </w:p>
    <w:p>
      <w:pPr>
        <w:pStyle w:val="ListNumber"/>
        <w:spacing w:line="240" w:lineRule="auto"/>
        <w:ind w:left="720"/>
      </w:pPr>
      <w:r/>
      <w:hyperlink r:id="rId10">
        <w:r>
          <w:rPr>
            <w:color w:val="0000EE"/>
            <w:u w:val="single"/>
          </w:rPr>
          <w:t>https://emmreport.com/mia-isabella-sponsors-grooby-and-fhm-queer-prom-in-hollywood/</w:t>
        </w:r>
      </w:hyperlink>
      <w:r>
        <w:t xml:space="preserve"> - Mia Isabella is a Silver Sponsor of the second Grooby x FHM Queer Prom, an invite-only industry and community gathering scheduled for September 25, 2026, at Bardot in Hollywood. Isabella attended the first Queer Prom and is returning to support this year’s event. Grooby and its sister company Flaming Hearts Media co-host the prom. FHM was co-founded by performer Foxxy and Grooby’s Kristel Penn, and ticket sales and sponsorships go directly toward hosting costs. People interested in attending can RSVP through QueerProm.com/rsvp. Event media and sponsorship inquiries can be sent to Kristel Penn at the supplied Grooby email address. Born and raised in Chicago, Isabella entered adult entertainment at 19, worked with major companies and won multiple industry awards. After retiring as a performer, she voiced “Hooker Number One” in Grand Theft Auto 5 in fall 2013, described in the release as the first transgender character featured in a video game. She also appeared in the final season of FX’s Sons of Anarchy. Isabella returned to the adult industry in 2016 and has directed, produced and starred in scenes for her own website. Her media appearances include Sirius XM shows hosted by Jason Ellis, Judith Regan, Derek and Romaine and Sway, along with Neil Strauss’ The Inner Circle, Univision’s Luis Jimenez Show and Sex With Emily. She has also joined Sam Tripoli’s Naughty Show live at The Comedy Store.</w:t>
      </w:r>
      <w:r/>
    </w:p>
    <w:p>
      <w:pPr>
        <w:pStyle w:val="ListNumber"/>
        <w:spacing w:line="240" w:lineRule="auto"/>
        <w:ind w:left="720"/>
      </w:pPr>
      <w:r/>
      <w:hyperlink r:id="rId12">
        <w:r>
          <w:rPr>
            <w:color w:val="0000EE"/>
            <w:u w:val="single"/>
          </w:rPr>
          <w:t>https://www.grooby.com/news/2026/09/kaela-luna-announces-queer-prom-silver-sponsorship/</w:t>
        </w:r>
      </w:hyperlink>
      <w:r>
        <w:t xml:space="preserve"> - Award-winning performer Kaela Luna is proud to announce her Silver Sponsorship of Grooby x FHM’s second Queer Prom. The invite-only industry and community event will be held at the Bardot in Hollywood on September 25, 2026. “Partying with friends, making new connections, and promoting queer love — anyone who knows me will absolutely get why I am thrilled to be sponsoring the 2026 Queer Prom,” says Kaela Luna. “I may have skipped my high school prom to take my girlfriend to a musical festival instead, but there’s no way I am going to miss this one. I can’t wait to see everyone I love in our corner of the industry and cut loose before we all head into the next award season, so come out and let’s celebrate!” Awarded Best Content Creator at the 2026 Trans Erotica Awards, Kaela Luna is a nerdy and charmingly flirty performer. Whether it’s working with bigger stars, bigger productions, or bigger insertions, she’s dedicated to showing her audience the best she can do with every performance, delivered through the warm and approachable enchantment of a girl-next-door.</w:t>
      </w:r>
      <w:r/>
    </w:p>
    <w:p>
      <w:pPr>
        <w:pStyle w:val="ListNumber"/>
        <w:spacing w:line="240" w:lineRule="auto"/>
        <w:ind w:left="720"/>
      </w:pPr>
      <w:r/>
      <w:hyperlink r:id="rId13">
        <w:r>
          <w:rPr>
            <w:color w:val="0000EE"/>
            <w:u w:val="single"/>
          </w:rPr>
          <w:t>https://www.grooby.com/news/2026/09/gray-perrier-announces-queer-prom-silver-sponsorship/</w:t>
        </w:r>
      </w:hyperlink>
      <w:r>
        <w:t xml:space="preserve"> - Award-winning performer Gray Perrier is proud to announce her Silver Sponsorship of Grooby x FHM’s second annual Queer Prom. The invite-only industry and community event will be held on September 25, 2026, in Hollywood. “‘Queer joy is resistance’ is a mantra I’ve been living by for many years now,” says Gray Perrier. “Queer Prom is the epitome of queer joy. As trans and queer people, we deserve a safe place to celebrate life with each other, remember those who paved the way for us, and the ability to overwrite painful moments with powerful and energetic memories. This is queer prom, and I’m beyond grateful to support this event, the incredible organizers, and other sponsors!” “Gray’s mantra is one that I also believe in wholeheartedly,” adds event producer Kristel Penn. “I’m so thrilled to have her as a sponsor of our event. At its core, this is a community event and it means so much to both Foxxy and me to see so many performers sponsoring to help bring Queer Prom to life.”</w:t>
      </w:r>
      <w:r/>
    </w:p>
    <w:p>
      <w:pPr>
        <w:pStyle w:val="ListNumber"/>
        <w:spacing w:line="240" w:lineRule="auto"/>
        <w:ind w:left="720"/>
      </w:pPr>
      <w:r/>
      <w:hyperlink r:id="rId11">
        <w:r>
          <w:rPr>
            <w:color w:val="0000EE"/>
            <w:u w:val="single"/>
          </w:rPr>
          <w:t>https://www.grooby.com/events/2026/07/pornhub-signs-as-platinum-sponsor-of-groobys-queer-prom-event-in-hollywood/</w:t>
        </w:r>
      </w:hyperlink>
      <w:r>
        <w:t xml:space="preserve"> - Pornhub is proud to sign on as a Platinum Sponsor of Grooby x FHM’s second annual Queer Prom, an industry and community event to celebrate the LGBTQ community and its allies. The event will be hosted on September 25, 2026, at the Bardot in Hollywood. Tickets are available for $45. For more information or to RSVP, visit QueerProm.com. “As a company dedicated to inclusivity and authenticity, we are so excited to sponsor this year’s Queer Prom,” says Alex Kekesi, Head of Brand &amp; Community at Pornhub. “We are proud to once again support a great event that aligns with our core values of freedom of sexual expression, diversity, and authenticity by creating a safe space for everyone to be themselves and have fun.” “We’re thrilled to have Pornhub join us as a Platinum Sponsor of Queer Prom,” says event producer Kristel Penn. “They’ve been a generous and longtime supporter of our other event, the Trans Erotica Awards, and their support of Queer Prom highlights their commitment to uplifting the trans community. The event is co-hosted by Grooby and its sister company, Flaming Hearts Media (FHM), co-founded by award-winning performer Foxxy and Grooby’s Kristel Penn. Ticket sales and sponsorships go directly toward the costs of hosting the event. Interested in becoming a sponsor? More information can be found here: https://queerprom.com/sponsors Media and sponsorship inquiries can be directed to kristel@grooby.com. About Pornhub Pornhub is the world’s premier adult entertainment community, featuring the best selection of award-winning performers, the most extensive collection of high-quality videos, and the safest and most user-friendly experience for viewers. With core values of consent, freedom of sexual expression, authenticity, originality, and diversity at the heart of Pornhub’s mission, the platform is a safe space for verified content creators and the entire adult entertainment community. Founded in 2007, over 130 million people now visit Pornhub every day to enjoy a catalog of more than three million videos. Pornhub has also built the largest dedicated membership base in the adult community, with over 76 million monthly active registered members. Pornhub proudly invests back into the adult industry through efforts that support sex worker advocacy and protections for adult performers. For more information, visit Pornhub.com.</w:t>
      </w:r>
      <w:r/>
    </w:p>
    <w:p>
      <w:pPr>
        <w:pStyle w:val="ListNumber"/>
        <w:spacing w:line="240" w:lineRule="auto"/>
        <w:ind w:left="720"/>
      </w:pPr>
      <w:r/>
      <w:hyperlink r:id="rId14">
        <w:r>
          <w:rPr>
            <w:color w:val="0000EE"/>
            <w:u w:val="single"/>
          </w:rPr>
          <w:t>https://www.xbiz.com/news/300528/gray-perrier-named-silver-sponsor-of-groobys-queer-prom-event-in-hollywood</w:t>
        </w:r>
      </w:hyperlink>
      <w:r>
        <w:t xml:space="preserve"> - Gray Perrier will serve as a Silver Sponsor of Grooby and Flaming Hearts Media (FHM)’s second annual Queer Prom, an industry event that celebrates the LGBTQ community and its allies. “‘Queer joy is resistance’ is a mantra I've been living by for many years now,” Perrier said. “Queer Prom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ultfyi.com/mia-isabella-named-silver-sponsor-of-queer-prom/" TargetMode="External"/><Relationship Id="rId10" Type="http://schemas.openxmlformats.org/officeDocument/2006/relationships/hyperlink" Target="https://emmreport.com/mia-isabella-sponsors-grooby-and-fhm-queer-prom-in-hollywood/" TargetMode="External"/><Relationship Id="rId11" Type="http://schemas.openxmlformats.org/officeDocument/2006/relationships/hyperlink" Target="https://www.grooby.com/events/2026/07/pornhub-signs-as-platinum-sponsor-of-groobys-queer-prom-event-in-hollywood/" TargetMode="External"/><Relationship Id="rId12" Type="http://schemas.openxmlformats.org/officeDocument/2006/relationships/hyperlink" Target="https://www.grooby.com/news/2026/09/kaela-luna-announces-queer-prom-silver-sponsorship/" TargetMode="External"/><Relationship Id="rId13" Type="http://schemas.openxmlformats.org/officeDocument/2006/relationships/hyperlink" Target="https://www.grooby.com/news/2026/09/gray-perrier-announces-queer-prom-silver-sponsorship/" TargetMode="External"/><Relationship Id="rId14" Type="http://schemas.openxmlformats.org/officeDocument/2006/relationships/hyperlink" Target="https://www.xbiz.com/news/300528/gray-perrier-named-silver-sponsor-of-groobys-queer-prom-event-in-hollywoo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