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on California’s Dolly Parton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film fans and nightlife regulars are getting ready for California’s first Dolly Parton Day on 25 September, with West Hollywood’s Rainbow District leading the glittery celebrations. From drag performances and Dolly-inspired cocktails to classic films, country fashion and sing-alongs, the new holiday offers a warm-hearted excuse to celebrate an extraordinary cultural legacy.</w:t>
      </w:r>
      <w:r/>
    </w:p>
    <w:p>
      <w:pPr>
        <w:pStyle w:val="Heading2"/>
      </w:pPr>
      <w:r>
        <w:t>Essential Takeaways</w:t>
      </w:r>
      <w:r/>
      <w:r/>
    </w:p>
    <w:p>
      <w:pPr>
        <w:pStyle w:val="ListBullet"/>
        <w:spacing w:line="240" w:lineRule="auto"/>
        <w:ind w:left="720"/>
      </w:pPr>
      <w:r/>
      <w:r>
        <w:rPr>
          <w:b/>
        </w:rPr>
        <w:t>California’s new holiday:</w:t>
      </w:r>
      <w:r>
        <w:t xml:space="preserve"> 25 September has been officially designated Dolly Parton Day.</w:t>
      </w:r>
      <w:r/>
    </w:p>
    <w:p>
      <w:pPr>
        <w:pStyle w:val="ListBullet"/>
        <w:spacing w:line="240" w:lineRule="auto"/>
        <w:ind w:left="720"/>
      </w:pPr>
      <w:r/>
      <w:r>
        <w:rPr>
          <w:b/>
        </w:rPr>
        <w:t>West Hollywood’s big tribute:</w:t>
      </w:r>
      <w:r>
        <w:t xml:space="preserve"> Bars and venues along Santa Monica Boulevard are planning music, movies, drag and themed drinks.</w:t>
      </w:r>
      <w:r/>
    </w:p>
    <w:p>
      <w:pPr>
        <w:pStyle w:val="ListBullet"/>
        <w:spacing w:line="240" w:lineRule="auto"/>
        <w:ind w:left="720"/>
      </w:pPr>
      <w:r/>
      <w:r>
        <w:rPr>
          <w:b/>
        </w:rPr>
        <w:t>A Dolly-style dress code:</w:t>
      </w:r>
      <w:r>
        <w:t xml:space="preserve"> Rhinestones, fringe, cowboy hats and big hair are strongly encouraged.</w:t>
      </w:r>
      <w:r/>
    </w:p>
    <w:p>
      <w:pPr>
        <w:pStyle w:val="ListBullet"/>
        <w:spacing w:line="240" w:lineRule="auto"/>
        <w:ind w:left="720"/>
      </w:pPr>
      <w:r/>
      <w:r>
        <w:rPr>
          <w:b/>
        </w:rPr>
        <w:t>Something for every mood:</w:t>
      </w:r>
      <w:r>
        <w:t xml:space="preserve"> Expect lively nightlife at Micky’s, film screenings at GYM Bar and V Wine Room, plus a more relaxed celebration at Schmitty’s.</w:t>
      </w:r>
      <w:r/>
    </w:p>
    <w:p>
      <w:pPr>
        <w:pStyle w:val="ListBullet"/>
        <w:spacing w:line="240" w:lineRule="auto"/>
        <w:ind w:left="720"/>
      </w:pPr>
      <w:r/>
      <w:r>
        <w:rPr>
          <w:b/>
        </w:rPr>
        <w:t>A legacy beyond music:</w:t>
      </w:r>
      <w:r>
        <w:t xml:space="preserve"> Parton’s charitable work, including the Imagination Library, remains central to the tribute.</w:t>
      </w:r>
      <w:r/>
      <w:r/>
    </w:p>
    <w:p>
      <w:pPr>
        <w:pStyle w:val="Heading2"/>
      </w:pPr>
      <w:r>
        <w:t>California Gives Dolly a Day of Her Own</w:t>
      </w:r>
      <w:r/>
    </w:p>
    <w:p>
      <w:r/>
      <w:r>
        <w:t>California’s new Dolly Parton Day arrives with plenty of sparkle, but the sentiment behind it is serious. The holiday was created through Senate Bill 931 and signed by Governor Gavin Newsom, with 25 September chosen as a playful reference to Parton’s famous workplace anthem, “9 to 5”, according to the California governor’s office and CalMatters.</w:t>
      </w:r>
      <w:r/>
    </w:p>
    <w:p>
      <w:r/>
      <w:r>
        <w:t>The date also lands during a wider wave of public remembrance following Parton’s death at the age of 80. Her career crossed country music, film, television, fashion and business, while her philanthropy helped make her one of America’s most broadly admired entertainers.</w:t>
      </w:r>
      <w:r/>
    </w:p>
    <w:p>
      <w:r/>
      <w:r>
        <w:t>That mix of glamour and generosity is exactly why the celebration feels bigger than a standard celebrity tribute. As the Los Angeles Times noted, Parton’s influence stretches well beyond her record sales and film roles.</w:t>
      </w:r>
      <w:r/>
    </w:p>
    <w:p>
      <w:pPr>
        <w:pStyle w:val="Heading2"/>
      </w:pPr>
      <w:r>
        <w:t>West Hollywood Is Going Full Dolly</w:t>
      </w:r>
      <w:r/>
    </w:p>
    <w:p>
      <w:r/>
      <w:r>
        <w:t>The Rainbow District is treating the occasion as a full neighbourhood takeover rather than a single event. The one-mile stretch of Santa Monica Boulevard is expected to echo with Dolly songs, themed cocktails, country-inspired outfits and the kind of friendly theatricality that West Hollywood does particularly well.</w:t>
      </w:r>
      <w:r/>
    </w:p>
    <w:p>
      <w:r/>
      <w:r>
        <w:t>Micky’s is putting its own spin on the evening by turning its 8pm Cirque du So Gay drag show into a Dolly tribute. The performers will each tackle a Parton song, with themed drinks and plenty of opportunities for the audience to sing along.</w:t>
      </w:r>
      <w:r/>
    </w:p>
    <w:p>
      <w:r/>
      <w:r>
        <w:t>It’s a particularly fitting format. Dolly’s stage persona has always mixed precision, humour and enormous visual flair, so a drag tribute promises to capture the spirit rather than simply recreate the wardrobe.</w:t>
      </w:r>
      <w:r/>
    </w:p>
    <w:p>
      <w:pPr>
        <w:pStyle w:val="Heading2"/>
      </w:pPr>
      <w:r>
        <w:t>Film Fans Can Settle in for ‘9 to 5’</w:t>
      </w:r>
      <w:r/>
    </w:p>
    <w:p>
      <w:r/>
      <w:r>
        <w:t>At GYM Bar, the celebration takes a cinematic route with screenings of the 1980 comedy 9 to 5 throughout the day. The film remains one of Parton’s defining screen appearances, thanks to its sharp workplace satire, memorable cast and instantly recognisable title song.</w:t>
      </w:r>
      <w:r/>
    </w:p>
    <w:p>
      <w:r/>
      <w:r>
        <w:t>The venue is also serving a Dolly-inspired menu, including blackberry whiskey with ginger ale, a watermelon margarita, a Tabasco Bloody Mary and a vodka or tequila drink mixed with orange juice. Food specials such as chicken tenders, fries and tater tots add a suitably casual touch.</w:t>
      </w:r>
      <w:r/>
    </w:p>
    <w:p>
      <w:r/>
      <w:r>
        <w:t>Meanwhile, V Wine Room is planning a more laid-back film night, screening some of Parton’s classic movies while playing her greatest hits. It could be the better choice for anyone who wants the tribute without committing to a full night of dancing.</w:t>
      </w:r>
      <w:r/>
    </w:p>
    <w:p>
      <w:pPr>
        <w:pStyle w:val="Heading2"/>
      </w:pPr>
      <w:r>
        <w:t>What Should You Wear for Dolly Parton Day?</w:t>
      </w:r>
      <w:r/>
    </w:p>
    <w:p>
      <w:r/>
      <w:r>
        <w:t>Schmitty’s is inviting guests to dress in their best Dolly-inspired or Western wear, with a photo booth and Parton’s biggest songs running throughout the day. There’s no formal uniform, but subtlety probably isn’t the point.</w:t>
      </w:r>
      <w:r/>
    </w:p>
    <w:p>
      <w:r/>
      <w:r>
        <w:t>Think rhinestones, denim, fringe, cowboy boots, a statement hat or hair with enough volume to have its own postcode. A Tennessee Tea special adds another nod to Parton’s roots, while the photo booth gives dressed-up visitors somewhere to show off the look.</w:t>
      </w:r>
      <w:r/>
    </w:p>
    <w:p>
      <w:r/>
      <w:r>
        <w:t>The most useful rule is simple: choose something comfortable enough for a long evening. Dolly’s style may look effortless, but anyone wearing new boots across several bars will quickly discover that glamour has practical limits.</w:t>
      </w:r>
      <w:r/>
    </w:p>
    <w:p>
      <w:pPr>
        <w:pStyle w:val="Heading2"/>
      </w:pPr>
      <w:r>
        <w:t>A Celebration Built on More Than Nostalgia</w:t>
      </w:r>
      <w:r/>
    </w:p>
    <w:p>
      <w:r/>
      <w:r>
        <w:t>The party atmosphere matters, but so does the reason Parton continues to resonate with such a wide audience. Her Imagination Library has distributed hundreds of millions of books to children around the world, and her charitable work has remained a defining part of her public life.</w:t>
      </w:r>
      <w:r/>
    </w:p>
    <w:p>
      <w:r/>
      <w:r>
        <w:t>Her support for LGBTQ+ communities and her ability to welcome people who don't usually see themselves reflected in country culture have also helped give the tribute its broad appeal. Dolly Day isn't simply about playing the hits, although there should be plenty of those.</w:t>
      </w:r>
      <w:r/>
    </w:p>
    <w:p>
      <w:r/>
      <w:r>
        <w:t>For West Hollywood, the result is a celebration that feels natural: bright, inclusive, a little camp and genuinely affectionate. It’s hard to imagine a more suitable setting for a day dedicated to Dolly Parton.</w:t>
      </w:r>
      <w:r/>
    </w:p>
    <w:p>
      <w:r/>
      <w:r>
        <w:t>Whether you choose drag, cocktails, classic films or a rhinestone-heavy outfit, the Rainbow District has made joining in remarkably easy.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9">
        <w:r>
          <w:rPr>
            <w:color w:val="0000EE"/>
            <w:u w:val="single"/>
          </w:rPr>
          <w:t>[7]</w:t>
        </w:r>
      </w:hyperlink>
      <w:r>
        <w:t xml:space="preserve">- Paragraph 4: </w:t>
      </w:r>
      <w:hyperlink r:id="rId9">
        <w:r>
          <w:rPr>
            <w:color w:val="0000EE"/>
            <w:u w:val="single"/>
          </w:rPr>
          <w:t>[7]</w:t>
        </w:r>
      </w:hyperlink>
      <w:r>
        <w:t xml:space="preserve">, </w:t>
      </w:r>
      <w:hyperlink r:id="rId12">
        <w:r>
          <w:rPr>
            <w:color w:val="0000EE"/>
            <w:u w:val="single"/>
          </w:rPr>
          <w:t>[3]</w:t>
        </w:r>
      </w:hyperlink>
      <w:r>
        <w:t xml:space="preserve">- Paragraph 5: </w:t>
      </w:r>
      <w:hyperlink r:id="rId9">
        <w:r>
          <w:rPr>
            <w:color w:val="0000EE"/>
            <w:u w:val="single"/>
          </w:rPr>
          <w:t>[7]</w:t>
        </w:r>
      </w:hyperlink>
      <w:r>
        <w:t xml:space="preserve">, </w:t>
      </w:r>
      <w:hyperlink r:id="rId14">
        <w:r>
          <w:rPr>
            <w:color w:val="0000EE"/>
            <w:u w:val="single"/>
          </w:rPr>
          <w:t>[4]</w:t>
        </w:r>
      </w:hyperlink>
      <w:r>
        <w:t xml:space="preserve">- Paragraph 6: </w:t>
      </w:r>
      <w:hyperlink r:id="rId9">
        <w:r>
          <w:rPr>
            <w:color w:val="0000EE"/>
            <w:u w:val="single"/>
          </w:rPr>
          <w:t>[7]</w:t>
        </w:r>
      </w:hyperlink>
      <w:r>
        <w:t xml:space="preserve">, </w:t>
      </w:r>
      <w:hyperlink r:id="rId12">
        <w:r>
          <w:rPr>
            <w:color w:val="0000EE"/>
            <w:u w:val="single"/>
          </w:rPr>
          <w:t>[3]</w:t>
        </w:r>
      </w:hyperlink>
      <w:r>
        <w:t xml:space="preserve">- Paragraph 7: </w:t>
      </w:r>
      <w:hyperlink r:id="rId9">
        <w:r>
          <w:rPr>
            <w:color w:val="0000EE"/>
            <w:u w:val="single"/>
          </w:rPr>
          <w:t>[7]</w:t>
        </w:r>
      </w:hyperlink>
      <w:r>
        <w:t xml:space="preserve">- Paragraph 8: </w:t>
      </w:r>
      <w:hyperlink r:id="rId9">
        <w:r>
          <w:rPr>
            <w:color w:val="0000EE"/>
            <w:u w:val="single"/>
          </w:rPr>
          <w:t>[7]</w:t>
        </w:r>
      </w:hyperlink>
      <w:r>
        <w:t xml:space="preserve">- Paragraph 9: </w:t>
      </w:r>
      <w:hyperlink r:id="rId9">
        <w:r>
          <w:rPr>
            <w:color w:val="0000EE"/>
            <w:u w:val="single"/>
          </w:rPr>
          <w:t>[7]</w:t>
        </w:r>
      </w:hyperlink>
      <w:r>
        <w:t xml:space="preserve">- Paragraph 10: </w:t>
      </w:r>
      <w:hyperlink r:id="rId9">
        <w:r>
          <w:rPr>
            <w:color w:val="0000EE"/>
            <w:u w:val="single"/>
          </w:rPr>
          <w:t>[7]</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9">
        <w:r>
          <w:rPr>
            <w:color w:val="0000EE"/>
            <w:u w:val="single"/>
          </w:rPr>
          <w:t>[7]</w:t>
        </w:r>
      </w:hyperlink>
      <w:r>
        <w:t xml:space="preserve">- Paragraph 14: </w:t>
      </w:r>
      <w:hyperlink r:id="rId9">
        <w:r>
          <w:rPr>
            <w:color w:val="0000EE"/>
            <w:u w:val="single"/>
          </w:rPr>
          <w:t>[7]</w:t>
        </w:r>
      </w:hyperlink>
      <w:r>
        <w:t xml:space="preserve">- Paragraph 15: </w:t>
      </w:r>
      <w:hyperlink r:id="rId14">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9">
        <w:r>
          <w:rPr>
            <w:color w:val="0000EE"/>
            <w:u w:val="single"/>
          </w:rPr>
          <w:t>[7]</w:t>
        </w:r>
      </w:hyperlink>
      <w:r>
        <w:t xml:space="preserve">- Paragraph 18: </w:t>
      </w:r>
      <w:hyperlink r:id="rId9">
        <w:r>
          <w:rPr>
            <w:color w:val="0000EE"/>
            <w:u w:val="single"/>
          </w:rPr>
          <w:t>[7]</w:t>
        </w:r>
      </w:hyperlink>
      <w:r>
        <w:t xml:space="preserve">- Paragraph 19: </w:t>
      </w:r>
      <w:hyperlink r:id="rId12">
        <w:r>
          <w:rPr>
            <w:color w:val="0000EE"/>
            <w:u w:val="single"/>
          </w:rPr>
          <w:t>[3]</w:t>
        </w:r>
      </w:hyperlink>
      <w:r>
        <w:t xml:space="preserve">, </w:t>
      </w:r>
      <w:hyperlink r:id="rId14">
        <w:r>
          <w:rPr>
            <w:color w:val="0000EE"/>
            <w:u w:val="single"/>
          </w:rPr>
          <w:t>[4]</w:t>
        </w:r>
      </w:hyperlink>
      <w:r>
        <w:t xml:space="preserve">- Paragraph 20: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https://wehotimes.com/west-hollywood-rainbow-gets-dolled-up-for-dolly-party-day-sept-25/</w:t>
        </w:r>
      </w:hyperlink>
      <w:r>
        <w:t xml:space="preserve"> - Please view link - unable to able to access data</w:t>
      </w:r>
      <w:r/>
    </w:p>
    <w:p>
      <w:pPr>
        <w:pStyle w:val="ListNumber"/>
        <w:spacing w:line="240" w:lineRule="auto"/>
        <w:ind w:left="720"/>
      </w:pPr>
      <w:r/>
      <w:hyperlink r:id="rId10">
        <w:r>
          <w:rPr>
            <w:color w:val="0000EE"/>
            <w:u w:val="single"/>
          </w:rPr>
          <w:t>https://www.gov.ca.gov/2026/09/20/california-establishes-dolly-parton-day/</w:t>
        </w:r>
      </w:hyperlink>
      <w:r>
        <w:t xml:space="preserve"> - On September 20, 2026, Governor Gavin Newsom signed Senate Bill 931, establishing September 25 as Dolly Parton Day in California. The date was chosen to honour Parton's iconic song '9 to 5'. The legislation recognises Parton's contributions as a singer, songwriter, actress, and philanthropist. Parton, who passed away on August 25 at age 80, is celebrated for her Imagination Library, which has distributed over 300 million books to children worldwide, and her support for charitable causes and LGBTQ+ communities.</w:t>
      </w:r>
      <w:r/>
    </w:p>
    <w:p>
      <w:pPr>
        <w:pStyle w:val="ListNumber"/>
        <w:spacing w:line="240" w:lineRule="auto"/>
        <w:ind w:left="720"/>
      </w:pPr>
      <w:r/>
      <w:hyperlink r:id="rId12">
        <w:r>
          <w:rPr>
            <w:color w:val="0000EE"/>
            <w:u w:val="single"/>
          </w:rPr>
          <w:t>https://www.latimes.com/entertainment-arts/music/story/2026-09-21/california-declares-dolly-parton-day-sept-25</w:t>
        </w:r>
      </w:hyperlink>
      <w:r>
        <w:t xml:space="preserve"> - Governor Gavin Newsom signed legislation on September 20, 2026, establishing September 25 as Dolly Parton Day in California. The date, 9/25, references Parton's hit song '9 to 5'. The bill was co-authored by State Senators Shannon Grove and John Laird. Parton, known as the 'Queen of Country', was a successful performer with over 100 million records sold worldwide and was also recognised for her philanthropic efforts, including the Imagination Library.</w:t>
      </w:r>
      <w:r/>
    </w:p>
    <w:p>
      <w:pPr>
        <w:pStyle w:val="ListNumber"/>
        <w:spacing w:line="240" w:lineRule="auto"/>
        <w:ind w:left="720"/>
      </w:pPr>
      <w:r/>
      <w:hyperlink r:id="rId14">
        <w:r>
          <w:rPr>
            <w:color w:val="0000EE"/>
            <w:u w:val="single"/>
          </w:rPr>
          <w:t>https://dollyday.org/press</w:t>
        </w:r>
      </w:hyperlink>
      <w:r>
        <w:t xml:space="preserve"> - Dolly Day is a free, public celebration honouring Dolly Parton, taking place on Friday, September 25, 2026, from 12:00 to 3:00 PM in Union Square, San Francisco. The event features live music, community spirit, and glamour, inviting fans and families to celebrate Parton's music, generosity, and spirit. The celebration coincides with California's official designation of September 25 as Dolly Parton Day, recognising her literacy legacy.</w:t>
      </w:r>
      <w:r/>
    </w:p>
    <w:p>
      <w:pPr>
        <w:pStyle w:val="ListNumber"/>
        <w:spacing w:line="240" w:lineRule="auto"/>
        <w:ind w:left="720"/>
      </w:pPr>
      <w:r/>
      <w:hyperlink r:id="rId11">
        <w:r>
          <w:rPr>
            <w:color w:val="0000EE"/>
            <w:u w:val="single"/>
          </w:rPr>
          <w:t>https://calmatters.digitaldemocracy.org/bills/ca_202520260sb931</w:t>
        </w:r>
      </w:hyperlink>
      <w:r>
        <w:t xml:space="preserve"> - Senate Bill 931, introduced in the 2025-2026 session, requires the Governor to annually proclaim September 25 as Dolly Parton Day. The bill was signed by Governor Gavin Newsom on September 20, 2026, and took effect immediately as an urgency statute. The legislation acknowledges Parton's contributions to music, film, and philanthropy, including her Imagination Library, which has distributed over 300 million books to children worldwide.</w:t>
      </w:r>
      <w:r/>
    </w:p>
    <w:p>
      <w:pPr>
        <w:pStyle w:val="ListNumber"/>
        <w:spacing w:line="240" w:lineRule="auto"/>
        <w:ind w:left="720"/>
      </w:pPr>
      <w:r/>
      <w:hyperlink r:id="rId13">
        <w:r>
          <w:rPr>
            <w:color w:val="0000EE"/>
            <w:u w:val="single"/>
          </w:rPr>
          <w:t>https://www.jubileecast.com/articles/39610/20260921/dolly-parton-day-california-september-25-2026.htm</w:t>
        </w:r>
      </w:hyperlink>
      <w:r>
        <w:t xml:space="preserve"> - California has officially designated September 25 as 'Dolly Parton Day', honouring the country music icon one month after her death at age 80. Governor Gavin Newsom signed Senate Bill 931 on September 20, 2026, choosing the date as a nod to Parton's 1980 hit '9 to 5'. The bipartisan bill was co-authored by State Senators Shannon Grove and John Laird. Parton's Imagination Library has mailed free books to children from birth to age 5 across the country for decades.</w:t>
      </w:r>
      <w:r/>
    </w:p>
    <w:p>
      <w:pPr>
        <w:pStyle w:val="ListNumber"/>
        <w:spacing w:line="240" w:lineRule="auto"/>
        <w:ind w:left="720"/>
      </w:pPr>
      <w:r/>
      <w:hyperlink r:id="rId9">
        <w:r>
          <w:rPr>
            <w:color w:val="0000EE"/>
            <w:u w:val="single"/>
          </w:rPr>
          <w:t>https://wehotimes.com/west-hollywood-rainbow-gets-dolled-up-for-dolly-party-day-sept-25/</w:t>
        </w:r>
      </w:hyperlink>
      <w:r>
        <w:t xml:space="preserve"> - California has officially made September 25 Dolly Parton Day, and West Hollywood’s Rainbow District is celebrating with drag queens, cocktails, movies, country-inspired fashion, and plenty of Dolly tunes along Santa Monica Boulevard. Micky’s West Hollywood is turning its 8 p.m. Cirque du So Gay drag show into a Dolly Parton tribute, with queens performing Dolly's hits. GYM Bar is screening the 1980 classic '9 to 5' and offering Dolly-inspired food and drinks. Schmitty’s features a Dolly-themed photo booth and Tennessee Tea specials. V Wine Room is screening Parton’s classic movies and playing her greatest hits.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west-hollywood-rainbow-gets-dolled-up-for-dolly-party-day-sept-25/" TargetMode="External"/><Relationship Id="rId10" Type="http://schemas.openxmlformats.org/officeDocument/2006/relationships/hyperlink" Target="https://www.gov.ca.gov/2026/09/20/california-establishes-dolly-parton-day/" TargetMode="External"/><Relationship Id="rId11" Type="http://schemas.openxmlformats.org/officeDocument/2006/relationships/hyperlink" Target="https://calmatters.digitaldemocracy.org/bills/ca_202520260sb931" TargetMode="External"/><Relationship Id="rId12" Type="http://schemas.openxmlformats.org/officeDocument/2006/relationships/hyperlink" Target="https://www.latimes.com/entertainment-arts/music/story/2026-09-21/california-declares-dolly-parton-day-sept-25" TargetMode="External"/><Relationship Id="rId13" Type="http://schemas.openxmlformats.org/officeDocument/2006/relationships/hyperlink" Target="https://www.jubileecast.com/articles/39610/20260921/dolly-parton-day-california-september-25-2026.htm" TargetMode="External"/><Relationship Id="rId14" Type="http://schemas.openxmlformats.org/officeDocument/2006/relationships/hyperlink" Target="https://dollyday.org/pr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