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in Manayunk for Coming Out Day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can turn Saturday, 3 October, into a full day of LGBTQ+ celebration in Manayunk, Philadelphia, with a free 5K, drag story time, outdoor performances, karaoke and two audience-powered screenings of The Rocky Horror Picture Show.</w:t>
      </w:r>
      <w:r/>
    </w:p>
    <w:p>
      <w:pPr>
        <w:pStyle w:val="Heading2"/>
      </w:pPr>
      <w:r>
        <w:t>Essential Takeaways</w:t>
      </w:r>
      <w:r/>
      <w:r/>
    </w:p>
    <w:p>
      <w:pPr>
        <w:pStyle w:val="ListBullet"/>
        <w:spacing w:line="240" w:lineRule="auto"/>
        <w:ind w:left="720"/>
      </w:pPr>
      <w:r/>
      <w:r>
        <w:rPr>
          <w:b/>
        </w:rPr>
        <w:t>Start early:</w:t>
      </w:r>
      <w:r>
        <w:t xml:space="preserve"> The free Out &amp; About 5K begins at 9am and welcomes all runners.</w:t>
      </w:r>
      <w:r/>
    </w:p>
    <w:p>
      <w:pPr>
        <w:pStyle w:val="ListBullet"/>
        <w:spacing w:line="240" w:lineRule="auto"/>
        <w:ind w:left="720"/>
      </w:pPr>
      <w:r/>
      <w:r>
        <w:rPr>
          <w:b/>
        </w:rPr>
        <w:t>Expect daytime entertainment:</w:t>
      </w:r>
      <w:r>
        <w:t xml:space="preserve"> Drag story time, an open-air drag show and karaoke take over Gay Street.</w:t>
      </w:r>
      <w:r/>
    </w:p>
    <w:p>
      <w:pPr>
        <w:pStyle w:val="ListBullet"/>
        <w:spacing w:line="240" w:lineRule="auto"/>
        <w:ind w:left="720"/>
      </w:pPr>
      <w:r/>
      <w:r>
        <w:rPr>
          <w:b/>
        </w:rPr>
        <w:t>Support local businesses:</w:t>
      </w:r>
      <w:r>
        <w:t xml:space="preserve"> Participating Main Street venues are offering event-linked specials and promotions.</w:t>
      </w:r>
      <w:r/>
    </w:p>
    <w:p>
      <w:pPr>
        <w:pStyle w:val="ListBullet"/>
        <w:spacing w:line="240" w:lineRule="auto"/>
        <w:ind w:left="720"/>
      </w:pPr>
      <w:r/>
      <w:r>
        <w:rPr>
          <w:b/>
        </w:rPr>
        <w:t>Finish with Rocky Horror:</w:t>
      </w:r>
      <w:r>
        <w:t xml:space="preserve"> Shadowcast performances are scheduled for 6pm and 9pm at Venice Island Performing Arts Center.</w:t>
      </w:r>
      <w:r/>
    </w:p>
    <w:p>
      <w:pPr>
        <w:pStyle w:val="ListBullet"/>
        <w:spacing w:line="240" w:lineRule="auto"/>
        <w:ind w:left="720"/>
      </w:pPr>
      <w:r/>
      <w:r>
        <w:rPr>
          <w:b/>
        </w:rPr>
        <w:t>Bring your enthusiasm:</w:t>
      </w:r>
      <w:r>
        <w:t xml:space="preserve"> Costumes, singing and audience participation are encouraged for the evening shows.</w:t>
      </w:r>
      <w:r/>
      <w:r/>
    </w:p>
    <w:p>
      <w:pPr>
        <w:pStyle w:val="Heading2"/>
      </w:pPr>
      <w:r>
        <w:t>Manayunk turns Coming Out Day into an all-day celebration</w:t>
      </w:r>
      <w:r/>
    </w:p>
    <w:p>
      <w:r/>
      <w:r>
        <w:t xml:space="preserve">Manayunk's annual Out &amp; About event has the kind of schedule that rewards stamina, enthusiasm and perhaps a sensible pair of shoes. According to Manayunk's event listing, the programme begins with a free community run before moving through a lively series of LGBTQ+ events on Gay Street. </w:t>
      </w:r>
      <w:hyperlink r:id="rId9">
        <w:r>
          <w:rPr>
            <w:color w:val="0000EE"/>
            <w:u w:val="single"/>
          </w:rPr>
          <w:t>[2]</w:t>
        </w:r>
      </w:hyperlink>
      <w:r/>
    </w:p>
    <w:p>
      <w:r/>
      <w:r>
        <w:t xml:space="preserve">The morning starts at 9am with the Out &amp; About 5K, led by Queer Run in partnership with Philadelphia Runner and Hoka. It's open to everyone, so you don't need to be a seasoned racer to join in. Think of it as a friendly way to get the day moving before the music and performances begin. </w:t>
      </w:r>
      <w:hyperlink r:id="rId10">
        <w:r>
          <w:rPr>
            <w:color w:val="0000EE"/>
            <w:u w:val="single"/>
          </w:rPr>
          <w:t>[5]</w:t>
        </w:r>
      </w:hyperlink>
      <w:r/>
    </w:p>
    <w:p>
      <w:pPr>
        <w:pStyle w:val="Heading2"/>
      </w:pPr>
      <w:r>
        <w:t>Drag story time leads into a colourful afternoon</w:t>
      </w:r>
      <w:r/>
    </w:p>
    <w:p>
      <w:r/>
      <w:r>
        <w:t xml:space="preserve">By 11am, the focus shifts from running shoes to storytelling, as Philly Drag Mafia's Brittany Lynn hosts drag story time. BroadwayWorld's event preview lists the session among the day's free public activities, making it an easy stop for families, visitors and anyone keen to experience the more relaxed side of the celebration. </w:t>
      </w:r>
      <w:hyperlink r:id="rId11">
        <w:r>
          <w:rPr>
            <w:color w:val="0000EE"/>
            <w:u w:val="single"/>
          </w:rPr>
          <w:t>[3]</w:t>
        </w:r>
      </w:hyperlink>
      <w:r/>
    </w:p>
    <w:p>
      <w:r/>
      <w:r>
        <w:t xml:space="preserve">An open-air drag show follows at 1pm, hosted by Philly Drag Mafia with DJ Da Boo Boo. Then, at 2pm, the mood turns into a karaoke dance party. With entertainment spilling into the street, Manayunk should feel less like a standard shopping district and more like a welcoming neighbourhood stage. </w:t>
      </w:r>
      <w:hyperlink r:id="rId12">
        <w:r>
          <w:rPr>
            <w:color w:val="0000EE"/>
            <w:u w:val="single"/>
          </w:rPr>
          <w:t>[6]</w:t>
        </w:r>
      </w:hyperlink>
      <w:r/>
    </w:p>
    <w:p>
      <w:pPr>
        <w:pStyle w:val="Heading2"/>
      </w:pPr>
      <w:r>
        <w:t>Local businesses are part of the action</w:t>
      </w:r>
      <w:r/>
    </w:p>
    <w:p>
      <w:r/>
      <w:r>
        <w:t xml:space="preserve">The event isn't confined to a single venue. Organisers are also bringing community organisations into selected activities, while 10 Main Street restaurants, bars and independent businesses plan to offer specials or promotions linked to Out &amp; About. </w:t>
      </w:r>
      <w:hyperlink r:id="rId13">
        <w:r>
          <w:rPr>
            <w:color w:val="0000EE"/>
            <w:u w:val="single"/>
          </w:rPr>
          <w:t>[7]</w:t>
        </w:r>
      </w:hyperlink>
      <w:r/>
    </w:p>
    <w:p>
      <w:r/>
      <w:r>
        <w:t xml:space="preserve">That makes the afternoon particularly easy to enjoy at your own pace. You can catch a performance, browse local shops, stop for a drink or meal, and dip back into the programme without having to navigate across the city. It also gives the celebration a useful local dimension, helping visitors explore the neighbourhood while supporting the businesses that make it distinctive. </w:t>
      </w:r>
      <w:hyperlink r:id="rId9">
        <w:r>
          <w:rPr>
            <w:color w:val="0000EE"/>
            <w:u w:val="single"/>
          </w:rPr>
          <w:t>[2]</w:t>
        </w:r>
      </w:hyperlink>
      <w:r/>
    </w:p>
    <w:p>
      <w:pPr>
        <w:pStyle w:val="Heading2"/>
      </w:pPr>
      <w:r>
        <w:t>Rocky Horror brings the evening finale</w:t>
      </w:r>
      <w:r/>
    </w:p>
    <w:p>
      <w:r/>
      <w:r>
        <w:t xml:space="preserve">The final act moves to Venice Island Performing Arts Center, where Philadelphia-based Transylvanian Nipple Productions will perform a live shadowcast alongside screenings of The Rocky Horror Picture Show. Performances are scheduled for 6pm and 9pm, with tickets priced at $20 plus fees. </w:t>
      </w:r>
      <w:hyperlink r:id="rId11">
        <w:r>
          <w:rPr>
            <w:color w:val="0000EE"/>
            <w:u w:val="single"/>
          </w:rPr>
          <w:t>[3]</w:t>
        </w:r>
      </w:hyperlink>
      <w:r/>
    </w:p>
    <w:p>
      <w:r/>
      <w:r>
        <w:t xml:space="preserve">The group has been presenting the cult favourite since 1997, and the evening is designed for participation rather than quiet viewing. Organisers encourage costumes, audience interaction and the sort of enthusiastic cheering that would be slightly excessive anywhere else, but feels entirely right here. </w:t>
      </w:r>
      <w:hyperlink r:id="rId10">
        <w:r>
          <w:rPr>
            <w:color w:val="0000EE"/>
            <w:u w:val="single"/>
          </w:rPr>
          <w:t>[5]</w:t>
        </w:r>
      </w:hyperlink>
      <w:r/>
    </w:p>
    <w:p>
      <w:pPr>
        <w:pStyle w:val="Heading2"/>
      </w:pPr>
      <w:r>
        <w:t>How to plan your Manayunk event day</w:t>
      </w:r>
      <w:r/>
    </w:p>
    <w:p>
      <w:r/>
      <w:r>
        <w:t xml:space="preserve">If you're aiming to attend several activities, arrive early for the 5K and allow plenty of time between the daytime programme and the evening screening. The free daytime events are based around Gay Street, while the Rocky Horror performances take place at Venice Island, so checking the route in advance will make the transition smoother. </w:t>
      </w:r>
      <w:hyperlink r:id="rId12">
        <w:r>
          <w:rPr>
            <w:color w:val="0000EE"/>
            <w:u w:val="single"/>
          </w:rPr>
          <w:t>[6]</w:t>
        </w:r>
      </w:hyperlink>
      <w:r/>
    </w:p>
    <w:p>
      <w:r/>
      <w:r>
        <w:t xml:space="preserve">For the evening, choose the screening time that suits your plans and consider dressing for the occasion. A costume isn't required, but it can make the shadowcast experience more fun, especially if you're the sort of person who enjoys a little theatrical chaos with a side of audience participation. </w:t>
      </w:r>
      <w:hyperlink r:id="rId13">
        <w:r>
          <w:rPr>
            <w:color w:val="0000EE"/>
            <w:u w:val="single"/>
          </w:rPr>
          <w:t>[7]</w:t>
        </w:r>
      </w:hyperlink>
      <w:r/>
    </w:p>
    <w:p>
      <w:r/>
      <w:r>
        <w:t xml:space="preserve">Out &amp; About offers a rare combination of movement, performance, local food and unapologetic fun, all in one compact Philadelphia neighbourhood. </w:t>
      </w:r>
      <w:hyperlink r:id="rId9">
        <w:r>
          <w:rPr>
            <w:color w:val="0000EE"/>
            <w:u w:val="single"/>
          </w:rPr>
          <w:t>[2]</w:t>
        </w:r>
      </w:hyperlink>
      <w:r/>
    </w:p>
    <w:p>
      <w:r/>
      <w:r>
        <w:t>Make a day of it, and let Manayunk set the stage.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0">
        <w:r>
          <w:rPr>
            <w:color w:val="0000EE"/>
            <w:u w:val="single"/>
          </w:rPr>
          <w:t>[5]</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[6]</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11">
        <w:r>
          <w:rPr>
            <w:color w:val="0000EE"/>
            <w:u w:val="single"/>
          </w:rPr>
          <w:t>[3]</w:t>
        </w:r>
      </w:hyperlink>
      <w:r>
        <w:t xml:space="preserve">, </w:t>
      </w:r>
      <w:hyperlink r:id="rId10">
        <w:r>
          <w:rPr>
            <w:color w:val="0000EE"/>
            <w:u w:val="single"/>
          </w:rPr>
          <w:t>[5]</w:t>
        </w:r>
      </w:hyperlink>
      <w:r>
        <w:t xml:space="preserve">- Paragraph 7: </w:t>
      </w:r>
      <w:hyperlink r:id="rId10">
        <w:r>
          <w:rPr>
            <w:color w:val="0000EE"/>
            <w:u w:val="single"/>
          </w:rPr>
          <w:t>[5]</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12">
        <w:r>
          <w:rPr>
            <w:color w:val="0000EE"/>
            <w:u w:val="single"/>
          </w:rPr>
          <w:t>[6]</w:t>
        </w:r>
      </w:hyperlink>
      <w:r>
        <w:t xml:space="preserve">, </w:t>
      </w:r>
      <w:hyperlink r:id="rId13">
        <w:r>
          <w:rPr>
            <w:color w:val="0000EE"/>
            <w:u w:val="single"/>
          </w:rPr>
          <w:t>[7]</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https://www.phillyvoice.com/manayunk-out-about-2026-drag-show-rocky-horror-coming-out-day/?utm_source=pv-rss&amp;utm_medium=rss&amp;utm_campaign=pv-site</w:t>
        </w:r>
      </w:hyperlink>
      <w:r>
        <w:t xml:space="preserve"> - Please view link - unable to able to access data</w:t>
      </w:r>
      <w:r/>
    </w:p>
    <w:p>
      <w:pPr>
        <w:pStyle w:val="ListNumber"/>
        <w:spacing w:line="240" w:lineRule="auto"/>
        <w:ind w:left="720"/>
      </w:pPr>
      <w:r/>
      <w:hyperlink r:id="rId9">
        <w:r>
          <w:rPr>
            <w:color w:val="0000EE"/>
            <w:u w:val="single"/>
          </w:rPr>
          <w:t>https://manayunk.com/mnyk-events/coming-out-day/</w:t>
        </w:r>
      </w:hyperlink>
      <w:r>
        <w:t xml:space="preserve"> - Manayunk's Out &amp; About celebration on October 3, 2026, features a free 5K run, drag story time with Brittany Lynn, an open-air drag show, karaoke dance party, and two live shadowcast performances of The Rocky Horror Picture Show at Venice Island Performing Arts Center. Tickets for the Rocky Horror shows are $20 plus fees. The event aims to promote Manayunk as an inclusive destination in honour of National Coming Out Day.</w:t>
      </w:r>
      <w:r/>
    </w:p>
    <w:p>
      <w:pPr>
        <w:pStyle w:val="ListNumber"/>
        <w:spacing w:line="240" w:lineRule="auto"/>
        <w:ind w:left="720"/>
      </w:pPr>
      <w:r/>
      <w:hyperlink r:id="rId11">
        <w:r>
          <w:rPr>
            <w:color w:val="0000EE"/>
            <w:u w:val="single"/>
          </w:rPr>
          <w:t>https://www.broadwayworld.com/philadelphia/article/OUT-ABOUT-IN-MNYK-to-Feature-Drag-Story-Time-and-ROCKY-HORROR-20260922</w:t>
        </w:r>
      </w:hyperlink>
      <w:r>
        <w:t xml:space="preserve"> - BroadwayWorld reports that Manayunk's Out &amp; About LGBTQ+ celebration returns on October 3, 2026, featuring drag story time hosted by Brittany Lynn, open-air drag shows with Philly Drag Mafia and DJ Da Boo Boo, a karaoke dance party, and live shadowcast performances of The Rocky Horror Picture Show by Transylvanian Nipple Productions at Venice Island Performing Arts Center. The event promotes Manayunk as an inclusive destination in honour of National Coming Out Day.</w:t>
      </w:r>
      <w:r/>
    </w:p>
    <w:p>
      <w:pPr>
        <w:pStyle w:val="ListNumber"/>
        <w:spacing w:line="240" w:lineRule="auto"/>
        <w:ind w:left="720"/>
      </w:pPr>
      <w:r/>
      <w:hyperlink r:id="rId14">
        <w:r>
          <w:rPr>
            <w:color w:val="0000EE"/>
            <w:u w:val="single"/>
          </w:rPr>
          <w:t>https://www.phillyvoice.com/manayunk-out-about-2026-drag-show-rocky-horror-coming-out-day/?utm_source=pv-rss&amp;utm_medium=rss&amp;utm_campaign=pv-site</w:t>
        </w:r>
      </w:hyperlink>
      <w:r>
        <w:t xml:space="preserve"> - PhillyVoice details Manayunk's Out &amp; About celebration on October 3, 2026, which includes a free 5K run, drag story time with Brittany Lynn, an open-air drag show, karaoke dance party, and two live shadowcast performances of The Rocky Horror Picture Show at Venice Island Performing Arts Center. The event aims to promote Manayunk as an inclusive destination in honour of National Coming Out Day.</w:t>
      </w:r>
      <w:r/>
    </w:p>
    <w:p>
      <w:pPr>
        <w:pStyle w:val="ListNumber"/>
        <w:spacing w:line="240" w:lineRule="auto"/>
        <w:ind w:left="720"/>
      </w:pPr>
      <w:r/>
      <w:hyperlink r:id="rId10">
        <w:r>
          <w:rPr>
            <w:color w:val="0000EE"/>
            <w:u w:val="single"/>
          </w:rPr>
          <w:t>https://www.audacy.com/b101philly/events/out-about-in-mnyk-2026</w:t>
        </w:r>
      </w:hyperlink>
      <w:r>
        <w:t xml:space="preserve"> - Audacy's B101 Philly highlights Manayunk's Out &amp; About 2026 event on October 3, featuring drag story time, open-air drag shows, a karaoke dance party, and live shadowcast performances of The Rocky Horror Picture Show by Transylvanian Nipple Productions at Venice Island Performing Arts Center. The event celebrates National Coming Out Day and promotes Manayunk as an inclusive destination.</w:t>
      </w:r>
      <w:r/>
    </w:p>
    <w:p>
      <w:pPr>
        <w:pStyle w:val="ListNumber"/>
        <w:spacing w:line="240" w:lineRule="auto"/>
        <w:ind w:left="720"/>
      </w:pPr>
      <w:r/>
      <w:hyperlink r:id="rId12">
        <w:r>
          <w:rPr>
            <w:color w:val="0000EE"/>
            <w:u w:val="single"/>
          </w:rPr>
          <w:t>https://www.audacy.com/new965philly/events/out-about-in-mnyk-2026</w:t>
        </w:r>
      </w:hyperlink>
      <w:r>
        <w:t xml:space="preserve"> - Audacy's The NEW 96.5 features Manayunk's Out &amp; About 2026 event on October 3, including drag story time, open-air drag shows, a karaoke dance party, and live shadowcast performances of The Rocky Horror Picture Show by Transylvanian Nipple Productions at Venice Island Performing Arts Center. The event celebrates National Coming Out Day and promotes Manayunk as an inclusive destination.</w:t>
      </w:r>
      <w:r/>
    </w:p>
    <w:p>
      <w:pPr>
        <w:pStyle w:val="ListNumber"/>
        <w:spacing w:line="240" w:lineRule="auto"/>
        <w:ind w:left="720"/>
      </w:pPr>
      <w:r/>
      <w:hyperlink r:id="rId13">
        <w:r>
          <w:rPr>
            <w:color w:val="0000EE"/>
            <w:u w:val="single"/>
          </w:rPr>
          <w:t>https://www.audacy.com/big981/events/out-about-in-mnyk-2026</w:t>
        </w:r>
      </w:hyperlink>
      <w:r>
        <w:t xml:space="preserve"> - Audacy's BIG 98.1 showcases Manayunk's Out &amp; About 2026 event on October 3, featuring drag story time, open-air drag shows, a karaoke dance party, and live shadowcast performances of The Rocky Horror Picture Show by Transylvanian Nipple Productions at Venice Island Performing Arts Center. The event celebrates National Coming Out Day and promotes Manayunk as an inclusive destination.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nayunk.com/mnyk-events/coming-out-day/" TargetMode="External"/><Relationship Id="rId10" Type="http://schemas.openxmlformats.org/officeDocument/2006/relationships/hyperlink" Target="https://www.audacy.com/b101philly/events/out-about-in-mnyk-2026" TargetMode="External"/><Relationship Id="rId11" Type="http://schemas.openxmlformats.org/officeDocument/2006/relationships/hyperlink" Target="https://www.broadwayworld.com/philadelphia/article/OUT-ABOUT-IN-MNYK-to-Feature-Drag-Story-Time-and-ROCKY-HORROR-20260922" TargetMode="External"/><Relationship Id="rId12" Type="http://schemas.openxmlformats.org/officeDocument/2006/relationships/hyperlink" Target="https://www.audacy.com/new965philly/events/out-about-in-mnyk-2026" TargetMode="External"/><Relationship Id="rId13" Type="http://schemas.openxmlformats.org/officeDocument/2006/relationships/hyperlink" Target="https://www.audacy.com/big981/events/out-about-in-mnyk-2026" TargetMode="External"/><Relationship Id="rId14" Type="http://schemas.openxmlformats.org/officeDocument/2006/relationships/hyperlink" Target="https://www.phillyvoice.com/manayunk-out-about-2026-drag-show-rocky-horror-coming-out-day/?utm_source=pv-rss&amp;utm_medium=rss&amp;utm_campaign=pv-si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