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Queens to Watch in This Week's Women Crush Wednesday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celebrating another lively Women Crush Wednesday round-up, with 50 queer queens bringing glamour, confidence and plenty of timeline heat. From Porsha Williams' New York appearance to engagements, throwback romance and striking singles, the latest list matters because it keeps queer visibility joyful, stylish and impossible to overlook.</w:t>
      </w:r>
      <w:r/>
    </w:p>
    <w:p>
      <w:pPr>
        <w:pStyle w:val="Heading2"/>
      </w:pPr>
      <w:r>
        <w:t>Essential Takeaways</w:t>
      </w:r>
      <w:r/>
      <w:r/>
    </w:p>
    <w:p>
      <w:pPr>
        <w:pStyle w:val="ListBullet"/>
        <w:spacing w:line="240" w:lineRule="auto"/>
        <w:ind w:left="720"/>
      </w:pPr>
      <w:r/>
      <w:r>
        <w:rPr>
          <w:b/>
        </w:rPr>
        <w:t>A milestone edition:</w:t>
      </w:r>
      <w:r>
        <w:t xml:space="preserve"> The feature marks 40 weeks of spotlighting queer women and gender-expansive stars.</w:t>
      </w:r>
      <w:r/>
    </w:p>
    <w:p>
      <w:pPr>
        <w:pStyle w:val="ListBullet"/>
        <w:spacing w:line="240" w:lineRule="auto"/>
        <w:ind w:left="720"/>
      </w:pPr>
      <w:r/>
      <w:r>
        <w:rPr>
          <w:b/>
        </w:rPr>
        <w:t>Porsha Williams leads the buzz:</w:t>
      </w:r>
      <w:r>
        <w:t xml:space="preserve"> Her relationship with Sway McKinney remains a recurring talking point across entertainment coverage.</w:t>
      </w:r>
      <w:r/>
    </w:p>
    <w:p>
      <w:pPr>
        <w:pStyle w:val="ListBullet"/>
        <w:spacing w:line="240" w:lineRule="auto"/>
        <w:ind w:left="720"/>
      </w:pPr>
      <w:r/>
      <w:r>
        <w:rPr>
          <w:b/>
        </w:rPr>
        <w:t>Love is front and centre:</w:t>
      </w:r>
      <w:r>
        <w:t xml:space="preserve"> Engagements, couples and affectionate throwbacks give the round-up a warm, celebratory feel.</w:t>
      </w:r>
      <w:r/>
    </w:p>
    <w:p>
      <w:pPr>
        <w:pStyle w:val="ListBullet"/>
        <w:spacing w:line="240" w:lineRule="auto"/>
        <w:ind w:left="720"/>
      </w:pPr>
      <w:r/>
      <w:r>
        <w:rPr>
          <w:b/>
        </w:rPr>
        <w:t>The list is deliberately broad:</w:t>
      </w:r>
      <w:r>
        <w:t xml:space="preserve"> It embraces women across the LGBTQIA+ spectrum rather than presenting one narrow idea of queer style.</w:t>
      </w:r>
      <w:r/>
    </w:p>
    <w:p>
      <w:pPr>
        <w:pStyle w:val="ListBullet"/>
        <w:spacing w:line="240" w:lineRule="auto"/>
        <w:ind w:left="720"/>
      </w:pPr>
      <w:r/>
      <w:r>
        <w:rPr>
          <w:b/>
        </w:rPr>
        <w:t>Visibility stays upbeat:</w:t>
      </w:r>
      <w:r>
        <w:t xml:space="preserve"> The emphasis is on confidence, beauty and community, not tired stereotypes.</w:t>
      </w:r>
      <w:r/>
      <w:r/>
    </w:p>
    <w:p>
      <w:pPr>
        <w:pStyle w:val="Heading2"/>
      </w:pPr>
      <w:r>
        <w:t>Forty weeks of queer glamour is worth celebrating</w:t>
      </w:r>
      <w:r/>
    </w:p>
    <w:p>
      <w:r/>
      <w:r>
        <w:t>There’s something pleasingly joyful about a feature that keeps showing up, week after week, with the same basic promise: queer women deserve to be seen looking fabulous. The 40th edition turns that recurring idea into a proper milestone, with 50 names filling the frame with polished looks, flirtatious energy and plenty of personality.</w:t>
      </w:r>
      <w:r/>
    </w:p>
    <w:p>
      <w:r/>
      <w:r>
        <w:t>BlackAmericaWeb’s round-up presents the list as a celebration rather than a ranking. That distinction matters. Nobody needs another beauty contest disguised as culture coverage; what makes this feature work is its broad invitation to admire confidence in all its forms.</w:t>
      </w:r>
      <w:r/>
    </w:p>
    <w:p>
      <w:pPr>
        <w:pStyle w:val="Heading2"/>
      </w:pPr>
      <w:r>
        <w:t>Porsha Williams remains a reliable source of conversation</w:t>
      </w:r>
      <w:r/>
    </w:p>
    <w:p>
      <w:r/>
      <w:r>
        <w:t>Porsha Williams is again among the most closely watched figures, following a sighting in New York and renewed interest in her relationship with Sway McKinney. Earlier coverage from TheGrio and Reality Tea explored the attention surrounding their connection, including speculation, attraction and the way Williams has discussed women publicly.</w:t>
      </w:r>
      <w:r/>
    </w:p>
    <w:p>
      <w:r/>
      <w:r>
        <w:t>That interest has continued through later relationship milestones. Bossip also framed the pair's chemistry as a major part of the ongoing conversation, showing how quickly a celebrity romance can become part of a wider pop-culture story. Still, the strongest element here is less the rumour mill and more the couple's ability to keep fans talking.</w:t>
      </w:r>
      <w:r/>
    </w:p>
    <w:p>
      <w:pPr>
        <w:pStyle w:val="Heading2"/>
      </w:pPr>
      <w:r>
        <w:t>Why the throwback photo adds more than heat</w:t>
      </w:r>
      <w:r/>
    </w:p>
    <w:p>
      <w:r/>
      <w:r>
        <w:t>Sway's throwback prom picture gives the feature a softer, more personal detail. A glossy current photograph can stop the scroll, but an old school image offers something different: a glimpse of the person behind the pose, with all the nostalgia and slightly awkward charm that comes with formalwear and teenage memories.</w:t>
      </w:r>
      <w:r/>
    </w:p>
    <w:p>
      <w:r/>
      <w:r>
        <w:t>It also helps explain why celebrity relationship coverage often lands best when it mixes spectacle with familiarity. Readers may arrive for the glamour, but they tend to stay for the small details that feel recognisably human. In this case, the photo makes the conversation warmer without taking away from the fun.</w:t>
      </w:r>
      <w:r/>
    </w:p>
    <w:p>
      <w:pPr>
        <w:pStyle w:val="Heading2"/>
      </w:pPr>
      <w:r>
        <w:t>The wider list keeps queer visibility varied</w:t>
      </w:r>
      <w:r/>
    </w:p>
    <w:p>
      <w:r/>
      <w:r>
        <w:t>The round-up doesn't rely on one type of queer identity or one visual style. It moves between lesbian couples, bisexual women, engaged partners and striking singles, creating a fuller picture of the communities being celebrated.</w:t>
      </w:r>
      <w:r/>
    </w:p>
    <w:p>
      <w:r/>
      <w:r>
        <w:t>That variety echoes the broader purpose of earlier Women Crush Wednesday editions, which have consistently used fashion, celebrity culture and social-media energy to make queer visibility feel lively rather than solemn. The approach is straightforward, but effective: sometimes representation can be both meaningful and a little bit dazzling.</w:t>
      </w:r>
      <w:r/>
    </w:p>
    <w:p>
      <w:pPr>
        <w:pStyle w:val="Heading2"/>
      </w:pPr>
      <w:r>
        <w:t>What makes this kind of feature resonate?</w:t>
      </w:r>
      <w:r/>
    </w:p>
    <w:p>
      <w:r/>
      <w:r>
        <w:t>Part of the appeal is its easy, scrollable format. A reader can dip in for one familiar face, discover someone new and leave with a longer list of people to follow. There’s no homework, no heavy framing and no suggestion that queer women must fit a particular mould to be celebrated.</w:t>
      </w:r>
      <w:r/>
    </w:p>
    <w:p>
      <w:r/>
      <w:r>
        <w:t>The best version of this feature is therefore expansive, not exclusive. As BlackAmericaWeb's earlier coverage shows, the series has built momentum by returning to the same upbeat premise while refreshing the faces and stories each time. For fans, that regularity feels almost like a weekly appointment with a very glamorous group chat.</w:t>
      </w:r>
      <w:r/>
    </w:p>
    <w:p>
      <w:r/>
      <w:r>
        <w:t>From Williams' ongoing relationship buzz to the many singles and couples sharing the spotlight, the latest edition keeps the mood affectionate, confident and happily loud. It’s a reminder that visibility doesn't always need a lecture; sometimes it can arrive in a great outfit and completely own the timeline.</w:t>
      </w:r>
      <w:r/>
    </w:p>
    <w:p>
      <w:r/>
      <w:r>
        <w:t>Celebrate the queens who make queer visibility look this joyful.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[6]</w:t>
        </w:r>
      </w:hyperlink>
      <w:r>
        <w:t xml:space="preserve">, </w:t>
      </w:r>
      <w:hyperlink r:id="rId9">
        <w:r>
          <w:rPr>
            <w:color w:val="0000EE"/>
            <w:u w:val="single"/>
          </w:rPr>
          <w:t>[7]</w:t>
        </w:r>
      </w:hyperlink>
      <w:r>
        <w:t xml:space="preserve">- Paragraph 2: </w:t>
      </w:r>
      <w:hyperlink r:id="rId11">
        <w:r>
          <w:rPr>
            <w:color w:val="0000EE"/>
            <w:u w:val="single"/>
          </w:rPr>
          <w:t>[2]</w:t>
        </w:r>
      </w:hyperlink>
      <w:r>
        <w:t xml:space="preserve">, </w:t>
      </w:r>
      <w:hyperlink r:id="rId12">
        <w:r>
          <w:rPr>
            <w:color w:val="0000EE"/>
            <w:u w:val="single"/>
          </w:rPr>
          <w:t>[3]</w:t>
        </w:r>
      </w:hyperlink>
      <w:r>
        <w:t xml:space="preserve">- Paragraph 3: </w:t>
      </w:r>
      <w:hyperlink r:id="rId13">
        <w:r>
          <w:rPr>
            <w:color w:val="0000EE"/>
            <w:u w:val="single"/>
          </w:rPr>
          <w:t>[4]</w:t>
        </w:r>
      </w:hyperlink>
      <w:r>
        <w:t xml:space="preserve">, </w:t>
      </w:r>
      <w:hyperlink r:id="rId14">
        <w:r>
          <w:rPr>
            <w:color w:val="0000EE"/>
            <w:u w:val="single"/>
          </w:rPr>
          <w:t>[5]</w:t>
        </w:r>
      </w:hyperlink>
      <w:r>
        <w:t xml:space="preserve">- Paragraph 4: </w:t>
      </w:r>
      <w:hyperlink r:id="rId10">
        <w:r>
          <w:rPr>
            <w:color w:val="0000EE"/>
            <w:u w:val="single"/>
          </w:rPr>
          <w:t>[6]</w:t>
        </w:r>
      </w:hyperlink>
      <w:r>
        <w:t xml:space="preserve">, </w:t>
      </w:r>
      <w:hyperlink r:id="rId9">
        <w:r>
          <w:rPr>
            <w:color w:val="0000EE"/>
            <w:u w:val="single"/>
          </w:rPr>
          <w:t>[7]</w:t>
        </w:r>
      </w:hyperlink>
      <w:r>
        <w:t xml:space="preserve">- Paragraph 5: </w:t>
      </w:r>
      <w:hyperlink r:id="rId11">
        <w:r>
          <w:rPr>
            <w:color w:val="0000EE"/>
            <w:u w:val="single"/>
          </w:rPr>
          <w:t>[2]</w:t>
        </w:r>
      </w:hyperlink>
      <w:r>
        <w:t xml:space="preserve">, </w:t>
      </w:r>
      <w:hyperlink r:id="rId12">
        <w:r>
          <w:rPr>
            <w:color w:val="0000EE"/>
            <w:u w:val="single"/>
          </w:rPr>
          <w:t>[3]</w:t>
        </w:r>
      </w:hyperlink>
      <w:r>
        <w:t xml:space="preserve">- Paragraph 6: </w:t>
      </w:r>
      <w:hyperlink r:id="rId13">
        <w:r>
          <w:rPr>
            <w:color w:val="0000EE"/>
            <w:u w:val="single"/>
          </w:rPr>
          <w:t>[4]</w:t>
        </w:r>
      </w:hyperlink>
      <w:r>
        <w:t xml:space="preserve">, </w:t>
      </w:r>
      <w:hyperlink r:id="rId14">
        <w:r>
          <w:rPr>
            <w:color w:val="0000EE"/>
            <w:u w:val="single"/>
          </w:rPr>
          <w:t>[5]</w:t>
        </w:r>
      </w:hyperlink>
      <w:r>
        <w:t xml:space="preserve">- Paragraph 7: </w:t>
      </w:r>
      <w:hyperlink r:id="rId10">
        <w:r>
          <w:rPr>
            <w:color w:val="0000EE"/>
            <w:u w:val="single"/>
          </w:rPr>
          <w:t>[6]</w:t>
        </w:r>
      </w:hyperlink>
      <w:r>
        <w:t xml:space="preserve">, </w:t>
      </w:r>
      <w:hyperlink r:id="rId9">
        <w:r>
          <w:rPr>
            <w:color w:val="0000EE"/>
            <w:u w:val="single"/>
          </w:rPr>
          <w:t>[7]</w:t>
        </w:r>
      </w:hyperlink>
      <w:r>
        <w:t xml:space="preserve">- Paragraph 8: </w:t>
      </w:r>
      <w:hyperlink r:id="rId11">
        <w:r>
          <w:rPr>
            <w:color w:val="0000EE"/>
            <w:u w:val="single"/>
          </w:rPr>
          <w:t>[2]</w:t>
        </w:r>
      </w:hyperlink>
      <w:r>
        <w:t xml:space="preserve">, </w:t>
      </w:r>
      <w:hyperlink r:id="rId13">
        <w:r>
          <w:rPr>
            <w:color w:val="0000EE"/>
            <w:u w:val="single"/>
          </w:rPr>
          <w:t>[4]</w:t>
        </w:r>
      </w:hyperlink>
      <w:r>
        <w:t xml:space="preserve">- Paragraph 9: </w:t>
      </w:r>
      <w:hyperlink r:id="rId14">
        <w:r>
          <w:rPr>
            <w:color w:val="0000EE"/>
            <w:u w:val="single"/>
          </w:rPr>
          <w:t>[5]</w:t>
        </w:r>
      </w:hyperlink>
      <w:r>
        <w:t xml:space="preserve">, </w:t>
      </w:r>
      <w:hyperlink r:id="rId9">
        <w:r>
          <w:rPr>
            <w:color w:val="0000EE"/>
            <w:u w:val="single"/>
          </w:rPr>
          <w:t>[7]</w:t>
        </w:r>
      </w:hyperlink>
      <w:r>
        <w:t xml:space="preserve">- Paragraph 10: </w:t>
      </w:r>
      <w:hyperlink r:id="rId10">
        <w:r>
          <w:rPr>
            <w:color w:val="0000EE"/>
            <w:u w:val="single"/>
          </w:rPr>
          <w:t>[6]</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https://blackamericaweb.com/2026/09/23/wcw-women-crush-wednesday-sexy-queer-queens-vol-40/</w:t>
        </w:r>
      </w:hyperlink>
      <w:r>
        <w:t xml:space="preserve"> - Please view link - unable to able to access data</w:t>
      </w:r>
      <w:r/>
    </w:p>
    <w:p>
      <w:pPr>
        <w:pStyle w:val="ListNumber"/>
        <w:spacing w:line="240" w:lineRule="auto"/>
        <w:ind w:left="720"/>
      </w:pPr>
      <w:r/>
      <w:hyperlink r:id="rId11">
        <w:r>
          <w:rPr>
            <w:color w:val="0000EE"/>
            <w:u w:val="single"/>
          </w:rPr>
          <w:t>https://thegrio.com/2026/02/04/porsha-williams-girlfriend-patrice-sway-mckinney-engagement-rumors-ai-photo/</w:t>
        </w:r>
      </w:hyperlink>
      <w:r>
        <w:t xml:space="preserve"> - In February 2026, Porsha Williams and her girlfriend, Patrice 'Sway' McKinney, addressed false engagement rumours sparked by a digitally altered photo. McKinney dismissed the speculation, stating, 'I am not engaged... it's clearly A.I. lawd!' The couple had publicly confirmed their relationship in November 2025, with Williams expressing her desire to live authentically and share her truth. (</w:t>
      </w:r>
      <w:hyperlink r:id="rId15">
        <w:r>
          <w:rPr>
            <w:color w:val="0000EE"/>
            <w:u w:val="single"/>
          </w:rPr>
          <w:t>thegrio.com</w:t>
        </w:r>
      </w:hyperlink>
      <w:r>
        <w:t>)</w:t>
      </w:r>
      <w:r/>
    </w:p>
    <w:p>
      <w:pPr>
        <w:pStyle w:val="ListNumber"/>
        <w:spacing w:line="240" w:lineRule="auto"/>
        <w:ind w:left="720"/>
      </w:pPr>
      <w:r/>
      <w:hyperlink r:id="rId12">
        <w:r>
          <w:rPr>
            <w:color w:val="0000EE"/>
            <w:u w:val="single"/>
          </w:rPr>
          <w:t>https://www.realitytea.com/2026/04/29/porsha-williams-talks-attraction-women-rhoa/</w:t>
        </w:r>
      </w:hyperlink>
      <w:r>
        <w:t xml:space="preserve"> - In April 2026, Porsha Williams discussed her attraction to women during Season 17 of 'The Real Housewives of Atlanta'. She introduced her girlfriend, Patrice 'Sway' McKinney, and referred to herself as 'Porsha-sexual', indicating her fluid approach to sexuality. Williams expressed that her attraction to women felt like an open secret and that she was embracing her truth. (</w:t>
      </w:r>
      <w:hyperlink r:id="rId16">
        <w:r>
          <w:rPr>
            <w:color w:val="0000EE"/>
            <w:u w:val="single"/>
          </w:rPr>
          <w:t>realitytea.com</w:t>
        </w:r>
      </w:hyperlink>
      <w:r>
        <w:t>)</w:t>
      </w:r>
      <w:r/>
    </w:p>
    <w:p>
      <w:pPr>
        <w:pStyle w:val="ListNumber"/>
        <w:spacing w:line="240" w:lineRule="auto"/>
        <w:ind w:left="720"/>
      </w:pPr>
      <w:r/>
      <w:hyperlink r:id="rId13">
        <w:r>
          <w:rPr>
            <w:color w:val="0000EE"/>
            <w:u w:val="single"/>
          </w:rPr>
          <w:t>https://thegrio.com/2026/08/23/porsha-williams-sway-mckinney-relationship-milestone/</w:t>
        </w:r>
      </w:hyperlink>
      <w:r>
        <w:t xml:space="preserve"> - In August 2026, Porsha Williams and Patrice 'Sway' McKinney celebrated a significant milestone in their relationship, marking one year together. The couple shared moments from their journey, including a surprise trip to New York City, where McKinney gifted Williams a two-tiered diamond necklace. Their relationship had been public since November 2025, following Williams' divorce from Simon Guobadia. (</w:t>
      </w:r>
      <w:hyperlink r:id="rId17">
        <w:r>
          <w:rPr>
            <w:color w:val="0000EE"/>
            <w:u w:val="single"/>
          </w:rPr>
          <w:t>thegrio.com</w:t>
        </w:r>
      </w:hyperlink>
      <w:r>
        <w:t>)</w:t>
      </w:r>
      <w:r/>
    </w:p>
    <w:p>
      <w:pPr>
        <w:pStyle w:val="ListNumber"/>
        <w:spacing w:line="240" w:lineRule="auto"/>
        <w:ind w:left="720"/>
      </w:pPr>
      <w:r/>
      <w:hyperlink r:id="rId14">
        <w:r>
          <w:rPr>
            <w:color w:val="0000EE"/>
            <w:u w:val="single"/>
          </w:rPr>
          <w:t>https://bossip.com/4547767/rhoa-porsha-williams-rhoa-swaysexual-porshasexual-sway-mckinney/</w:t>
        </w:r>
      </w:hyperlink>
      <w:r>
        <w:t xml:space="preserve"> - In April 2026, Porsha Williams introduced the term 'Sway-Sexual' to describe her sexuality in honour of her girlfriend, Patrice 'Sway' McKinney. Williams expressed that she doesn't identify with traditional sexual labels, preferring to be 'Porsha-Sexual' and 'Sway-Sexual'. She feels comfortable and supported in her relationship with McKinney and believes relationships can change over time. (</w:t>
      </w:r>
      <w:hyperlink r:id="rId18">
        <w:r>
          <w:rPr>
            <w:color w:val="0000EE"/>
            <w:u w:val="single"/>
          </w:rPr>
          <w:t>bossip.com</w:t>
        </w:r>
      </w:hyperlink>
      <w:r>
        <w:t>)</w:t>
      </w:r>
      <w:r/>
    </w:p>
    <w:p>
      <w:pPr>
        <w:pStyle w:val="ListNumber"/>
        <w:spacing w:line="240" w:lineRule="auto"/>
        <w:ind w:left="720"/>
      </w:pPr>
      <w:r/>
      <w:hyperlink r:id="rId10">
        <w:r>
          <w:rPr>
            <w:color w:val="0000EE"/>
            <w:u w:val="single"/>
          </w:rPr>
          <w:t>https://blackamericaweb.com/2026/04/29/wcw-women-crush-wednesday-sexy-queer-queens-vol-20/</w:t>
        </w:r>
      </w:hyperlink>
      <w:r>
        <w:t xml:space="preserve"> - In April 2026, Black America Web featured 50 LGBTQIA+ women in their 'Women Crush Wednesday' series. The list highlighted individuals like Porsha Williams, who opened up about her early attraction to the same sex, and Kehlani, whose self-titled debut album was on repeat. The series also showcased Tessa Thompson and Janelle Monáe at the 'Is God Is' premiere. (</w:t>
      </w:r>
      <w:hyperlink r:id="rId19">
        <w:r>
          <w:rPr>
            <w:color w:val="0000EE"/>
            <w:u w:val="single"/>
          </w:rPr>
          <w:t>blackamericaweb.com</w:t>
        </w:r>
      </w:hyperlink>
      <w:r>
        <w:t>)</w:t>
      </w:r>
      <w:r/>
    </w:p>
    <w:p>
      <w:pPr>
        <w:pStyle w:val="ListNumber"/>
        <w:spacing w:line="240" w:lineRule="auto"/>
        <w:ind w:left="720"/>
      </w:pPr>
      <w:r/>
      <w:hyperlink r:id="rId9">
        <w:r>
          <w:rPr>
            <w:color w:val="0000EE"/>
            <w:u w:val="single"/>
          </w:rPr>
          <w:t>https://blackamericaweb.com/2026/09/23/wcw-women-crush-wednesday-sexy-queer-queens-vol-40/</w:t>
        </w:r>
      </w:hyperlink>
      <w:r>
        <w:t xml:space="preserve"> - In September 2026, Black America Web's 'Women Crush Wednesday' series spotlighted 50 queer women, including Porsha Williams, who was seen in New York City, and her girlfriend, Patrice 'Sway' McKinney, who shared a throwback prom picture. The list also featured lesbian love through engagements, sizzling singles, and bisexual women who continuously turn heads.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lackamericaweb.com/2026/09/23/wcw-women-crush-wednesday-sexy-queer-queens-vol-40/" TargetMode="External"/><Relationship Id="rId10" Type="http://schemas.openxmlformats.org/officeDocument/2006/relationships/hyperlink" Target="https://blackamericaweb.com/2026/04/29/wcw-women-crush-wednesday-sexy-queer-queens-vol-20/" TargetMode="External"/><Relationship Id="rId11" Type="http://schemas.openxmlformats.org/officeDocument/2006/relationships/hyperlink" Target="https://thegrio.com/2026/02/04/porsha-williams-girlfriend-patrice-sway-mckinney-engagement-rumors-ai-photo/" TargetMode="External"/><Relationship Id="rId12" Type="http://schemas.openxmlformats.org/officeDocument/2006/relationships/hyperlink" Target="https://www.realitytea.com/2026/04/29/porsha-williams-talks-attraction-women-rhoa/" TargetMode="External"/><Relationship Id="rId13" Type="http://schemas.openxmlformats.org/officeDocument/2006/relationships/hyperlink" Target="https://thegrio.com/2026/08/23/porsha-williams-sway-mckinney-relationship-milestone/" TargetMode="External"/><Relationship Id="rId14" Type="http://schemas.openxmlformats.org/officeDocument/2006/relationships/hyperlink" Target="https://bossip.com/4547767/rhoa-porsha-williams-rhoa-swaysexual-porshasexual-sway-mckinney/" TargetMode="External"/><Relationship Id="rId15" Type="http://schemas.openxmlformats.org/officeDocument/2006/relationships/hyperlink" Target="https://thegrio.com/2026/02/04/porsha-williams-girlfriend-patrice-sway-mckinney-engagement-rumors-ai-photo/?utm_source=openai" TargetMode="External"/><Relationship Id="rId16" Type="http://schemas.openxmlformats.org/officeDocument/2006/relationships/hyperlink" Target="https://www.realitytea.com/2026/04/29/porsha-williams-talks-attraction-women-rhoa/?utm_source=openai" TargetMode="External"/><Relationship Id="rId17" Type="http://schemas.openxmlformats.org/officeDocument/2006/relationships/hyperlink" Target="https://thegrio.com/2026/08/23/porsha-williams-sway-mckinney-relationship-milestone/?utm_source=openai" TargetMode="External"/><Relationship Id="rId18" Type="http://schemas.openxmlformats.org/officeDocument/2006/relationships/hyperlink" Target="https://bossip.com/4547767/porsha-williams-rhoa-swaysexual-porshasexual-sway-mckinney/?utm_source=openai" TargetMode="External"/><Relationship Id="rId19" Type="http://schemas.openxmlformats.org/officeDocument/2006/relationships/hyperlink" Target="https://blackamericaweb.com/2026/04/29/wcw-women-crush-wednesday-sexy-queer-queens-vol-20/?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