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Palm Springs Pride 2026 Weekend Guide for First-Time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already looking towards Palm Springs Pride 2026, when the city will mark the event's 40th anniversary from 6 to 8 November. With a free festival, a Sunday morning parade and lively downtown districts to explore, the smartest plan is choosing the right day, route and meeting point before the desert sunshine and crowds take over.</w:t>
      </w:r>
      <w:r/>
    </w:p>
    <w:p>
      <w:pPr>
        <w:pStyle w:val="Heading2"/>
      </w:pPr>
      <w:r>
        <w:t>Essential Takeaways</w:t>
      </w:r>
      <w:r/>
      <w:r/>
    </w:p>
    <w:p>
      <w:pPr>
        <w:pStyle w:val="ListBullet"/>
        <w:spacing w:line="240" w:lineRule="auto"/>
        <w:ind w:left="720"/>
      </w:pPr>
      <w:r/>
      <w:r>
        <w:rPr>
          <w:b/>
        </w:rPr>
        <w:t>Main dates:</w:t>
      </w:r>
      <w:r>
        <w:t xml:space="preserve"> Palm Springs Pride runs from Friday 6 November to Sunday 8 November 2026.</w:t>
      </w:r>
      <w:r/>
    </w:p>
    <w:p>
      <w:pPr>
        <w:pStyle w:val="ListBullet"/>
        <w:spacing w:line="240" w:lineRule="auto"/>
        <w:ind w:left="720"/>
      </w:pPr>
      <w:r/>
      <w:r>
        <w:rPr>
          <w:b/>
        </w:rPr>
        <w:t>Parade route:</w:t>
      </w:r>
      <w:r>
        <w:t xml:space="preserve"> The Sunday parade begins at 10am and travels south along Palm Canyon Drive.</w:t>
      </w:r>
      <w:r/>
    </w:p>
    <w:p>
      <w:pPr>
        <w:pStyle w:val="ListBullet"/>
        <w:spacing w:line="240" w:lineRule="auto"/>
        <w:ind w:left="720"/>
      </w:pPr>
      <w:r/>
      <w:r>
        <w:rPr>
          <w:b/>
        </w:rPr>
        <w:t>Free entry:</w:t>
      </w:r>
      <w:r>
        <w:t xml:space="preserve"> The main festival and parade don't require tickets, although donations are welcomed.</w:t>
      </w:r>
      <w:r/>
    </w:p>
    <w:p>
      <w:pPr>
        <w:pStyle w:val="ListBullet"/>
        <w:spacing w:line="240" w:lineRule="auto"/>
        <w:ind w:left="720"/>
      </w:pPr>
      <w:r/>
      <w:r>
        <w:rPr>
          <w:b/>
        </w:rPr>
        <w:t>Festival footprint:</w:t>
      </w:r>
      <w:r>
        <w:t xml:space="preserve"> Events spread across downtown, including Palm Canyon Drive, Arenas Road and Museum Way.</w:t>
      </w:r>
      <w:r/>
    </w:p>
    <w:p>
      <w:pPr>
        <w:pStyle w:val="ListBullet"/>
        <w:spacing w:line="240" w:lineRule="auto"/>
        <w:ind w:left="720"/>
      </w:pPr>
      <w:r/>
      <w:r>
        <w:rPr>
          <w:b/>
        </w:rPr>
        <w:t>Pack sensibly:</w:t>
      </w:r>
      <w:r>
        <w:t xml:space="preserve"> Water, sun protection and comfortable shoes will make the day much easier.</w:t>
      </w:r>
      <w:r/>
      <w:r/>
    </w:p>
    <w:p>
      <w:pPr>
        <w:pStyle w:val="Heading2"/>
      </w:pPr>
      <w:r>
        <w:t>Palm Springs Pride 2026 marks a major milestone</w:t>
      </w:r>
      <w:r/>
    </w:p>
    <w:p>
      <w:r/>
      <w:r>
        <w:t>Palm Springs Pride 2026 will be a 40th-anniversary celebration, giving the weekend an extra sense of occasion beyond the usual music, colour and community atmosphere. The central events take place across downtown Palm Springs, where several blocks become a walkable mix of entertainment, stalls and community organisations.</w:t>
      </w:r>
      <w:r/>
    </w:p>
    <w:p>
      <w:r/>
      <w:r>
        <w:t>The festival is free, which makes it refreshingly easy to dip in and out. You can enjoy a few hours rather than treating Pride like an endurance event, although comfortable shoes are still a very good idea. Palm Springs Pride's official festival information outlines the main event areas and visitor details.</w:t>
      </w:r>
      <w:r/>
    </w:p>
    <w:p>
      <w:r/>
      <w:r>
        <w:t>The anniversary programme also includes prominent grand marshals. Fortune Feimster is named National Grand Marshal, while Cheyenne Jackson is Celebrity Grand Marshal, with Marshall Pearcy and Gary Moline also recognised in honorary roles.</w:t>
      </w:r>
      <w:r/>
    </w:p>
    <w:p>
      <w:pPr>
        <w:pStyle w:val="Heading2"/>
      </w:pPr>
      <w:r>
        <w:t>Which day should you choose?</w:t>
      </w:r>
      <w:r/>
    </w:p>
    <w:p>
      <w:r/>
      <w:r>
        <w:t>Friday is the natural choice for visitors who want to begin with an evening in the Arenas District. It offers a relaxed way to settle into the weekend, particularly if you're staying nearby and would rather explore at night than commit to a full daytime programme.</w:t>
      </w:r>
      <w:r/>
    </w:p>
    <w:p>
      <w:r/>
      <w:r>
        <w:t>Saturday is better suited to a daytime outing. Expect marketplace browsing, community booths and entertainment, with plenty of opportunities to pause for food or a cool drink. The official Palm Springs Pride programme is the place to check stage times before arranging a precise meeting or collection time.</w:t>
      </w:r>
      <w:r/>
    </w:p>
    <w:p>
      <w:r/>
      <w:r>
        <w:t>Sunday starts with the headline parade at 10am. You can then continue into the festival, making it the fullest option for anyone who wants a concentrated Pride experience in one day.</w:t>
      </w:r>
      <w:r/>
    </w:p>
    <w:p>
      <w:pPr>
        <w:pStyle w:val="Heading2"/>
      </w:pPr>
      <w:r>
        <w:t>Plan your parade position before the crowds arrive</w:t>
      </w:r>
      <w:r/>
    </w:p>
    <w:p>
      <w:r/>
      <w:r>
        <w:t>The parade travels south on Palm Canyon Drive from Tachevah to Amado and is expected to last around two hours. That route matters because your viewing position can shape what happens next.</w:t>
      </w:r>
      <w:r/>
    </w:p>
    <w:p>
      <w:r/>
      <w:r>
        <w:t>If you want to move straight into the festival afterwards, standing nearer the Amado end should make the transition simpler. If you're only attending the parade, choose a spot based on parking, walking distance and how long you'd like to remain in the crowd. The official parade information provides the key route and participation details.</w:t>
      </w:r>
      <w:r/>
    </w:p>
    <w:p>
      <w:r/>
      <w:r>
        <w:t>A little planning goes a long way here. Agree on an intersection rather than simply saying you'll meet "downtown", and remember that mobile reception, noise and busy pavements can make last-minute coordination surprisingly awkward.</w:t>
      </w:r>
      <w:r/>
    </w:p>
    <w:p>
      <w:pPr>
        <w:pStyle w:val="Heading2"/>
      </w:pPr>
      <w:r>
        <w:t>Downtown is the festival, so think in blocks</w:t>
      </w:r>
      <w:r/>
    </w:p>
    <w:p>
      <w:r/>
      <w:r>
        <w:t>The festival area includes Palm Canyon Drive between Amado and Baristo, Arenas Road between Palm Canyon and Calle Encilia, and Museum Way. In practical terms, this is a multi-block urban event rather than one fenced-off venue, so expect some walking between stages, stalls and community areas.</w:t>
      </w:r>
      <w:r/>
    </w:p>
    <w:p>
      <w:r/>
      <w:r>
        <w:t>Families can look for Children's Headquarters, with games and crafts, as well as the Youth Zone. That gives younger visitors a daytime focus without requiring them to stay for the livelier evening programme. Palm Springs Pride's official festival guidance is the best reference for the latest layout and activities.</w:t>
      </w:r>
      <w:r/>
    </w:p>
    <w:p>
      <w:r/>
      <w:r>
        <w:t>This spread-out format is part of the charm, but it can also make vague plans unravel quickly. Pick a landmark, set a check-in time and build in a quiet break if anyone in your group needs a breather.</w:t>
      </w:r>
      <w:r/>
    </w:p>
    <w:p>
      <w:pPr>
        <w:pStyle w:val="Heading2"/>
      </w:pPr>
      <w:r>
        <w:t>Free entry doesn't mean zero planning</w:t>
      </w:r>
      <w:r/>
    </w:p>
    <w:p>
      <w:r/>
      <w:r>
        <w:t>The main festival and parade are free, with donations supporting the event. However, separate parties, shows or ticketed activities may have their own arrangements, so check each listing before assuming everything is included.</w:t>
      </w:r>
      <w:r/>
    </w:p>
    <w:p>
      <w:r/>
      <w:r>
        <w:t>Transport deserves equal attention. Downtown parking and road access can be affected by the parade, while visitors staying farther east may need extra time for the journey back. Palm Springs Pride's official event pages and local city information should be checked closer to the date for updated road, access and programme details.</w:t>
      </w:r>
      <w:r/>
    </w:p>
    <w:p>
      <w:r/>
      <w:r>
        <w:t>Bring water, sun protection and footwear that can handle several blocks. It sounds basic, but a refill, a proper meal break and a planned ride home can be the difference between a brilliant day and a slightly sweaty scramble.</w:t>
      </w:r>
      <w:r/>
    </w:p>
    <w:p>
      <w:pPr>
        <w:pStyle w:val="Heading2"/>
      </w:pPr>
      <w:r>
        <w:t>A flexible weekend usually works best</w:t>
      </w:r>
      <w:r/>
    </w:p>
    <w:p>
      <w:r/>
      <w:r>
        <w:t>The most appealing thing about Palm Springs Pride 2026 may be its flexibility. You can make the parade your entire visit, spend Saturday browsing the festival or combine an evening in the Arenas District with a shorter daytime stop.</w:t>
      </w:r>
      <w:r/>
    </w:p>
    <w:p>
      <w:r/>
      <w:r>
        <w:t>Schedules can change, and stage times or access information may be updated, so check the official Palm Springs Pride website before travelling. A loose plan is ideal: choose your must-see moment, then leave room for the stalls, conversations and unexpected detours that make Pride feel personal.</w:t>
      </w:r>
      <w:r/>
    </w:p>
    <w:p>
      <w:r/>
      <w:r>
        <w:t>For many visitors, that's the sweet spot. You get the colour and excitement without turning the weekend into a military operation.</w:t>
      </w:r>
      <w:r/>
    </w:p>
    <w:p>
      <w:r/>
      <w:r>
        <w:t>Make your plan around one standout event, then let the rest of Palm Springs Pride unfold naturally.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0">
        <w:r>
          <w:rPr>
            <w:color w:val="0000EE"/>
            <w:u w:val="single"/>
          </w:rPr>
          <w:t>[6]</w:t>
        </w:r>
      </w:hyperlink>
      <w:r>
        <w:t xml:space="preserve">, </w:t>
      </w:r>
      <w:hyperlink r:id="rId11">
        <w:r>
          <w:rPr>
            <w:color w:val="0000EE"/>
            <w:u w:val="single"/>
          </w:rPr>
          <w:t>[7]</w:t>
        </w:r>
      </w:hyperlink>
      <w:r>
        <w:t xml:space="preserve">- Paragraph 3: </w:t>
      </w:r>
      <w:hyperlink r:id="rId12">
        <w:r>
          <w:rPr>
            <w:color w:val="0000EE"/>
            <w:u w:val="single"/>
          </w:rPr>
          <w:t>[5]</w:t>
        </w:r>
      </w:hyperlink>
      <w:r>
        <w:t xml:space="preserve">, </w:t>
      </w:r>
      <w:hyperlink r:id="rId10">
        <w:r>
          <w:rPr>
            <w:color w:val="0000EE"/>
            <w:u w:val="single"/>
          </w:rPr>
          <w:t>[6]</w:t>
        </w:r>
      </w:hyperlink>
      <w:r>
        <w:t xml:space="preserve">- Paragraph 4: </w:t>
      </w:r>
      <w:hyperlink r:id="rId10">
        <w:r>
          <w:rPr>
            <w:color w:val="0000EE"/>
            <w:u w:val="single"/>
          </w:rPr>
          <w:t>[6]</w:t>
        </w:r>
      </w:hyperlink>
      <w:r>
        <w:t xml:space="preserve">, </w:t>
      </w:r>
      <w:hyperlink r:id="rId11">
        <w:r>
          <w:rPr>
            <w:color w:val="0000EE"/>
            <w:u w:val="single"/>
          </w:rPr>
          <w:t>[7]</w:t>
        </w:r>
      </w:hyperlink>
      <w:r>
        <w:t xml:space="preserve">- Paragraph 5: </w:t>
      </w:r>
      <w:hyperlink r:id="rId10">
        <w:r>
          <w:rPr>
            <w:color w:val="0000EE"/>
            <w:u w:val="single"/>
          </w:rPr>
          <w:t>[6]</w:t>
        </w:r>
      </w:hyperlink>
      <w:r>
        <w:t xml:space="preserve">, </w:t>
      </w:r>
      <w:hyperlink r:id="rId11">
        <w:r>
          <w:rPr>
            <w:color w:val="0000EE"/>
            <w:u w:val="single"/>
          </w:rPr>
          <w:t>[7]</w:t>
        </w:r>
      </w:hyperlink>
      <w:r>
        <w:t xml:space="preserve">- Paragraph 6: </w:t>
      </w:r>
      <w:hyperlink r:id="rId12">
        <w:r>
          <w:rPr>
            <w:color w:val="0000EE"/>
            <w:u w:val="single"/>
          </w:rPr>
          <w:t>[5]</w:t>
        </w:r>
      </w:hyperlink>
      <w:r>
        <w:t xml:space="preserve">, </w:t>
      </w:r>
      <w:hyperlink r:id="rId10">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[2]</w:t>
        </w:r>
      </w:hyperlink>
      <w:r>
        <w:t xml:space="preserve">- Paragraph 8: </w:t>
      </w:r>
      <w:hyperlink r:id="rId12">
        <w:r>
          <w:rPr>
            <w:color w:val="0000EE"/>
            <w:u w:val="single"/>
          </w:rPr>
          <w:t>[5]</w:t>
        </w:r>
      </w:hyperlink>
      <w:r>
        <w:t xml:space="preserve">, </w:t>
      </w:r>
      <w:hyperlink r:id="rId14">
        <w:r>
          <w:rPr>
            <w:color w:val="0000EE"/>
            <w:u w:val="single"/>
          </w:rPr>
          <w:t>[3]</w:t>
        </w:r>
      </w:hyperlink>
      <w:r>
        <w:t xml:space="preserve">- Paragraph 9: </w:t>
      </w:r>
      <w:hyperlink r:id="rId11">
        <w:r>
          <w:rPr>
            <w:color w:val="0000EE"/>
            <w:u w:val="single"/>
          </w:rPr>
          <w:t>[7]</w:t>
        </w:r>
      </w:hyperlink>
      <w:r>
        <w:t xml:space="preserve">, </w:t>
      </w:r>
      <w:hyperlink r:id="rId10">
        <w:r>
          <w:rPr>
            <w:color w:val="0000EE"/>
            <w:u w:val="single"/>
          </w:rPr>
          <w:t>[6]</w:t>
        </w:r>
      </w:hyperlink>
      <w:r>
        <w:t xml:space="preserve">- Paragraph 10: </w:t>
      </w:r>
      <w:hyperlink r:id="rId11">
        <w:r>
          <w:rPr>
            <w:color w:val="0000EE"/>
            <w:u w:val="single"/>
          </w:rPr>
          <w:t>[7]</w:t>
        </w:r>
      </w:hyperlink>
      <w:r>
        <w:t xml:space="preserve">, </w:t>
      </w:r>
      <w:hyperlink r:id="rId10">
        <w:r>
          <w:rPr>
            <w:color w:val="0000EE"/>
            <w:u w:val="single"/>
          </w:rPr>
          <w:t>[6]</w:t>
        </w:r>
      </w:hyperlink>
      <w:r>
        <w:t xml:space="preserve">- Paragraph 11: </w:t>
      </w:r>
      <w:hyperlink r:id="rId10">
        <w:r>
          <w:rPr>
            <w:color w:val="0000EE"/>
            <w:u w:val="single"/>
          </w:rPr>
          <w:t>[6]</w:t>
        </w:r>
      </w:hyperlink>
      <w:r>
        <w:t xml:space="preserve">, </w:t>
      </w:r>
      <w:hyperlink r:id="rId14">
        <w:r>
          <w:rPr>
            <w:color w:val="0000EE"/>
            <w:u w:val="single"/>
          </w:rPr>
          <w:t>[3]</w:t>
        </w:r>
      </w:hyperlink>
      <w:r>
        <w:t xml:space="preserve">- Paragraph 12: </w:t>
      </w:r>
      <w:hyperlink r:id="rId10">
        <w:r>
          <w:rPr>
            <w:color w:val="0000EE"/>
            <w:u w:val="single"/>
          </w:rPr>
          <w:t>[6]</w:t>
        </w:r>
      </w:hyperlink>
      <w:r>
        <w:t xml:space="preserve">, </w:t>
      </w:r>
      <w:hyperlink r:id="rId11">
        <w:r>
          <w:rPr>
            <w:color w:val="0000EE"/>
            <w:u w:val="single"/>
          </w:rPr>
          <w:t>[7]</w:t>
        </w:r>
      </w:hyperlink>
      <w:r>
        <w:t xml:space="preserve">- Paragraph 13: </w:t>
      </w:r>
      <w:hyperlink r:id="rId14">
        <w:r>
          <w:rPr>
            <w:color w:val="0000EE"/>
            <w:u w:val="single"/>
          </w:rPr>
          <w:t>[3]</w:t>
        </w:r>
      </w:hyperlink>
      <w:r>
        <w:t xml:space="preserve">, </w:t>
      </w:r>
      <w:hyperlink r:id="rId15">
        <w:r>
          <w:rPr>
            <w:color w:val="0000EE"/>
            <w:u w:val="single"/>
          </w:rPr>
          <w:t>[4]</w:t>
        </w:r>
      </w:hyperlink>
      <w:r>
        <w:t xml:space="preserve">- Paragraph 14: </w:t>
      </w:r>
      <w:hyperlink r:id="rId10">
        <w:r>
          <w:rPr>
            <w:color w:val="0000EE"/>
            <w:u w:val="single"/>
          </w:rPr>
          <w:t>[6]</w:t>
        </w:r>
      </w:hyperlink>
      <w:r>
        <w:t xml:space="preserve">, </w:t>
      </w:r>
      <w:hyperlink r:id="rId11">
        <w:r>
          <w:rPr>
            <w:color w:val="0000EE"/>
            <w:u w:val="single"/>
          </w:rPr>
          <w:t>[7]</w:t>
        </w:r>
      </w:hyperlink>
      <w:r>
        <w:t xml:space="preserve">- Paragraph 15: </w:t>
      </w:r>
      <w:hyperlink r:id="rId10">
        <w:r>
          <w:rPr>
            <w:color w:val="0000EE"/>
            <w:u w:val="single"/>
          </w:rPr>
          <w:t>[6]</w:t>
        </w:r>
      </w:hyperlink>
      <w:r>
        <w:t xml:space="preserve">, </w:t>
      </w:r>
      <w:hyperlink r:id="rId11">
        <w:r>
          <w:rPr>
            <w:color w:val="0000EE"/>
            <w:u w:val="single"/>
          </w:rPr>
          <w:t>[7]</w:t>
        </w:r>
      </w:hyperlink>
      <w:r>
        <w:t xml:space="preserve">- Paragraph 16: </w:t>
      </w:r>
      <w:hyperlink r:id="rId10">
        <w:r>
          <w:rPr>
            <w:color w:val="0000EE"/>
            <w:u w:val="single"/>
          </w:rPr>
          <w:t>[6]</w:t>
        </w:r>
      </w:hyperlink>
      <w:r>
        <w:t xml:space="preserve">, </w:t>
      </w:r>
      <w:hyperlink r:id="rId14">
        <w:r>
          <w:rPr>
            <w:color w:val="0000EE"/>
            <w:u w:val="single"/>
          </w:rPr>
          <w:t>[3]</w:t>
        </w:r>
      </w:hyperlink>
      <w:r>
        <w:t xml:space="preserve">- Paragraph 17: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https://cactushugs.com/palm-springs-pride-2026/</w:t>
        </w:r>
      </w:hyperlink>
      <w:r>
        <w:t xml:space="preserve"> - Please view link - unable to able to access data</w:t>
      </w:r>
      <w:r/>
    </w:p>
    <w:p>
      <w:pPr>
        <w:pStyle w:val="ListNumber"/>
        <w:spacing w:line="240" w:lineRule="auto"/>
        <w:ind w:left="720"/>
      </w:pPr>
      <w:r/>
      <w:hyperlink r:id="rId13">
        <w:r>
          <w:rPr>
            <w:color w:val="0000EE"/>
            <w:u w:val="single"/>
          </w:rPr>
          <w:t>https://www.pspride.org/parade-registration</w:t>
        </w:r>
      </w:hyperlink>
      <w:r>
        <w:t xml:space="preserve"> - The Palm Springs Pride Parade is scheduled for Sunday, November 8, 2026, starting at 10:00 a.m. in the Uptown Design District at Tachevah and Palm Canyon Drive. The parade will travel south through downtown, concluding at the entrance to the Pride Festival at Amado. Parade registration is now open for those interested in participating. The parade is expected to last approximately two hours, with emcee commentary provided at various reviewing stands along the route. For more details and registration information, visit the official Palm Springs Pride website.</w:t>
      </w:r>
      <w:r/>
    </w:p>
    <w:p>
      <w:pPr>
        <w:pStyle w:val="ListNumber"/>
        <w:spacing w:line="240" w:lineRule="auto"/>
        <w:ind w:left="720"/>
      </w:pPr>
      <w:r/>
      <w:hyperlink r:id="rId14">
        <w:r>
          <w:rPr>
            <w:color w:val="0000EE"/>
            <w:u w:val="single"/>
          </w:rPr>
          <w:t>https://www.palmspringsca.gov/Home/Components/News/News/8867/358?npage=25</w:t>
        </w:r>
      </w:hyperlink>
      <w:r>
        <w:t xml:space="preserve"> - The City of Palm Springs has announced the Grand Marshals for the 40th Anniversary Celebration of Pride in Palm Springs. Fortune Feimster has been named National Grand Marshal, Cheyenne Jackson as Celebrity Grand Marshal, Marshall Pearcy as Pride Royalty for Life, and Gary Moline as Community Service Award recipient. The 40th Annual Palm Springs Pride Parade will take place on Sunday, November 8, 2026, at 10:00 a.m., with the theme 'Be Included'. The parade will begin on Palm Canyon Drive at Tachevah and travel south through downtown Palm Springs, finishing at the entrance to the official Pride Festival.</w:t>
      </w:r>
      <w:r/>
    </w:p>
    <w:p>
      <w:pPr>
        <w:pStyle w:val="ListNumber"/>
        <w:spacing w:line="240" w:lineRule="auto"/>
        <w:ind w:left="720"/>
      </w:pPr>
      <w:r/>
      <w:hyperlink r:id="rId15">
        <w:r>
          <w:rPr>
            <w:color w:val="0000EE"/>
            <w:u w:val="single"/>
          </w:rPr>
          <w:t>https://palmspots.com/palm-springs-pride-guide</w:t>
        </w:r>
      </w:hyperlink>
      <w:r>
        <w:t xml:space="preserve"> - Palm Springs Pride 2026 is set for November 6–8, featuring a free downtown festival and a Sunday-morning parade along Palm Canyon Drive. The festival includes live entertainment, community booths, and vendors, while the parade steps off at 10:00 a.m. on Sunday, November 8. The event is expected to draw tens of thousands of visitors, with Palm Springs' ideal November weather providing a perfect backdrop for the celebrations. Attendees are advised to book accommodations early, as Pride weekend often leads to high demand in the area.</w:t>
      </w:r>
      <w:r/>
    </w:p>
    <w:p>
      <w:pPr>
        <w:pStyle w:val="ListNumber"/>
        <w:spacing w:line="240" w:lineRule="auto"/>
        <w:ind w:left="720"/>
      </w:pPr>
      <w:r/>
      <w:hyperlink r:id="rId12">
        <w:r>
          <w:rPr>
            <w:color w:val="0000EE"/>
            <w:u w:val="single"/>
          </w:rPr>
          <w:t>https://www.pspride.org/parade</w:t>
        </w:r>
      </w:hyperlink>
      <w:r>
        <w:t xml:space="preserve"> - The Palm Springs Pride Parade is scheduled for Sunday, November 8, 2026, at 10:00 a.m. The parade will begin in the Uptown Design District at Tachevah and Palm Canyon Drive, traveling south through downtown and ending at the entrance to the Pride Festival at Amado. The parade is expected to last approximately two hours, with emcee commentary provided at various reviewing stands along the route. For more details, including information on reviewing stands and float builders, visit the official Palm Springs Pride website.</w:t>
      </w:r>
      <w:r/>
    </w:p>
    <w:p>
      <w:pPr>
        <w:pStyle w:val="ListNumber"/>
        <w:spacing w:line="240" w:lineRule="auto"/>
        <w:ind w:left="720"/>
      </w:pPr>
      <w:r/>
      <w:hyperlink r:id="rId10">
        <w:r>
          <w:rPr>
            <w:color w:val="0000EE"/>
            <w:u w:val="single"/>
          </w:rPr>
          <w:t>https://www.pspride.org/pride</w:t>
        </w:r>
      </w:hyperlink>
      <w:r>
        <w:t xml:space="preserve"> - Palm Springs Pride 2026 is scheduled for November 6–8, featuring a free downtown festival and a Sunday-morning parade along Palm Canyon Drive. The festival includes live entertainment, community booths, and vendors, while the parade steps off at 10:00 a.m. on Sunday, November 8. The event is expected to draw tens of thousands of visitors, with Palm Springs' ideal November weather providing a perfect backdrop for the celebrations. Attendees are advised to book accommodations early, as Pride weekend often leads to high demand in the area.</w:t>
      </w:r>
      <w:r/>
    </w:p>
    <w:p>
      <w:pPr>
        <w:pStyle w:val="ListNumber"/>
        <w:spacing w:line="240" w:lineRule="auto"/>
        <w:ind w:left="720"/>
      </w:pPr>
      <w:r/>
      <w:hyperlink r:id="rId11">
        <w:r>
          <w:rPr>
            <w:color w:val="0000EE"/>
            <w:u w:val="single"/>
          </w:rPr>
          <w:t>https://www.pspride.org/festival</w:t>
        </w:r>
      </w:hyperlink>
      <w:r>
        <w:t xml:space="preserve"> - The Palm Springs Pride Festival is scheduled for November 6–8, 2026, in downtown Palm Springs. The festival will feature multiple stages, vendors, and community organizations spread across several blocks. The festival grounds include Palm Canyon Drive between Amado and Baristo, Arenas Road between Palm Canyon and Calle Encilia, and Museum Way. The festival also lists a Children’s Headquarters with games and crafts and a Youth Zone. Families can make those part of a daytime visit without building the day around the evening stages. For more details, visit the official Palm Springs Pride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ctushugs.com/palm-springs-pride-2026/" TargetMode="External"/><Relationship Id="rId10" Type="http://schemas.openxmlformats.org/officeDocument/2006/relationships/hyperlink" Target="https://www.pspride.org/pride" TargetMode="External"/><Relationship Id="rId11" Type="http://schemas.openxmlformats.org/officeDocument/2006/relationships/hyperlink" Target="https://www.pspride.org/festival" TargetMode="External"/><Relationship Id="rId12" Type="http://schemas.openxmlformats.org/officeDocument/2006/relationships/hyperlink" Target="https://www.pspride.org/parade" TargetMode="External"/><Relationship Id="rId13" Type="http://schemas.openxmlformats.org/officeDocument/2006/relationships/hyperlink" Target="https://www.pspride.org/parade-registration" TargetMode="External"/><Relationship Id="rId14" Type="http://schemas.openxmlformats.org/officeDocument/2006/relationships/hyperlink" Target="https://www.palmspringsca.gov/Home/Components/News/News/8867/358?npage=25" TargetMode="External"/><Relationship Id="rId15" Type="http://schemas.openxmlformats.org/officeDocument/2006/relationships/hyperlink" Target="https://palmspots.com/palm-springs-pride-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