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OURfest 2026 Guide for Philadelphia's LGBTQ+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are heading to Philadelphia's Gayborhood on 11 October for OURfest 2026, a lively National Coming Out Day celebration blending music, drag, youth activities, wellness support and community spaces. With free-flowing entertainment across 12th and 13th Streets, the festival offers an upbeat, welcoming way to celebrate LGBTQ+ culture while making room to pause, connect and recharge.</w:t>
      </w:r>
      <w:r/>
    </w:p>
    <w:p>
      <w:pPr>
        <w:pStyle w:val="Heading2"/>
      </w:pPr>
      <w:r>
        <w:t>Essential Takeaways</w:t>
      </w:r>
      <w:r/>
      <w:r/>
    </w:p>
    <w:p>
      <w:pPr>
        <w:pStyle w:val="ListBullet"/>
        <w:spacing w:line="240" w:lineRule="auto"/>
        <w:ind w:left="720"/>
      </w:pPr>
      <w:r/>
      <w:r>
        <w:rPr>
          <w:b/>
        </w:rPr>
        <w:t>When and where:</w:t>
      </w:r>
      <w:r>
        <w:t xml:space="preserve"> OURfest runs from 12pm to 7pm on 11 October across 12th and 13th Streets, between Locust and Spruce Streets.</w:t>
      </w:r>
      <w:r/>
    </w:p>
    <w:p>
      <w:pPr>
        <w:pStyle w:val="ListBullet"/>
        <w:spacing w:line="240" w:lineRule="auto"/>
        <w:ind w:left="720"/>
      </w:pPr>
      <w:r/>
      <w:r>
        <w:rPr>
          <w:b/>
        </w:rPr>
        <w:t>This year's theme:</w:t>
      </w:r>
      <w:r>
        <w:t xml:space="preserve"> "OUT for Good" focuses on authenticity, LGBTQ+ history and building a stronger future.</w:t>
      </w:r>
      <w:r/>
    </w:p>
    <w:p>
      <w:pPr>
        <w:pStyle w:val="ListBullet"/>
        <w:spacing w:line="240" w:lineRule="auto"/>
        <w:ind w:left="720"/>
      </w:pPr>
      <w:r/>
      <w:r>
        <w:rPr>
          <w:b/>
        </w:rPr>
        <w:t>Something for different ages:</w:t>
      </w:r>
      <w:r>
        <w:t xml:space="preserve"> Youth programming, family activities, adult-only spaces and all-ages performances are planned.</w:t>
      </w:r>
      <w:r/>
    </w:p>
    <w:p>
      <w:pPr>
        <w:pStyle w:val="ListBullet"/>
        <w:spacing w:line="240" w:lineRule="auto"/>
        <w:ind w:left="720"/>
      </w:pPr>
      <w:r/>
      <w:r>
        <w:rPr>
          <w:b/>
        </w:rPr>
        <w:t>Wellness is part of the festival:</w:t>
      </w:r>
      <w:r>
        <w:t xml:space="preserve"> More than 200 community partners are expected to offer information, support and services.</w:t>
      </w:r>
      <w:r/>
    </w:p>
    <w:p>
      <w:pPr>
        <w:pStyle w:val="ListBullet"/>
        <w:spacing w:line="240" w:lineRule="auto"/>
        <w:ind w:left="720"/>
      </w:pPr>
      <w:r/>
      <w:r>
        <w:rPr>
          <w:b/>
        </w:rPr>
        <w:t>Expect plenty of variety:</w:t>
      </w:r>
      <w:r>
        <w:t xml:space="preserve"> Live music, drag, poetry, sport, dance, food trucks, markets and quiet spaces will share the same festival footprint.</w:t>
      </w:r>
      <w:r/>
      <w:r/>
    </w:p>
    <w:p>
      <w:pPr>
        <w:pStyle w:val="Heading2"/>
      </w:pPr>
      <w:r>
        <w:t>Philadelphia's Gayborhood becomes a festival village</w:t>
      </w:r>
      <w:r/>
    </w:p>
    <w:p>
      <w:r/>
      <w:r>
        <w:t>For one October afternoon, Philadelphia's Gayborhood will feel less like a collection of familiar streets and more like a series of small, connected neighbourhoods. OURfest 2026 will fill the area around 12th and 13th Streets with performances, pop-up gathering spots and community organisations, creating a festival that visitors can explore at their own pace.</w:t>
      </w:r>
      <w:r/>
    </w:p>
    <w:p>
      <w:r/>
      <w:r>
        <w:t>The event is timed to National Coming Out Day, but its purpose reaches beyond a single date on the calendar. Philly Pride 365 describes this year's "OUT for Good" theme as a celebration of living openly, remembering the city's LGBTQ+ story and supporting the community's next chapter.</w:t>
      </w:r>
      <w:r/>
    </w:p>
    <w:p>
      <w:pPr>
        <w:pStyle w:val="Heading2"/>
      </w:pPr>
      <w:r>
        <w:t>LUV gardens give the programme room to breathe</w:t>
      </w:r>
      <w:r/>
    </w:p>
    <w:p>
      <w:r/>
      <w:r>
        <w:t>One of the more thoughtful touches is the plan for pop-up LUV gardens across the grounds. These spaces are designed for conversation and connection, offering a welcome change of pace when the music, crowds and colourful street energy become a little much.</w:t>
      </w:r>
      <w:r/>
    </w:p>
    <w:p>
      <w:r/>
      <w:r>
        <w:t>Performances will be staggered between the gardens, with each area reflecting a different community or creative mood. Visitors might move from big bands, choirs and percussion to sapphic poetry, R&amp;B, drag and theatre, so there should be plenty to discover without relying on one central stage.</w:t>
      </w:r>
      <w:r/>
    </w:p>
    <w:p>
      <w:r/>
      <w:r>
        <w:t>That spread-out format also gives the festival a more social, wandering feel. You can follow the sound of a drumline, stop for a snack, then settle into a quieter corner without feeling you've missed the whole day.</w:t>
      </w:r>
      <w:r/>
    </w:p>
    <w:p>
      <w:pPr>
        <w:pStyle w:val="Heading2"/>
      </w:pPr>
      <w:r>
        <w:t>Music, drag and a big celebration of Black joy</w:t>
      </w:r>
      <w:r/>
    </w:p>
    <w:p>
      <w:r/>
      <w:r>
        <w:t>The entertainment programme is broad, with names including Nikki Powerhouse, Delaqua, Dominic Patrick, Kiahna B, Carla Gamble, Robert Drake, Taylor Kelly, Philadelphia Gay Men's Chorus and Cheer Philly. Organisers are expected to release a full schedule before the event, which will make planning easier for anyone keen to catch particular performers.</w:t>
      </w:r>
      <w:r/>
    </w:p>
    <w:p>
      <w:r/>
      <w:r>
        <w:t>The Reunion block party, running from 3pm to 5pm, will centre Black joy, culture, music and community. Fitch Means, Jacqueline Constance and SWAY Philly are among the artists announced, followed by an "All House, All Night" dance party featuring Jay Latay and other DJs.</w:t>
      </w:r>
      <w:r/>
    </w:p>
    <w:p>
      <w:r/>
      <w:r>
        <w:t>It sounds like the kind of afternoon that can begin with a casual wander and end with everyone dancing in the street. Chaperones are recommended for guests under 15 attending the Reunion.</w:t>
      </w:r>
      <w:r/>
    </w:p>
    <w:p>
      <w:pPr>
        <w:pStyle w:val="Heading2"/>
      </w:pPr>
      <w:r>
        <w:t>Youth, disability and adult spaces are built in</w:t>
      </w:r>
      <w:r/>
    </w:p>
    <w:p>
      <w:r/>
      <w:r>
        <w:t>OURfest isn't simply an adults-only nightlife event. The Attic Youth Center will host programming for young people and families from midday until 4pm, while a dedicated low-sensory area will offer drop-in activities such as drag story time, youth performances and bounce houses.</w:t>
      </w:r>
      <w:r/>
    </w:p>
    <w:p>
      <w:r/>
      <w:r>
        <w:t>Disability Pride will also host a silent disco and decompression zone. That matters because large public festivals can be exhilarating, but they can also be noisy, crowded and tiring. Having somewhere to step away, reset or enjoy an alternative activity makes the event more welcoming in practical terms, not just in spirit.</w:t>
      </w:r>
      <w:r/>
    </w:p>
    <w:p>
      <w:r/>
      <w:r>
        <w:t>Other zones will be aimed at specific audiences. Stonewall Sports will provide games and interactive activities, while Vice Alley will celebrate leather and kink culture for visitors aged 21 and over. Woody's will host an outdoor dance party, also restricted to adults.</w:t>
      </w:r>
      <w:r/>
    </w:p>
    <w:p>
      <w:pPr>
        <w:pStyle w:val="Heading2"/>
      </w:pPr>
      <w:r>
        <w:t>Food, drinks and community support are part of the plan</w:t>
      </w:r>
      <w:r/>
    </w:p>
    <w:p>
      <w:r/>
      <w:r>
        <w:t>Hungry visitors can browse a market curated by The Food Truck Lady, with food trucks and snacks spread around the festival. Beer and cocktail gardens will be available at participating Gayborhood venues, subject to age restrictions, so it's worth checking venue guidance before ordering.</w:t>
      </w:r>
      <w:r/>
    </w:p>
    <w:p>
      <w:r/>
      <w:r>
        <w:t>The event's wellness focus is just as prominent as its entertainment. Community Resource Tents hosted by the Pride Visitor Center will be placed throughout the grounds, with more than 200 community partners expected to take part. Organisations include Mazzoni Center, Philadelphia FIGHT, Bebashi, William Way LGBT Community Center, Action Wellness, GALAEI, Colours and the Philadelphia Department of Public Health.</w:t>
      </w:r>
      <w:r/>
    </w:p>
    <w:p>
      <w:r/>
      <w:r>
        <w:t>For visitors, that means OURfest can be more than a lively afternoon out. It can also be a useful place to find services, ask questions or discover local groups in an informal setting. Check the final timetable before travelling, wear comfortable shoes and build in time for a quieter break between performances.</w:t>
      </w:r>
      <w:r/>
    </w:p>
    <w:p>
      <w:pPr>
        <w:pStyle w:val="Heading2"/>
      </w:pPr>
      <w:r>
        <w:t>A practical, welcoming day out</w:t>
      </w:r>
      <w:r/>
    </w:p>
    <w:p>
      <w:r/>
      <w:r>
        <w:t>OURfest 2026 takes place on Sunday 11 October from 12pm to 7pm, spanning 12th and 13th Streets between Locust and Spruce Streets. The festival's multiple zones mean there won't be one single route through the event, so a little flexibility will probably serve visitors better than a tightly packed itinerary.</w:t>
      </w:r>
      <w:r/>
    </w:p>
    <w:p>
      <w:r/>
      <w:r>
        <w:t>Keep an eye on the final programme for performance times, age restrictions and updates to the youth and low-sensory activities. If you're volunteering, vending or exploring sponsorship opportunities, Philly Pride 365 is the place to find further information.</w:t>
      </w:r>
      <w:r/>
    </w:p>
    <w:p>
      <w:r/>
      <w:r>
        <w:t>The strongest impression is that OURfest is trying to make celebration feel expansive rather than one-note. There's room for dancing, history, family time, activism, food and simply finding a calm corner with people who understand why the day matters.</w:t>
      </w:r>
      <w:r/>
    </w:p>
    <w:p>
      <w:r/>
      <w:r>
        <w:t>Explore the programme, bring comfortable shoes and make the festival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4">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4">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1">
        <w:r>
          <w:rPr>
            <w:color w:val="0000EE"/>
            <w:u w:val="single"/>
          </w:rPr>
          <w:t>[3]</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https://epgn.com/2026/09/23/ourfest-2026-preview/</w:t>
        </w:r>
      </w:hyperlink>
      <w:r>
        <w:t xml:space="preserve"> - Please view link - unable to able to access data</w:t>
      </w:r>
      <w:r/>
    </w:p>
    <w:p>
      <w:pPr>
        <w:pStyle w:val="ListNumber"/>
        <w:spacing w:line="240" w:lineRule="auto"/>
        <w:ind w:left="720"/>
      </w:pPr>
      <w:r/>
      <w:hyperlink r:id="rId10">
        <w:r>
          <w:rPr>
            <w:color w:val="0000EE"/>
            <w:u w:val="single"/>
          </w:rPr>
          <w:t>https://www.phillyvoice.com/ourfest-outfest-philadelphia-national-coming-out-day-parade-gayborhood-festival-2026/</w:t>
        </w:r>
      </w:hyperlink>
      <w:r>
        <w:t xml:space="preserve"> - OURfest, formerly known as OutFest, is returning to Philadelphia from October 9 to 11, 2026, with a series of LGBTQ+ events culminating in a National Coming Out Day parade and a free festival in the Gayborhood. The celebration includes kickoff events and pre-parties on Friday, independent events across the city on Saturday, and the main parade and festival on Sunday. The Saturday night party, 'Lost in Space,' will feature international DJ Guy Scheiman at Voyeur Nightclub. (</w:t>
      </w:r>
      <w:hyperlink r:id="rId16">
        <w:r>
          <w:rPr>
            <w:color w:val="0000EE"/>
            <w:u w:val="single"/>
          </w:rPr>
          <w:t>phillyvoice.com</w:t>
        </w:r>
      </w:hyperlink>
      <w:r>
        <w:t>)</w:t>
      </w:r>
      <w:r/>
    </w:p>
    <w:p>
      <w:pPr>
        <w:pStyle w:val="ListNumber"/>
        <w:spacing w:line="240" w:lineRule="auto"/>
        <w:ind w:left="720"/>
      </w:pPr>
      <w:r/>
      <w:hyperlink r:id="rId11">
        <w:r>
          <w:rPr>
            <w:color w:val="0000EE"/>
            <w:u w:val="single"/>
          </w:rPr>
          <w:t>https://phillygaycalendar.com/ourfest/</w:t>
        </w:r>
      </w:hyperlink>
      <w:r>
        <w:t xml:space="preserve"> - OURfest 2026, formerly OutFest, is scheduled for October 9-11, 2026, in Philadelphia's Gayborhood. The event spans three days, featuring a parade, free festival, resource fair, and various independent events. The Saturday night party, 'Lost in Space,' will be held at Voyeur Nightclub, with international DJ Guy Scheiman headlining. (</w:t>
      </w:r>
      <w:hyperlink r:id="rId17">
        <w:r>
          <w:rPr>
            <w:color w:val="0000EE"/>
            <w:u w:val="single"/>
          </w:rPr>
          <w:t>phillygaycalendar.com</w:t>
        </w:r>
      </w:hyperlink>
      <w:r>
        <w:t>)</w:t>
      </w:r>
      <w:r/>
    </w:p>
    <w:p>
      <w:pPr>
        <w:pStyle w:val="ListNumber"/>
        <w:spacing w:line="240" w:lineRule="auto"/>
        <w:ind w:left="720"/>
      </w:pPr>
      <w:r/>
      <w:hyperlink r:id="rId14">
        <w:r>
          <w:rPr>
            <w:color w:val="0000EE"/>
            <w:u w:val="single"/>
          </w:rPr>
          <w:t>https://www.gaytravel4u.com/event/outfest-philadelphia/</w:t>
        </w:r>
      </w:hyperlink>
      <w:r>
        <w:t xml:space="preserve"> - OurFest Philadelphia 2026, formerly OutFest, is set for October 10-11, 2026. The event includes a parade on Saturday, October 10, from 4:00 pm to 6:00 pm, running from 5th and Market to Broad and Locust. The festival on Sunday, October 11, from 12:00 pm to 7:00 pm, will take place in the Gayborhood, spanning 12th and Spruce streets to 13th and Walnut streets, featuring performances, speeches, resources, and food from various LGBTQ+ organizations, nonprofits, artists, and vendors. (</w:t>
      </w:r>
      <w:hyperlink r:id="rId18">
        <w:r>
          <w:rPr>
            <w:color w:val="0000EE"/>
            <w:u w:val="single"/>
          </w:rPr>
          <w:t>gaytravel4u.com</w:t>
        </w:r>
      </w:hyperlink>
      <w:r>
        <w:t>)</w:t>
      </w:r>
      <w:r/>
    </w:p>
    <w:p>
      <w:pPr>
        <w:pStyle w:val="ListNumber"/>
        <w:spacing w:line="240" w:lineRule="auto"/>
        <w:ind w:left="720"/>
      </w:pPr>
      <w:r/>
      <w:hyperlink r:id="rId12">
        <w:r>
          <w:rPr>
            <w:color w:val="0000EE"/>
            <w:u w:val="single"/>
          </w:rPr>
          <w:t>https://www.phillypride365.org/</w:t>
        </w:r>
      </w:hyperlink>
      <w:r>
        <w:t xml:space="preserve"> - Philly Pride 365 is a year-round initiative dedicated to celebrating, uplifting, and advocating for Philadelphia’s LGBTQ+ community. They produce inclusive, dynamic events like Philly Pride Weekend and OURfest: National Coming Out Parade &amp; Festival, ensuring that Pride isn’t just one day—it’s every day. (</w:t>
      </w:r>
      <w:hyperlink r:id="rId19">
        <w:r>
          <w:rPr>
            <w:color w:val="0000EE"/>
            <w:u w:val="single"/>
          </w:rPr>
          <w:t>phillypride365.org</w:t>
        </w:r>
      </w:hyperlink>
      <w:r>
        <w:t>)</w:t>
      </w:r>
      <w:r/>
    </w:p>
    <w:p>
      <w:pPr>
        <w:pStyle w:val="ListNumber"/>
        <w:spacing w:line="240" w:lineRule="auto"/>
        <w:ind w:left="720"/>
      </w:pPr>
      <w:r/>
      <w:hyperlink r:id="rId13">
        <w:r>
          <w:rPr>
            <w:color w:val="0000EE"/>
            <w:u w:val="single"/>
          </w:rPr>
          <w:t>https://now.temple.edu/events/2026-09-28/national-coming-out-week-ncow-festival</w:t>
        </w:r>
      </w:hyperlink>
      <w:r>
        <w:t xml:space="preserve"> - Temple University is hosting the annual National Coming Out Week (NCOW) Festival on Monday, September 28, 2026, from 11:30 am to 1:30 pm at the Bell Tower. The event will feature more than 15 campus partners and Philadelphia-based organizations sharing resources, opportunities, and support for LGBTQIA+ students and allies, including giveaways, treats, activities, and community engagement. (</w:t>
      </w:r>
      <w:hyperlink r:id="rId20">
        <w:r>
          <w:rPr>
            <w:color w:val="0000EE"/>
            <w:u w:val="single"/>
          </w:rPr>
          <w:t>now.temple.edu</w:t>
        </w:r>
      </w:hyperlink>
      <w:r>
        <w:t>)</w:t>
      </w:r>
      <w:r/>
    </w:p>
    <w:p>
      <w:pPr>
        <w:pStyle w:val="ListNumber"/>
        <w:spacing w:line="240" w:lineRule="auto"/>
        <w:ind w:left="720"/>
      </w:pPr>
      <w:r/>
      <w:hyperlink r:id="rId15">
        <w:r>
          <w:rPr>
            <w:color w:val="0000EE"/>
            <w:u w:val="single"/>
          </w:rPr>
          <w:t>https://www.disabilitypridepa.org/calendar/sensoryavenue</w:t>
        </w:r>
      </w:hyperlink>
      <w:r>
        <w:t xml:space="preserve"> - Disability Pride Pennsylvania is hosting 'Sensory Avenue' at the annual OurFest on Sunday, October 11, 2026, from 12:00 pm to 5:00 pm at The Church of Saint Luke &amp; The Epiphany in Philadelphia. The event will feature a low-impact, sensory room, silent disco, disabled artists, and resources, providing an accessible and inclusive space for the community. (</w:t>
      </w:r>
      <w:hyperlink r:id="rId21">
        <w:r>
          <w:rPr>
            <w:color w:val="0000EE"/>
            <w:u w:val="single"/>
          </w:rPr>
          <w:t>disabilitypridepa.org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23/ourfest-2026-preview/" TargetMode="External"/><Relationship Id="rId10" Type="http://schemas.openxmlformats.org/officeDocument/2006/relationships/hyperlink" Target="https://www.phillyvoice.com/ourfest-outfest-philadelphia-national-coming-out-day-parade-gayborhood-festival-2026/" TargetMode="External"/><Relationship Id="rId11" Type="http://schemas.openxmlformats.org/officeDocument/2006/relationships/hyperlink" Target="https://phillygaycalendar.com/ourfest/" TargetMode="External"/><Relationship Id="rId12" Type="http://schemas.openxmlformats.org/officeDocument/2006/relationships/hyperlink" Target="https://www.phillypride365.org/" TargetMode="External"/><Relationship Id="rId13" Type="http://schemas.openxmlformats.org/officeDocument/2006/relationships/hyperlink" Target="https://now.temple.edu/events/2026-09-28/national-coming-out-week-ncow-festival" TargetMode="External"/><Relationship Id="rId14" Type="http://schemas.openxmlformats.org/officeDocument/2006/relationships/hyperlink" Target="https://www.gaytravel4u.com/event/outfest-philadelphia/" TargetMode="External"/><Relationship Id="rId15" Type="http://schemas.openxmlformats.org/officeDocument/2006/relationships/hyperlink" Target="https://www.disabilitypridepa.org/calendar/sensoryavenue" TargetMode="External"/><Relationship Id="rId16" Type="http://schemas.openxmlformats.org/officeDocument/2006/relationships/hyperlink" Target="https://www.phillyvoice.com/ourfest-outfest-philadelphia-national-coming-out-day-parade-gayborhood-festival-2026/?utm_source=openai" TargetMode="External"/><Relationship Id="rId17" Type="http://schemas.openxmlformats.org/officeDocument/2006/relationships/hyperlink" Target="https://phillygaycalendar.com/ourfest/?utm_source=openai" TargetMode="External"/><Relationship Id="rId18" Type="http://schemas.openxmlformats.org/officeDocument/2006/relationships/hyperlink" Target="https://www.gaytravel4u.com/event/outfest-philadelphia/?utm_source=openai" TargetMode="External"/><Relationship Id="rId19" Type="http://schemas.openxmlformats.org/officeDocument/2006/relationships/hyperlink" Target="https://www.phillypride365.org/?utm_source=openai" TargetMode="External"/><Relationship Id="rId20" Type="http://schemas.openxmlformats.org/officeDocument/2006/relationships/hyperlink" Target="https://now.temple.edu/events/2026-09-28/national-coming-out-week-ncow-festival?utm_source=openai" TargetMode="External"/><Relationship Id="rId21" Type="http://schemas.openxmlformats.org/officeDocument/2006/relationships/hyperlink" Target="https://www.disabilitypridepa.org/calendar/sensoryavenu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