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National Coming Out Day Celebration in Pasadena This October</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Pasadena is turning its historic Memorial Park band shell into a welcoming meeting place for National Coming Out Day, with music, crafts, community resources and more. The free, family-friendly gathering takes place on Saturday, 10 October, giving residents and visitors a relaxed way to connect, learn and celebrate LGBTQ+ visibility in the heart of the city.</w:t>
      </w:r>
      <w:r/>
    </w:p>
    <w:p>
      <w:pPr>
        <w:pStyle w:val="Heading2"/>
      </w:pPr>
      <w:r>
        <w:t>Essential Takeaways</w:t>
      </w:r>
      <w:r/>
      <w:r/>
    </w:p>
    <w:p>
      <w:pPr>
        <w:pStyle w:val="ListBullet"/>
        <w:spacing w:line="240" w:lineRule="auto"/>
        <w:ind w:left="720"/>
      </w:pPr>
      <w:r/>
      <w:r>
        <w:rPr>
          <w:b/>
        </w:rPr>
        <w:t>When:</w:t>
      </w:r>
      <w:r>
        <w:t xml:space="preserve"> Saturday, 10 October, from 11am to 1pm.</w:t>
      </w:r>
      <w:r/>
    </w:p>
    <w:p>
      <w:pPr>
        <w:pStyle w:val="ListBullet"/>
        <w:spacing w:line="240" w:lineRule="auto"/>
        <w:ind w:left="720"/>
      </w:pPr>
      <w:r/>
      <w:r>
        <w:rPr>
          <w:b/>
        </w:rPr>
        <w:t>Where:</w:t>
      </w:r>
      <w:r>
        <w:t xml:space="preserve"> Memorial Park Band Shell, 85 East Holly Street, Pasadena.</w:t>
      </w:r>
      <w:r/>
    </w:p>
    <w:p>
      <w:pPr>
        <w:pStyle w:val="ListBullet"/>
        <w:spacing w:line="240" w:lineRule="auto"/>
        <w:ind w:left="720"/>
      </w:pPr>
      <w:r/>
      <w:r>
        <w:rPr>
          <w:b/>
        </w:rPr>
        <w:t>What to expect:</w:t>
      </w:r>
      <w:r>
        <w:t xml:space="preserve"> Music, craft activities, resource tables, giveaways and a car display.</w:t>
      </w:r>
      <w:r/>
    </w:p>
    <w:p>
      <w:pPr>
        <w:pStyle w:val="ListBullet"/>
        <w:spacing w:line="240" w:lineRule="auto"/>
        <w:ind w:left="720"/>
      </w:pPr>
      <w:r/>
      <w:r>
        <w:rPr>
          <w:b/>
        </w:rPr>
        <w:t>Who can attend:</w:t>
      </w:r>
      <w:r>
        <w:t xml:space="preserve"> The event is open to people of all ages.</w:t>
      </w:r>
      <w:r/>
    </w:p>
    <w:p>
      <w:pPr>
        <w:pStyle w:val="ListBullet"/>
        <w:spacing w:line="240" w:lineRule="auto"/>
        <w:ind w:left="720"/>
      </w:pPr>
      <w:r/>
      <w:r>
        <w:rPr>
          <w:b/>
        </w:rPr>
        <w:t>Getting there:</w:t>
      </w:r>
      <w:r>
        <w:t xml:space="preserve"> The nearest public transport stop is Memorial Park station on Metro's A Line.</w:t>
      </w:r>
      <w:r/>
      <w:r/>
    </w:p>
    <w:p>
      <w:pPr>
        <w:pStyle w:val="Heading2"/>
      </w:pPr>
      <w:r>
        <w:t>Pasadena's Gold Shell takes centre stage</w:t>
      </w:r>
      <w:r/>
    </w:p>
    <w:p>
      <w:r/>
      <w:r>
        <w:t>For two hours, Pasadena's Art Deco band shell will swap its usual quiet park setting for music, colour and conversation. The Memorial Park Band Shell, affectionately known as the "Gold Shell", offers a striking backdrop for an event designed to feel both public and personal.</w:t>
      </w:r>
      <w:r/>
    </w:p>
    <w:p>
      <w:r/>
      <w:r>
        <w:t>The gathering is being presented by Pasadena Public Health, Pasadena Public Library, and Parks, Recreation and Community Services. According to local event listings, visitors can expect a mixture of entertainment, practical information and low-key creative activities rather than a formal ceremony. (Visit Pasadena)</w:t>
      </w:r>
      <w:r/>
    </w:p>
    <w:p>
      <w:r/>
      <w:r>
        <w:t>That combination matters. A craft table can make it easier to start chatting, while a resource stall gives visitors something useful to take home. It sounds like the sort of afternoon where people can drop in casually, stay for the music, or simply enjoy the atmosphere. (ColoradoBoulevard.net)</w:t>
      </w:r>
      <w:r/>
    </w:p>
    <w:p>
      <w:pPr>
        <w:pStyle w:val="Heading2"/>
      </w:pPr>
      <w:r>
        <w:t>What visitors can expect on the day</w:t>
      </w:r>
      <w:r/>
    </w:p>
    <w:p>
      <w:r/>
      <w:r>
        <w:t>The city has announced music, giveaways, crafts, community resource tables and a car display. A full running order and speaker list hadn't been published in the available event information, so visitors shouldn't expect a tightly scripted programme just yet.</w:t>
      </w:r>
      <w:r/>
    </w:p>
    <w:p>
      <w:r/>
      <w:r>
        <w:t>For families, the range of activities should make the celebration approachable. For adults looking for support or local information, the resource tables could be the most valuable part of the afternoon. The event's broad mix gives it a distinctly neighbourhood feel. (Visit Pasadena)</w:t>
      </w:r>
      <w:r/>
    </w:p>
    <w:p>
      <w:r/>
      <w:r>
        <w:t>There should also be plenty to look at beyond the stage. The band shell sits within Memorial Park's wider historic setting, so the occasion may appeal to visitors who enjoy Pasadena's architecture as much as its community events. The city's parks information identifies the structure as a key recreation-area landmark. (City of Pasadena)</w:t>
      </w:r>
      <w:r/>
    </w:p>
    <w:p>
      <w:pPr>
        <w:pStyle w:val="Heading2"/>
      </w:pPr>
      <w:r>
        <w:t>Why National Coming Out Day still matters</w:t>
      </w:r>
      <w:r/>
    </w:p>
    <w:p>
      <w:r/>
      <w:r>
        <w:t>National Coming Out Day is observed on 11 October and began in 1988, following the second March on Washington for Lesbian and Gay Rights. Its central idea is simple but powerful: visibility can help challenge isolation and create space for people to be open about who they are. (Cute Calendar)</w:t>
      </w:r>
      <w:r/>
    </w:p>
    <w:p>
      <w:r/>
      <w:r>
        <w:t>Pasadena's event falls on the Saturday of that weekend, placing the message in an informal public setting rather than limiting it to a lecture or private gathering. That makes the celebration feel accessible, especially for people attending a National Coming Out Day event for the first time.</w:t>
      </w:r>
      <w:r/>
    </w:p>
    <w:p>
      <w:r/>
      <w:r>
        <w:t>There is also room for different kinds of participation. Some visitors may come to celebrate with friends, others to find information, and some simply to spend an hour in a welcoming place. That flexibility is part of the appeal.</w:t>
      </w:r>
      <w:r/>
    </w:p>
    <w:p>
      <w:pPr>
        <w:pStyle w:val="Heading2"/>
      </w:pPr>
      <w:r>
        <w:t>A historic setting with an easy transport option</w:t>
      </w:r>
      <w:r/>
    </w:p>
    <w:p>
      <w:r/>
      <w:r>
        <w:t>The Memorial Park Band Shell was built in 1930 and forms part of the Pasadena Civic Center Historic District. Its period design adds a sense of occasion without making the event feel grand or distant. In other words, it has a little more character than your average patch of lawn.</w:t>
      </w:r>
      <w:r/>
    </w:p>
    <w:p>
      <w:r/>
      <w:r>
        <w:t>The nearest Metro A Line stop is Memorial Park station at 125 East Holly Street, making public transport a practical choice. Visitors should allow a few extra minutes to walk from the station and check the latest transit information before travelling. (City of Pasadena)</w:t>
      </w:r>
      <w:r/>
    </w:p>
    <w:p>
      <w:r/>
      <w:r>
        <w:t>Details about on-site parking, admission and a dedicated event contact had not been specified in the published announcement. If you're driving, it's worth checking local parking signs and arriving early rather than relying on last-minute spaces.</w:t>
      </w:r>
      <w:r/>
    </w:p>
    <w:p>
      <w:pPr>
        <w:pStyle w:val="Heading2"/>
      </w:pPr>
      <w:r>
        <w:t>A small celebration with a wider message</w:t>
      </w:r>
      <w:r/>
    </w:p>
    <w:p>
      <w:r/>
      <w:r>
        <w:t>Community events don't always need a packed timetable to make an impression. A few hours of music, conversation and shared visibility can be meaningful, particularly when the setting is open to all ages and centred in a well-known public park.</w:t>
      </w:r>
      <w:r/>
    </w:p>
    <w:p>
      <w:r/>
      <w:r>
        <w:t>Pasadena's approach also reflects a wider trend in civic programming: pairing cultural celebrations with practical local resources. It gives visitors something to enjoy in the moment, while helping them discover organisations, services and community connections that last beyond the day. (Visit Pasadena)</w:t>
      </w:r>
      <w:r/>
    </w:p>
    <w:p>
      <w:r/>
      <w:r>
        <w:t>For anyone planning to attend, the simplest advice is to dress comfortably, bring water and leave room for an unhurried wander around the park. Sometimes the most memorable part of an event is the conversation you didn't plan to have.</w:t>
      </w:r>
      <w:r/>
    </w:p>
    <w:p>
      <w:r/>
      <w:r>
        <w:t>It's a welcoming afternoon where visibility, community and a little Pasadena history meet under one golden roof.</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[3]</w:t>
        </w:r>
      </w:hyperlink>
      <w:r>
        <w:t xml:space="preserve">- Paragraph 2: </w:t>
      </w:r>
      <w:hyperlink r:id="rId10">
        <w:r>
          <w:rPr>
            <w:color w:val="0000EE"/>
            <w:u w:val="single"/>
          </w:rPr>
          <w:t>[2]</w:t>
        </w:r>
      </w:hyperlink>
      <w:r>
        <w:t xml:space="preserve">, </w:t>
      </w:r>
      <w:hyperlink r:id="rId11">
        <w:r>
          <w:rPr>
            <w:color w:val="0000EE"/>
            <w:u w:val="single"/>
          </w:rPr>
          <w:t>[3]</w:t>
        </w:r>
      </w:hyperlink>
      <w:r>
        <w:t xml:space="preserve">- Paragraph 3: </w:t>
      </w:r>
      <w:hyperlink r:id="rId12">
        <w:r>
          <w:rPr>
            <w:color w:val="0000EE"/>
            <w:u w:val="single"/>
          </w:rPr>
          <w:t>[4]</w:t>
        </w:r>
      </w:hyperlink>
      <w:r>
        <w:t xml:space="preserve">, </w:t>
      </w:r>
      <w:hyperlink r:id="rId12">
        <w:r>
          <w:rPr>
            <w:color w:val="0000EE"/>
            <w:u w:val="single"/>
          </w:rPr>
          <w:t>[7]</w:t>
        </w:r>
      </w:hyperlink>
      <w:r>
        <w:t xml:space="preserve">- Paragraph 4: </w:t>
      </w:r>
      <w:hyperlink r:id="rId13">
        <w:r>
          <w:rPr>
            <w:color w:val="0000EE"/>
            <w:u w:val="single"/>
          </w:rPr>
          <w:t>[5]</w:t>
        </w:r>
      </w:hyperlink>
      <w:r>
        <w:t xml:space="preserve">, </w:t>
      </w:r>
      <w:hyperlink r:id="rId14">
        <w:r>
          <w:rPr>
            <w:color w:val="0000EE"/>
            <w:u w:val="single"/>
          </w:rPr>
          <w:t>[6]</w:t>
        </w:r>
      </w:hyperlink>
      <w:r>
        <w:t xml:space="preserve">- Paragraph 5: </w:t>
      </w:r>
      <w:hyperlink r:id="rId10">
        <w:r>
          <w:rPr>
            <w:color w:val="0000EE"/>
            <w:u w:val="single"/>
          </w:rPr>
          <w:t>[2]</w:t>
        </w:r>
      </w:hyperlink>
      <w:r>
        <w:t xml:space="preserve">, </w:t>
      </w:r>
      <w:hyperlink r:id="rId11">
        <w:r>
          <w:rPr>
            <w:color w:val="0000EE"/>
            <w:u w:val="single"/>
          </w:rPr>
          <w:t>[3]</w:t>
        </w:r>
      </w:hyperlink>
      <w:r>
        <w:t xml:space="preserve">- Paragraph 6: </w:t>
      </w:r>
      <w:hyperlink r:id="rId12">
        <w:r>
          <w:rPr>
            <w:color w:val="0000EE"/>
            <w:u w:val="single"/>
          </w:rPr>
          <w:t>[4]</w:t>
        </w:r>
      </w:hyperlink>
      <w:r>
        <w:t xml:space="preserve">, </w:t>
      </w:r>
      <w:hyperlink r:id="rId12">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https://pasadenanow.com/main/national-coming-out-day-celebration-planned-for-memorial-park-band-shell</w:t>
        </w:r>
      </w:hyperlink>
      <w:r>
        <w:t xml:space="preserve"> - Please view link - unable to able to access data</w:t>
      </w:r>
      <w:r/>
    </w:p>
    <w:p>
      <w:pPr>
        <w:pStyle w:val="ListNumber"/>
        <w:spacing w:line="240" w:lineRule="auto"/>
        <w:ind w:left="720"/>
      </w:pPr>
      <w:r/>
      <w:hyperlink r:id="rId10">
        <w:r>
          <w:rPr>
            <w:color w:val="0000EE"/>
            <w:u w:val="single"/>
          </w:rPr>
          <w:t>https://www.visitpasadena.com/events/national-coming-out-day-celebration/</w:t>
        </w:r>
      </w:hyperlink>
      <w:r>
        <w:t xml:space="preserve"> - The City of Pasadena is hosting its annual National Coming Out Day Celebration on October 11, 2026, from 11:00 AM to 1:00 PM at Memorial Park, 85 E. Holly St. The event is free and open to all ages, featuring music, resource tables, a car display, crafts, and giveaways. It is presented by the Pasadena Public Health Department, Pasadena Public Library, and Pasadena Parks, Recreation and Community Services Department. For more information, contact (626) 744-7500 or email PRCSEvents@CityOfPasadena.net.</w:t>
      </w:r>
      <w:r/>
    </w:p>
    <w:p>
      <w:pPr>
        <w:pStyle w:val="ListNumber"/>
        <w:spacing w:line="240" w:lineRule="auto"/>
        <w:ind w:left="720"/>
      </w:pPr>
      <w:r/>
      <w:hyperlink r:id="rId11">
        <w:r>
          <w:rPr>
            <w:color w:val="0000EE"/>
            <w:u w:val="single"/>
          </w:rPr>
          <w:t>https://www.coloradoboulevard.net/events/pasadena-national-coming-out-day/</w:t>
        </w:r>
      </w:hyperlink>
      <w:r>
        <w:t xml:space="preserve"> - Pasadena's National Coming Out Day event is scheduled for Saturday, October 10, 2026, from 11:00 AM to 1:00 PM at the Memorial Park Band Shell, 85 E. Holly Street. The celebration aims to foster an inclusive community and will include music, resource tables, a car display, crafts, and giveaways. The event is presented by the Pasadena Public Health Department, Pasadena Public Library, and Pasadena Parks, Recreation and Community Services Department. The celebration is open to all ages.</w:t>
      </w:r>
      <w:r/>
    </w:p>
    <w:p>
      <w:pPr>
        <w:pStyle w:val="ListNumber"/>
        <w:spacing w:line="240" w:lineRule="auto"/>
        <w:ind w:left="720"/>
      </w:pPr>
      <w:r/>
      <w:hyperlink r:id="rId12">
        <w:r>
          <w:rPr>
            <w:color w:val="0000EE"/>
            <w:u w:val="single"/>
          </w:rPr>
          <w:t>https://www.cityofpasadena.net/parks-and-rec/recreation-area/bandshell/</w:t>
        </w:r>
      </w:hyperlink>
      <w:r>
        <w:t xml:space="preserve"> - Memorial Park, located at 85 E. Holly St., Pasadena, CA 91103, features a historic Art Deco band shell known as the 'Gold Shell.' The park is open daily from 6:00 AM to 10:00 PM and offers amenities such as a picnic area and playground. For more information, call (626) 744-7500.</w:t>
      </w:r>
      <w:r/>
    </w:p>
    <w:p>
      <w:pPr>
        <w:pStyle w:val="ListNumber"/>
        <w:spacing w:line="240" w:lineRule="auto"/>
        <w:ind w:left="720"/>
      </w:pPr>
      <w:r/>
      <w:hyperlink r:id="rId13">
        <w:r>
          <w:rPr>
            <w:color w:val="0000EE"/>
            <w:u w:val="single"/>
          </w:rPr>
          <w:t>https://www.cute-calendar.com/event/national-coming-out-day/46438.html</w:t>
        </w:r>
      </w:hyperlink>
      <w:r>
        <w:t xml:space="preserve"> - National Coming Out Day (NCOD) is observed annually on October 11, commemorating the anniversary of the 1987 March on Washington for Lesbian and Gay Rights. The day promotes awareness and support for the LGBTQ+ community, encouraging individuals to come out and live openly. NCOD was founded in 1988 by Dr. Robert Eichberg and Jean O'Leary.</w:t>
      </w:r>
      <w:r/>
    </w:p>
    <w:p>
      <w:pPr>
        <w:pStyle w:val="ListNumber"/>
        <w:spacing w:line="240" w:lineRule="auto"/>
        <w:ind w:left="720"/>
      </w:pPr>
      <w:r/>
      <w:hyperlink r:id="rId14">
        <w:r>
          <w:rPr>
            <w:color w:val="0000EE"/>
            <w:u w:val="single"/>
          </w:rPr>
          <w:t>https://www.cta.org/event/44842/2026-10-11</w:t>
        </w:r>
      </w:hyperlink>
      <w:r>
        <w:t xml:space="preserve"> - National Coming Out Day (NCOD) is an annual LGBTQ+ awareness day observed on October 11. Founded in 1988 by Robert Eichberg and Jean O’Leary, NCOD marks the anniversary of the 1987 March on Washington for Lesbian and Gay Rights. The day aims to promote visibility and support for the LGBTQ+ community.</w:t>
      </w:r>
      <w:r/>
    </w:p>
    <w:p>
      <w:pPr>
        <w:pStyle w:val="ListNumber"/>
        <w:spacing w:line="240" w:lineRule="auto"/>
        <w:ind w:left="720"/>
      </w:pPr>
      <w:r/>
      <w:hyperlink r:id="rId12">
        <w:r>
          <w:rPr>
            <w:color w:val="0000EE"/>
            <w:u w:val="single"/>
          </w:rPr>
          <w:t>https://www.cityofpasadena.net/parks-and-rec/recreation-area/bandshell/</w:t>
        </w:r>
      </w:hyperlink>
      <w:r>
        <w:t xml:space="preserve"> - Memorial Park, located at 85 E. Holly St., Pasadena, CA 91103, features a historic Art Deco band shell known as the 'Gold Shell.' The park is open daily from 6:00 AM to 10:00 PM and offers amenities such as a picnic area and playground. For more information, call (626) 744-7500.</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pasadenanow.com/main/national-coming-out-day-celebration-planned-for-memorial-park-band-shell" TargetMode="External"/><Relationship Id="rId10" Type="http://schemas.openxmlformats.org/officeDocument/2006/relationships/hyperlink" Target="https://www.visitpasadena.com/events/national-coming-out-day-celebration/" TargetMode="External"/><Relationship Id="rId11" Type="http://schemas.openxmlformats.org/officeDocument/2006/relationships/hyperlink" Target="https://www.coloradoboulevard.net/events/pasadena-national-coming-out-day/" TargetMode="External"/><Relationship Id="rId12" Type="http://schemas.openxmlformats.org/officeDocument/2006/relationships/hyperlink" Target="https://www.cityofpasadena.net/parks-and-rec/recreation-area/bandshell/" TargetMode="External"/><Relationship Id="rId13" Type="http://schemas.openxmlformats.org/officeDocument/2006/relationships/hyperlink" Target="https://www.cute-calendar.com/event/national-coming-out-day/46438.html" TargetMode="External"/><Relationship Id="rId14" Type="http://schemas.openxmlformats.org/officeDocument/2006/relationships/hyperlink" Target="https://www.cta.org/event/44842/2026-10-11"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