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Manchester date itinerary for queer women and allies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Planning a Manchester date is easier when the city does the legwork. This walkable route links brunch in the Northern Quarter, independent shops and Ancoats plates with a relaxed finish around Canal Street, making it a smart choice for a second date or a promising first one.</w:t>
      </w:r>
      <w:r/>
    </w:p>
    <w:p>
      <w:pPr>
        <w:pStyle w:val="Heading2"/>
      </w:pPr>
      <w:r>
        <w:t>Essential Takeaways</w:t>
      </w:r>
      <w:r/>
      <w:r/>
    </w:p>
    <w:p>
      <w:pPr>
        <w:pStyle w:val="ListBullet"/>
        <w:spacing w:line="240" w:lineRule="auto"/>
        <w:ind w:left="720"/>
      </w:pPr>
      <w:r/>
      <w:r>
        <w:rPr>
          <w:b/>
        </w:rPr>
        <w:t>Start with brunch:</w:t>
      </w:r>
      <w:r>
        <w:t xml:space="preserve"> Evelyn's offers Middle Eastern-inspired dishes, charcoal-grilled flavours and a lively Northern Quarter setting.</w:t>
      </w:r>
      <w:r/>
    </w:p>
    <w:p>
      <w:pPr>
        <w:pStyle w:val="ListBullet"/>
        <w:spacing w:line="240" w:lineRule="auto"/>
        <w:ind w:left="720"/>
      </w:pPr>
      <w:r/>
      <w:r>
        <w:rPr>
          <w:b/>
        </w:rPr>
        <w:t>Keep the route compact:</w:t>
      </w:r>
      <w:r>
        <w:t xml:space="preserve"> The main stops are close enough to connect on foot, with trams handy when Manchester's weather turns.</w:t>
      </w:r>
      <w:r/>
    </w:p>
    <w:p>
      <w:pPr>
        <w:pStyle w:val="ListBullet"/>
        <w:spacing w:line="240" w:lineRule="auto"/>
        <w:ind w:left="720"/>
      </w:pPr>
      <w:r/>
      <w:r>
        <w:rPr>
          <w:b/>
        </w:rPr>
        <w:t>Add a cultural pause:</w:t>
      </w:r>
      <w:r>
        <w:t xml:space="preserve"> Afflecks and Queer Lit bring independent shopping and LGBTQ+ books into the afternoon.</w:t>
      </w:r>
      <w:r/>
    </w:p>
    <w:p>
      <w:pPr>
        <w:pStyle w:val="ListBullet"/>
        <w:spacing w:line="240" w:lineRule="auto"/>
        <w:ind w:left="720"/>
      </w:pPr>
      <w:r/>
      <w:r>
        <w:rPr>
          <w:b/>
        </w:rPr>
        <w:t>Book dinner carefully:</w:t>
      </w:r>
      <w:r>
        <w:t xml:space="preserve"> Erst is a Tuesday-to-Saturday option, with small plates and natural wine in Ancoats.</w:t>
      </w:r>
      <w:r/>
    </w:p>
    <w:p>
      <w:pPr>
        <w:pStyle w:val="ListBullet"/>
        <w:spacing w:line="240" w:lineRule="auto"/>
        <w:ind w:left="720"/>
      </w:pPr>
      <w:r/>
      <w:r>
        <w:rPr>
          <w:b/>
        </w:rPr>
        <w:t>Finish your way:</w:t>
      </w:r>
      <w:r>
        <w:t xml:space="preserve"> The Gay Village offers everything from cosy drinks at The Molly House to late-night dancing near Canal Street.</w:t>
      </w:r>
      <w:r/>
      <w:r/>
    </w:p>
    <w:p>
      <w:pPr>
        <w:pStyle w:val="Heading2"/>
      </w:pPr>
      <w:r>
        <w:t>Start with brunch and a little people-watching</w:t>
      </w:r>
      <w:r/>
    </w:p>
    <w:p>
      <w:r/>
      <w:r>
        <w:t>There’s something reassuring about a date that begins with food rather than an awkwardly formal drink. Evelyn’s, on Tib Street, sets the tone with exposed brick, hanging greenery and the steady buzz of the Northern Quarter outside.</w:t>
      </w:r>
      <w:r/>
    </w:p>
    <w:p>
      <w:r/>
      <w:r>
        <w:t>The menu leans towards Middle Eastern flavours, giving the usual brunch formula a welcome nudge. Charcoal-grilled dishes and za’atar mushrooms are the sort of orders that make sharing feel natural, while a window table turns the passing foot traffic into free entertainment. Evelyn’s own website confirms its café-bar identity, and visitor feedback on Tripadvisor reflects its popularity with Manchester diners.</w:t>
      </w:r>
      <w:r/>
    </w:p>
    <w:p>
      <w:r/>
      <w:r>
        <w:t>If you’re keeping things lighter, Idle Hands is a useful nearby alternative for coffee and pastry, with pie available if the morning demands something more substantial. And if conversation is flowing beautifully, The Daisy downstairs gives you an easy excuse to extend the first stop.</w:t>
      </w:r>
      <w:r/>
    </w:p>
    <w:p>
      <w:pPr>
        <w:pStyle w:val="Heading2"/>
      </w:pPr>
      <w:r>
        <w:t>Let the Northern Quarter set the pace</w:t>
      </w:r>
      <w:r/>
    </w:p>
    <w:p>
      <w:r/>
      <w:r>
        <w:t>After brunch, take the slower route through the Northern Quarter. Tib Street brings record shops, independent retailers and the colourful energy that makes this part of Manchester feel more like a neighbourhood than a checklist of attractions.</w:t>
      </w:r>
      <w:r/>
    </w:p>
    <w:p>
      <w:r/>
      <w:r>
        <w:t>Afflecks is the obvious detour. Its multi-level mix of stalls and small businesses has long been associated with the city's alternative culture, so it’s a good place to browse without making the date feel overly structured. A shared opinion on an unusual find can be surprisingly useful early-date material.</w:t>
      </w:r>
      <w:r/>
    </w:p>
    <w:p>
      <w:r/>
      <w:r>
        <w:t>Queer Lit adds a more focused cultural stop. Manchester City of Literature lists the independent bookshop as a destination for LGBTQ+ literature, while Manchester’s Finest highlights its role within the city’s queer and literary scene. It’s a thoughtful pause, especially if you’d rather discover someone’s reading taste than make small talk over another drink.</w:t>
      </w:r>
      <w:r/>
    </w:p>
    <w:p>
      <w:pPr>
        <w:pStyle w:val="Heading2"/>
      </w:pPr>
      <w:r>
        <w:t>Ancoats brings canals, bakeries and a change of mood</w:t>
      </w:r>
      <w:r/>
    </w:p>
    <w:p>
      <w:r/>
      <w:r>
        <w:t>From the Northern Quarter, drift towards Ancoats and its converted mills, modern restaurants and waterside corners. Cutting Room Square is an easy landmark, while the nearby canal basin offers a quieter place to sit when the rain gives you a break.</w:t>
      </w:r>
      <w:r/>
    </w:p>
    <w:p>
      <w:r/>
      <w:r>
        <w:t>Pollen Bakery is worth considering from Wednesday to Sunday, particularly if you’re after something sweet to split on a bench. That small shared snack can do more for the atmosphere than an elaborate activity. It’s relaxed, inexpensive and gives you a moment to decide whether the day is gathering momentum.</w:t>
      </w:r>
      <w:r/>
    </w:p>
    <w:p>
      <w:r/>
      <w:r>
        <w:t>The short distances are part of the appeal. You can keep moving without constantly checking maps, and there’s enough around you to make an unplanned stop feel intentional rather than like a rescue mission.</w:t>
      </w:r>
      <w:r/>
    </w:p>
    <w:p>
      <w:pPr>
        <w:pStyle w:val="Heading2"/>
      </w:pPr>
      <w:r>
        <w:t>Make dinner small, sociable and unhurried</w:t>
      </w:r>
      <w:r/>
    </w:p>
    <w:p>
      <w:r/>
      <w:r>
        <w:t>For the evening meal, Erst keeps you in Ancoats and shifts the date into a more grown-up gear. Its small-plates format suits two people who want to try several things, while the natural-wine focus adds a little occasion without making dinner feel stiff.</w:t>
      </w:r>
      <w:r/>
    </w:p>
    <w:p>
      <w:r/>
      <w:r>
        <w:t>Sharing flatbread or a few plates gives you room to talk, pause and change direction. Letting the staff guide the wine can also remove one minor decision from the evening, which is useful when the rest of the day has already involved plenty of choices.</w:t>
      </w:r>
      <w:r/>
    </w:p>
    <w:p>
      <w:r/>
      <w:r>
        <w:t>Check opening days before setting off, as Erst’s schedule makes this more of a Tuesday-to-Saturday plan. If you’re organising a Manchester date itinerary for queer women and allies, that small bit of planning is worthwhile because the route works best when dinner flows straight into the night.</w:t>
      </w:r>
      <w:r/>
    </w:p>
    <w:p>
      <w:pPr>
        <w:pStyle w:val="Heading2"/>
      </w:pPr>
      <w:r>
        <w:t>End on Canal Street if the chemistry is there</w:t>
      </w:r>
      <w:r/>
    </w:p>
    <w:p>
      <w:r/>
      <w:r>
        <w:t>Ancoats is around a quarter of an hour from the Gay Village on foot, so the final stretch feels like a natural progression rather than a dramatic change of scene. Begin at The Molly House on Richmond Street, where vintage furniture, open fires and a rooftop terrace create a softer setting for another drink.</w:t>
      </w:r>
      <w:r/>
    </w:p>
    <w:p>
      <w:r/>
      <w:r>
        <w:t>When you’re ready for more energy, Canal Street is close by. Via offers a broadly welcoming, pub-like atmosphere for one last round, while New York New York supplies a dancefloor if the date has moved beyond polite conversation and into full evening mode.</w:t>
      </w:r>
      <w:r/>
    </w:p>
    <w:p>
      <w:r/>
      <w:r>
        <w:t>The best thing about this route is its flexibility. It can finish with one quiet drink, a late-night wander or an unexpectedly long evening. Manchester’s queer nightlife has enough range to meet the mood, and you won’t need a complicated transport plan to make the most of it.</w:t>
      </w:r>
      <w:r/>
    </w:p>
    <w:p>
      <w:r/>
      <w:r>
        <w:t>A good Manchester date doesn’t need overplanning, just a route with room to wander.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2">
        <w:r>
          <w:rPr>
            <w:color w:val="0000EE"/>
            <w:u w:val="single"/>
          </w:rPr>
          <w:t>[6]</w:t>
        </w:r>
      </w:hyperlink>
      <w:r>
        <w:t xml:space="preserve">, </w:t>
      </w:r>
      <w:hyperlink r:id="rId13">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2">
        <w:r>
          <w:rPr>
            <w:color w:val="0000EE"/>
            <w:u w:val="single"/>
          </w:rPr>
          <w:t>[6]</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2">
        <w:r>
          <w:rPr>
            <w:color w:val="0000EE"/>
            <w:u w:val="single"/>
          </w:rPr>
          <w:t>[6]</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https://nonchalantmagazine.com/the-date-edit-the-date-edit-manchester-coffee-in-the-northern-quarter-last-orders-on-canal-street/</w:t>
        </w:r>
      </w:hyperlink>
      <w:r>
        <w:t xml:space="preserve"> - Please view link - unable to able to access data</w:t>
      </w:r>
      <w:r/>
    </w:p>
    <w:p>
      <w:pPr>
        <w:pStyle w:val="ListNumber"/>
        <w:spacing w:line="240" w:lineRule="auto"/>
        <w:ind w:left="720"/>
      </w:pPr>
      <w:r/>
      <w:hyperlink r:id="rId10">
        <w:r>
          <w:rPr>
            <w:color w:val="0000EE"/>
            <w:u w:val="single"/>
          </w:rPr>
          <w:t>https://www.evelynscafebar.com/</w:t>
        </w:r>
      </w:hyperlink>
      <w:r>
        <w:t xml:space="preserve"> - Evelyn's Café Bar is a relaxed local restaurant in Manchester's Northern Quarter, offering brunch classics by day and refined small plates by night. The kitchen features a charcoal Inka grill, adding a unique flavour to dishes inspired by Middle Eastern and Pan-Asian cuisines. The intimate setting focuses on food and experience, with a seasonal and humble menu. The Daisy, located below Evelyn's, is a Parisian Pigalle-inspired bar with local DJs playing every weekend, providing late-night escapism with a plush, loft party energy and a refined drinks menu.</w:t>
      </w:r>
      <w:r/>
    </w:p>
    <w:p>
      <w:pPr>
        <w:pStyle w:val="ListNumber"/>
        <w:spacing w:line="240" w:lineRule="auto"/>
        <w:ind w:left="720"/>
      </w:pPr>
      <w:r/>
      <w:hyperlink r:id="rId11">
        <w:r>
          <w:rPr>
            <w:color w:val="0000EE"/>
            <w:u w:val="single"/>
          </w:rPr>
          <w:t>https://www.tripadvisor.com/Restaurant_Review-g187069-d8836330-Reviews-Evelyn_s-Manchester_Greater_Manchester_England.html</w:t>
        </w:r>
      </w:hyperlink>
      <w:r>
        <w:t xml:space="preserve"> - Evelyn's Café Bar in Manchester's Northern Quarter is praised for its standout brunch and tapas plates, though some note the portions can be small and prices higher, suggesting the venue is ideal for special occasions. The warm and welcoming atmosphere earns praise, with guests highlighting its cozy and airy setting. Service is frequently described as friendly and attentive, though occasional delays are mentioned by some reviewers.</w:t>
      </w:r>
      <w:r/>
    </w:p>
    <w:p>
      <w:pPr>
        <w:pStyle w:val="ListNumber"/>
        <w:spacing w:line="240" w:lineRule="auto"/>
        <w:ind w:left="720"/>
      </w:pPr>
      <w:r/>
      <w:hyperlink r:id="rId12">
        <w:r>
          <w:rPr>
            <w:color w:val="0000EE"/>
            <w:u w:val="single"/>
          </w:rPr>
          <w:t>https://www.manchestercityofliterature.com/bookshop/queer-lit-2/</w:t>
        </w:r>
      </w:hyperlink>
      <w:r>
        <w:t xml:space="preserve"> - Queer Lit is Manchester's first dedicated LGBTQ+ bookshop, which opened its physical store in 2021 after initially launching online during the lockdown in 2020. The Northern Quarter store offers over 1,700 LGBTQ+ titles, including a wide range of genres such as gay, lesbian, trans, non-binary, parenting, youth literature, and children's books. One popular title is 'Gender Swapped Fairy Tales,' which reimagines classic stories while challenging gender stereotypes.</w:t>
      </w:r>
      <w:r/>
    </w:p>
    <w:p>
      <w:pPr>
        <w:pStyle w:val="ListNumber"/>
        <w:spacing w:line="240" w:lineRule="auto"/>
        <w:ind w:left="720"/>
      </w:pPr>
      <w:r/>
      <w:hyperlink r:id="rId13">
        <w:r>
          <w:rPr>
            <w:color w:val="0000EE"/>
            <w:u w:val="single"/>
          </w:rPr>
          <w:t>https://www.manchestersfinest.com/places/queer-lit/</w:t>
        </w:r>
      </w:hyperlink>
      <w:r>
        <w:t xml:space="preserve"> - Queer Lit, located in Manchester's Northern Quarter, is Europe's most expansive lesbian, gay, bi, trans, and queer bookshop. The store defines gorgeous on the inside, offering a vast selection of LGBTQ+ literature. It has become a prime example of Manchester's support for the LGBTQ+ community, reflecting the city's long history of promoting equality and diversity.</w:t>
      </w:r>
      <w:r/>
    </w:p>
    <w:p>
      <w:pPr>
        <w:pStyle w:val="ListNumber"/>
        <w:spacing w:line="240" w:lineRule="auto"/>
        <w:ind w:left="720"/>
      </w:pPr>
      <w:r/>
      <w:hyperlink r:id="rId12">
        <w:r>
          <w:rPr>
            <w:color w:val="0000EE"/>
            <w:u w:val="single"/>
          </w:rPr>
          <w:t>https://www.manchestercityofliterature.com/bookshop/queer-lit-2/</w:t>
        </w:r>
      </w:hyperlink>
      <w:r>
        <w:t xml:space="preserve"> - Queer Lit is Manchester's first dedicated LGBTQ+ bookshop, which opened its physical store in 2021 after initially launching online during the lockdown in 2020. The Northern Quarter store offers over 1,700 LGBTQ+ titles, including a wide range of genres such as gay, lesbian, trans, non-binary, parenting, youth literature, and children's books. One popular title is 'Gender Swapped Fairy Tales,' which reimagines classic stories while challenging gender stereotypes.</w:t>
      </w:r>
      <w:r/>
    </w:p>
    <w:p>
      <w:pPr>
        <w:pStyle w:val="ListNumber"/>
        <w:spacing w:line="240" w:lineRule="auto"/>
        <w:ind w:left="720"/>
      </w:pPr>
      <w:r/>
      <w:hyperlink r:id="rId13">
        <w:r>
          <w:rPr>
            <w:color w:val="0000EE"/>
            <w:u w:val="single"/>
          </w:rPr>
          <w:t>https://www.manchestersfinest.com/places/queer-lit/</w:t>
        </w:r>
      </w:hyperlink>
      <w:r>
        <w:t xml:space="preserve"> - Queer Lit, located in Manchester's Northern Quarter, is Europe's most expansive lesbian, gay, bi, trans, and queer bookshop. The store defines gorgeous on the inside, offering a vast selection of LGBTQ+ literature. It has become a prime example of Manchester's support for the LGBTQ+ community, reflecting the city's long history of promoting equality and diversity.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nchalantmagazine.com/the-date-edit-the-date-edit-manchester-coffee-in-the-northern-quarter-last-orders-on-canal-street/" TargetMode="External"/><Relationship Id="rId10" Type="http://schemas.openxmlformats.org/officeDocument/2006/relationships/hyperlink" Target="https://www.evelynscafebar.com/" TargetMode="External"/><Relationship Id="rId11" Type="http://schemas.openxmlformats.org/officeDocument/2006/relationships/hyperlink" Target="https://www.tripadvisor.com/Restaurant_Review-g187069-d8836330-Reviews-Evelyn_s-Manchester_Greater_Manchester_England.html" TargetMode="External"/><Relationship Id="rId12" Type="http://schemas.openxmlformats.org/officeDocument/2006/relationships/hyperlink" Target="https://www.manchestercityofliterature.com/bookshop/queer-lit-2/" TargetMode="External"/><Relationship Id="rId13" Type="http://schemas.openxmlformats.org/officeDocument/2006/relationships/hyperlink" Target="https://www.manchestersfinest.com/places/queer-l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