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Orlando Beyond the Theme Parks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Orlando's queer nightlife, drag shows, food and creative energy beyond the famous theme-park gates. From dancing at Southern Nights to brunch, vintage shopping and Halloween Horror Nights, the city offers a colourful itinerary for travellers who want more than rides and fireworks.</w:t>
      </w:r>
      <w:r/>
    </w:p>
    <w:p>
      <w:pPr>
        <w:pStyle w:val="Heading2"/>
      </w:pPr>
      <w:r>
        <w:t>Essential Takeaways</w:t>
      </w:r>
      <w:r/>
      <w:r/>
    </w:p>
    <w:p>
      <w:pPr>
        <w:pStyle w:val="ListBullet"/>
        <w:spacing w:line="240" w:lineRule="auto"/>
        <w:ind w:left="720"/>
      </w:pPr>
      <w:r/>
      <w:r>
        <w:rPr>
          <w:b/>
        </w:rPr>
        <w:t>Start with nightlife:</w:t>
      </w:r>
      <w:r>
        <w:t xml:space="preserve"> Southern Nights offers dancing, drag and a lively LGBTQ+ crowd.</w:t>
      </w:r>
      <w:r/>
    </w:p>
    <w:p>
      <w:pPr>
        <w:pStyle w:val="ListBullet"/>
        <w:spacing w:line="240" w:lineRule="auto"/>
        <w:ind w:left="720"/>
      </w:pPr>
      <w:r/>
      <w:r>
        <w:rPr>
          <w:b/>
        </w:rPr>
        <w:t>Choose your mood:</w:t>
      </w:r>
      <w:r>
        <w:t xml:space="preserve"> SAVOY combines several spaces, cocktails, entertainment and a more relaxed atmosphere.</w:t>
      </w:r>
      <w:r/>
    </w:p>
    <w:p>
      <w:pPr>
        <w:pStyle w:val="ListBullet"/>
        <w:spacing w:line="240" w:lineRule="auto"/>
        <w:ind w:left="720"/>
      </w:pPr>
      <w:r/>
      <w:r>
        <w:rPr>
          <w:b/>
        </w:rPr>
        <w:t>Make room for food:</w:t>
      </w:r>
      <w:r>
        <w:t xml:space="preserve"> Universal CityWalk adds plenty of dining and nightlife options, including the famously unexpected burger-and-sushi combination at The Cowfish.</w:t>
      </w:r>
      <w:r/>
    </w:p>
    <w:p>
      <w:pPr>
        <w:pStyle w:val="ListBullet"/>
        <w:spacing w:line="240" w:lineRule="auto"/>
        <w:ind w:left="720"/>
      </w:pPr>
      <w:r/>
      <w:r>
        <w:rPr>
          <w:b/>
        </w:rPr>
        <w:t>Plan around events:</w:t>
      </w:r>
      <w:r>
        <w:t xml:space="preserve"> Halloween Horror Nights turns Universal Orlando into a major seasonal attraction, particularly for horror fans.</w:t>
      </w:r>
      <w:r/>
    </w:p>
    <w:p>
      <w:pPr>
        <w:pStyle w:val="ListBullet"/>
        <w:spacing w:line="240" w:lineRule="auto"/>
        <w:ind w:left="720"/>
      </w:pPr>
      <w:r/>
      <w:r>
        <w:rPr>
          <w:b/>
        </w:rPr>
        <w:t>Look beyond the parks:</w:t>
      </w:r>
      <w:r>
        <w:t xml:space="preserve"> Orlando's queer identity also appears in theatre, brunches, cafés, thrift shops and community events.</w:t>
      </w:r>
      <w:r/>
      <w:r/>
    </w:p>
    <w:p>
      <w:pPr>
        <w:pStyle w:val="Heading2"/>
      </w:pPr>
      <w:r>
        <w:t>Orlando's queer scene deserves its own itinerary</w:t>
      </w:r>
      <w:r/>
    </w:p>
    <w:p>
      <w:r/>
      <w:r>
        <w:t>The biggest mistake visitors can make is treating Orlando as a one-note destination. Yes, the theme parks dominate the skyline and the holiday calendar, but the city has a lively LGBTQ+ community, a busy arts scene and nightlife that carries on long after the fireworks have finished.</w:t>
      </w:r>
      <w:r/>
    </w:p>
    <w:p>
      <w:r/>
      <w:r>
        <w:t>Jeremy Singh, the Orlando-based creator known as @jeremythetea, has spent years moving through those different worlds. His recommendations suggest a city that's playful and polished one minute, warm and low-key the next. That variety is the real draw: you can spend the afternoon in a costume shop, enjoy a drag brunch, then dance until late without repeating the same atmosphere twice.</w:t>
      </w:r>
      <w:r/>
    </w:p>
    <w:p>
      <w:pPr>
        <w:pStyle w:val="Heading2"/>
      </w:pPr>
      <w:r>
        <w:t>Where to dance, drink and catch a drag show</w:t>
      </w:r>
      <w:r/>
    </w:p>
    <w:p>
      <w:r/>
      <w:r>
        <w:t>For a high-energy night, Southern Nights Orlando is the obvious starting point. The venue is known for a large dance floor, regular drag performances and music that keeps the room moving. Its appeal is straightforward but important: it feels like a place where visitors can arrive cautiously and still find themselves joining in.</w:t>
      </w:r>
      <w:r/>
    </w:p>
    <w:p>
      <w:r/>
      <w:r>
        <w:t>SAVOY suits a different kind of evening. The Orlando venue brings together several distinct areas, including the Starlite Room, Ivanhoe 1915 craft bar, main bar and outdoor patio, so it's easier to change pace without changing venue. According to SAVOY's own information, its programme includes drag, karaoke, themed nights, cocktails and regular entertainment.</w:t>
      </w:r>
      <w:r/>
    </w:p>
    <w:p>
      <w:r/>
      <w:r>
        <w:t>That flexibility matters after a long day in the Florida heat. Some nights call for a packed dance floor, while others demand a cold drink, a quieter corner and enough volume to hear your friends. Orlando's best LGBTQ+ bars make room for both.</w:t>
      </w:r>
      <w:r/>
    </w:p>
    <w:p>
      <w:pPr>
        <w:pStyle w:val="Heading2"/>
      </w:pPr>
      <w:r>
        <w:t>Drag brunch and theatre bring extra sparkle</w:t>
      </w:r>
      <w:r/>
    </w:p>
    <w:p>
      <w:r/>
      <w:r>
        <w:t>The Renaissance Theatre Company is a strong choice for visitors who want drag with a theatrical edge. Its productions and themed programming lean into camp, pop culture and performance, making the experience feel closer to a full show than a quick bar-floor appearance.</w:t>
      </w:r>
      <w:r/>
    </w:p>
    <w:p>
      <w:r/>
      <w:r>
        <w:t>For something more intimate, Outpost Neighborhood Tavern's drag brunch pairs performers with breakfast, eggs and mimosas. It's the sort of plan that works especially well for first-time visitors, because the atmosphere is social without requiring a late night.</w:t>
      </w:r>
      <w:r/>
    </w:p>
    <w:p>
      <w:r/>
      <w:r>
        <w:t>The wider city calendar is worth checking, too. Gay Days and One Magical Weekend draw LGBTQ+ visitors to Orlando, while the Orlando Fringe Festival adds an adventurous arts option for anyone who prefers niche theatre, comedy and live performance to another theme-park queue.</w:t>
      </w:r>
      <w:r/>
    </w:p>
    <w:p>
      <w:pPr>
        <w:pStyle w:val="Heading2"/>
      </w:pPr>
      <w:r>
        <w:t>What to eat around Orlando's entertainment hubs</w:t>
      </w:r>
      <w:r/>
    </w:p>
    <w:p>
      <w:r/>
      <w:r>
        <w:t>Orlando makes it easy to build meals around the day's plans. At Universal CityWalk, visitors can move between restaurants, shops and nightlife without needing another major journey. The area is designed as an entertainment district, so it's particularly useful when a group can't agree on dinner.</w:t>
      </w:r>
      <w:r/>
    </w:p>
    <w:p>
      <w:r/>
      <w:r>
        <w:t>The Cowfish is one of the more memorable choices, pairing burgers with sushi and turning an unlikely combination into a talking point. Orlando CityWalk guides describe the district as a central stop for dining, clubs and evening entertainment, which makes it handy for groups with mixed tastes.</w:t>
      </w:r>
      <w:r/>
    </w:p>
    <w:p>
      <w:r/>
      <w:r>
        <w:t>For a slower meal, Singh recommends Southern comfort food at Homecomin' Kitchen in Disney Springs, Cuban dishes at Plancha and an indulgent visit to Cake Bake Shop at Disney's BoardWalk. The practical lesson is simple: book the special-occasion meal, but keep a casual brunch or café stop in reserve. Orlando days can be long, and even the most committed adventurer needs a soft chair eventually.</w:t>
      </w:r>
      <w:r/>
    </w:p>
    <w:p>
      <w:pPr>
        <w:pStyle w:val="Heading2"/>
      </w:pPr>
      <w:r>
        <w:t>Halloween Horror Nights is a cultural event in its own right</w:t>
      </w:r>
      <w:r/>
    </w:p>
    <w:p>
      <w:r/>
      <w:r>
        <w:t>Come autumn, Universal's Halloween Horror Nights becomes more than a seasonal attraction. The event combines haunted houses, scare zones and live entertainment, creating a high-energy evening that attracts both dedicated horror fans and visitors treating it as a social tradition.</w:t>
      </w:r>
      <w:r/>
    </w:p>
    <w:p>
      <w:r/>
      <w:r>
        <w:t>The event's long-running popularity has helped turn it into a fixture on Orlando's calendar. Its atmosphere is deliberately intense, with detailed sets, sudden scares and queues that can test even the most patient group. Universal guides and fan resources consistently recommend planning ahead, particularly on popular nights.</w:t>
      </w:r>
      <w:r/>
    </w:p>
    <w:p>
      <w:r/>
      <w:r>
        <w:t>For a smoother visit, check the event schedule before travelling, arrive early, wear comfortable shoes and consider whether an express option fits your budget. If you're prone to jump scares, choose your companions wisely. The friend who insists they're fearless is often the first person to grab your arm.</w:t>
      </w:r>
      <w:r/>
    </w:p>
    <w:p>
      <w:pPr>
        <w:pStyle w:val="Heading2"/>
      </w:pPr>
      <w:r>
        <w:t>How to build a more personal Orlando trip</w:t>
      </w:r>
      <w:r/>
    </w:p>
    <w:p>
      <w:r/>
      <w:r>
        <w:t>The most rewarding version of Orlando isn't necessarily the one with the fullest park schedule. Mix one major attraction with something local: a drag brunch, a thrift-shop browse, a coffee stop or an evening at a queer bar. That balance gives the trip texture and prevents every day from feeling like a race between rides.</w:t>
      </w:r>
      <w:r/>
    </w:p>
    <w:p>
      <w:r/>
      <w:r>
        <w:t>Accommodation can shape the mood, too. Disney's Pop Century and Art of Animation suit visitors who enjoy bold, nostalgic design, while the Polynesian Village Resort offers a more relaxed holiday atmosphere. Travellers seeking a quieter luxury base may prefer the Four Seasons Orlando.</w:t>
      </w:r>
      <w:r/>
    </w:p>
    <w:p>
      <w:r/>
      <w:r>
        <w:t>For an offbeat afternoon, Arcade Monsters offers retro games and all-day play, while cafés and independent shops around the wider Orlando area provide a gentler change of pace. The result is a city break that feels less like ticking off attractions and more like finding your own version of the magic.</w:t>
      </w:r>
      <w:r/>
    </w:p>
    <w:p>
      <w:r/>
      <w:r>
        <w:t>Orlando is at its best when the glitter, camp, food and community are allowed to share the stage.</w:t>
      </w:r>
      <w:r/>
    </w:p>
    <w:p>
      <w:r/>
      <w:r>
        <w:t>It's a small shift in planning, but it can make Orlando feel far bigger than its theme parks.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[6]</w:t>
        </w:r>
      </w:hyperlink>
      <w:r>
        <w:t xml:space="preserve">- Paragraph 4: </w:t>
      </w:r>
      <w:hyperlink r:id="rId13">
        <w:r>
          <w:rPr>
            <w:color w:val="0000EE"/>
            <w:u w:val="single"/>
          </w:rPr>
          <w:t>[4]</w:t>
        </w:r>
      </w:hyperlink>
      <w:r>
        <w:t xml:space="preserve">, </w:t>
      </w:r>
      <w:hyperlink r:id="rId12">
        <w:r>
          <w:rPr>
            <w:color w:val="0000EE"/>
            <w:u w:val="single"/>
          </w:rPr>
          <w:t>[6]</w:t>
        </w:r>
      </w:hyperlink>
      <w:r>
        <w:t xml:space="preserve">- Paragraph 5: </w:t>
      </w:r>
      <w:hyperlink r:id="rId14">
        <w:r>
          <w:rPr>
            <w:color w:val="0000EE"/>
            <w:u w:val="single"/>
          </w:rPr>
          <w:t>[5]</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13">
        <w:r>
          <w:rPr>
            <w:color w:val="0000EE"/>
            <w:u w:val="single"/>
          </w:rPr>
          <w:t>[4]</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[4]</w:t>
        </w:r>
      </w:hyperlink>
      <w:r>
        <w:t xml:space="preserve">, </w:t>
      </w:r>
      <w:hyperlink r:id="rId14">
        <w:r>
          <w:rPr>
            <w:color w:val="0000EE"/>
            <w:u w:val="single"/>
          </w:rPr>
          <w:t>[5]</w:t>
        </w:r>
      </w:hyperlink>
      <w:r>
        <w:t xml:space="preserve">- Paragraph 10: </w:t>
      </w:r>
      <w:hyperlink r:id="rId14">
        <w:r>
          <w:rPr>
            <w:color w:val="0000EE"/>
            <w:u w:val="single"/>
          </w:rPr>
          <w:t>[5]</w:t>
        </w:r>
      </w:hyperlink>
      <w:r>
        <w:t xml:space="preserve">, </w:t>
      </w:r>
      <w:hyperlink r:id="rId13">
        <w:r>
          <w:rPr>
            <w:color w:val="0000EE"/>
            <w:u w:val="single"/>
          </w:rPr>
          <w:t>[7]</w:t>
        </w:r>
      </w:hyperlink>
      <w:r>
        <w:t xml:space="preserve">- Paragraph 11: </w:t>
      </w:r>
      <w:hyperlink r:id="rId13">
        <w:r>
          <w:rPr>
            <w:color w:val="0000EE"/>
            <w:u w:val="single"/>
          </w:rPr>
          <w:t>[4]</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[4]</w:t>
        </w:r>
      </w:hyperlink>
      <w:r>
        <w:t xml:space="preserve">, </w:t>
      </w:r>
      <w:hyperlink r:id="rId13">
        <w:r>
          <w:rPr>
            <w:color w:val="0000EE"/>
            <w:u w:val="single"/>
          </w:rPr>
          <w:t>[7]</w:t>
        </w:r>
      </w:hyperlink>
      <w:r>
        <w:t xml:space="preserve">- Paragraph 14: </w:t>
      </w:r>
      <w:hyperlink r:id="rId14">
        <w:r>
          <w:rPr>
            <w:color w:val="0000EE"/>
            <w:u w:val="single"/>
          </w:rPr>
          <w:t>[5]</w:t>
        </w:r>
      </w:hyperlink>
      <w:r>
        <w:t xml:space="preserve">, </w:t>
      </w:r>
      <w:hyperlink r:id="rId12">
        <w:r>
          <w:rPr>
            <w:color w:val="0000EE"/>
            <w:u w:val="single"/>
          </w:rPr>
          <w:t>[6]</w:t>
        </w:r>
      </w:hyperlink>
      <w:r>
        <w:t xml:space="preserve">- Paragraph 15: </w:t>
      </w:r>
      <w:hyperlink r:id="rId13">
        <w:r>
          <w:rPr>
            <w:color w:val="0000EE"/>
            <w:u w:val="single"/>
          </w:rPr>
          <w:t>[4]</w:t>
        </w:r>
      </w:hyperlink>
      <w:r>
        <w:t xml:space="preserve">, </w:t>
      </w:r>
      <w:hyperlink r:id="rId14">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3">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https://www.gaycities.com/articles/107278/the-insiders-guide-to-the-magically-queer-side-of-orlando/</w:t>
        </w:r>
      </w:hyperlink>
      <w:r>
        <w:t xml:space="preserve"> - Please view link - unable to able to access data</w:t>
      </w:r>
      <w:r/>
    </w:p>
    <w:p>
      <w:pPr>
        <w:pStyle w:val="ListNumber"/>
        <w:spacing w:line="240" w:lineRule="auto"/>
        <w:ind w:left="720"/>
      </w:pPr>
      <w:r/>
      <w:hyperlink r:id="rId10">
        <w:r>
          <w:rPr>
            <w:color w:val="0000EE"/>
            <w:u w:val="single"/>
          </w:rPr>
          <w:t>https://southernnightsorlando.orestaurant.site/</w:t>
        </w:r>
      </w:hyperlink>
      <w:r>
        <w:t xml:space="preserve"> - Southern Nights Orlando is the city's largest LGBTQ+ nightclub, located in the Milk District. The venue features multiple dance floors, weekly drag shows, Latin nights, and a starlit back patio. It offers a diverse music selection, including Latin and reggaeton, house and electronic, pop remixes, and more. The club operates Monday through Saturday for guests aged 18 and over, and on Sundays for those 21 and over. Alcohol service is available to patrons aged 21 and over at all times. The address is 375 S Bumby Ave, Orlando, FL 32803.</w:t>
      </w:r>
      <w:r/>
    </w:p>
    <w:p>
      <w:pPr>
        <w:pStyle w:val="ListNumber"/>
        <w:spacing w:line="240" w:lineRule="auto"/>
        <w:ind w:left="720"/>
      </w:pPr>
      <w:r/>
      <w:hyperlink r:id="rId11">
        <w:r>
          <w:rPr>
            <w:color w:val="0000EE"/>
            <w:u w:val="single"/>
          </w:rPr>
          <w:t>https://www.savoyorlando.com/?p=3525</w:t>
        </w:r>
      </w:hyperlink>
      <w:r>
        <w:t xml:space="preserve"> - Savoy Orlando is an iconic LGBTQ+ bar near downtown, offering four distinct spaces: the Starlite Room, Ivanhoe 1915 craft bar, main bar, and an open patio. The venue hosts drag shows, karaoke, themed nights, and craft cocktails, providing entertainment every day of the week. It also features a popular drag brunch experience on Saturdays and Sundays. The address is 1913 N Orange Ave, Orlando, FL 32804.</w:t>
      </w:r>
      <w:r/>
    </w:p>
    <w:p>
      <w:pPr>
        <w:pStyle w:val="ListNumber"/>
        <w:spacing w:line="240" w:lineRule="auto"/>
        <w:ind w:left="720"/>
      </w:pPr>
      <w:r/>
      <w:hyperlink r:id="rId13">
        <w:r>
          <w:rPr>
            <w:color w:val="0000EE"/>
            <w:u w:val="single"/>
          </w:rPr>
          <w:t>https://www.orlandotoolkit.com/universal-citywalk-at-universal-orlando-resort/</w:t>
        </w:r>
      </w:hyperlink>
      <w:r>
        <w:t xml:space="preserve"> - Universal CityWalk is a vibrant entertainment district at Universal Orlando Resort, offering a variety of clubs and nightlife options. Notable venues include The Groove, a multi-level dance club; Red Coconut Club, a tropical-chic lounge with DJs and live bands; and CityWalk’s Rising Star, a karaoke bar with a live band and backup singers. Most bars and clubs are open until 2:00 AM, with some requiring patrons to be 21 and over after 10:00 PM. The address is 6000 Universal Blvd, Orlando, FL 32819.</w:t>
      </w:r>
      <w:r/>
    </w:p>
    <w:p>
      <w:pPr>
        <w:pStyle w:val="ListNumber"/>
        <w:spacing w:line="240" w:lineRule="auto"/>
        <w:ind w:left="720"/>
      </w:pPr>
      <w:r/>
      <w:hyperlink r:id="rId14">
        <w:r>
          <w:rPr>
            <w:color w:val="0000EE"/>
            <w:u w:val="single"/>
          </w:rPr>
          <w:t>https://en.wikipedia.org/wiki/Universal%27s_Halloween_Horror_Nights</w:t>
        </w:r>
      </w:hyperlink>
      <w:r>
        <w:t xml:space="preserve"> - Universal's Halloween Horror Nights is an annual Halloween-themed event at Universal Studios theme parks in Orlando, Hollywood, Japan, and Singapore. The Orlando event began in 1991 and has evolved into a scare-a-thon featuring themed haunted houses, scare zones, and shows. It typically runs over select nights from late August or early September until late October or early November. The event is known for its elaborate backstories and immersive experiences.</w:t>
      </w:r>
      <w:r/>
    </w:p>
    <w:p>
      <w:pPr>
        <w:pStyle w:val="ListNumber"/>
        <w:spacing w:line="240" w:lineRule="auto"/>
        <w:ind w:left="720"/>
      </w:pPr>
      <w:r/>
      <w:hyperlink r:id="rId12">
        <w:r>
          <w:rPr>
            <w:color w:val="0000EE"/>
            <w:u w:val="single"/>
          </w:rPr>
          <w:t>https://orlandoinformer.com/universal/citywalk-clubs/</w:t>
        </w:r>
      </w:hyperlink>
      <w:r>
        <w:t xml:space="preserve"> - Universal CityWalk in Orlando offers a diverse nightlife scene with several clubs catering to different tastes. The Groove is a multi-level dance club with VIP seating and themed bars. Red Coconut Club is a tropical bi-level lounge featuring DJs, live bands, and signature martinis. CityWalk’s Rising Star is a karaoke bar where guests perform with a live band and backup singers. Most venues are open until 2:00 AM, with some requiring patrons to be 21 and over after 10:00 PM.</w:t>
      </w:r>
      <w:r/>
    </w:p>
    <w:p>
      <w:pPr>
        <w:pStyle w:val="ListNumber"/>
        <w:spacing w:line="240" w:lineRule="auto"/>
        <w:ind w:left="720"/>
      </w:pPr>
      <w:r/>
      <w:hyperlink r:id="rId13">
        <w:r>
          <w:rPr>
            <w:color w:val="0000EE"/>
            <w:u w:val="single"/>
          </w:rPr>
          <w:t>https://www.orlandotoolkit.com/universal-citywalk-at-universal-orlando-resort/</w:t>
        </w:r>
      </w:hyperlink>
      <w:r>
        <w:t xml:space="preserve"> - Universal CityWalk is a vibrant entertainment district at Universal Orlando Resort, offering a variety of clubs and nightlife options. Notable venues include The Groove, a multi-level dance club; Red Coconut Club, a tropical-chic lounge with DJs and live bands; and CityWalk’s Rising Star, a karaoke bar with a live band and backup singers. Most bars and clubs are open until 2:00 AM, with some requiring patrons to be 21 and over after 10:00 PM. The address is 6000 Universal Blvd, Orlando, FL 32819.</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278/the-insiders-guide-to-the-magically-queer-side-of-orlando/" TargetMode="External"/><Relationship Id="rId10" Type="http://schemas.openxmlformats.org/officeDocument/2006/relationships/hyperlink" Target="https://southernnightsorlando.orestaurant.site/" TargetMode="External"/><Relationship Id="rId11" Type="http://schemas.openxmlformats.org/officeDocument/2006/relationships/hyperlink" Target="https://www.savoyorlando.com/?p=3525" TargetMode="External"/><Relationship Id="rId12" Type="http://schemas.openxmlformats.org/officeDocument/2006/relationships/hyperlink" Target="https://orlandoinformer.com/universal/citywalk-clubs/" TargetMode="External"/><Relationship Id="rId13" Type="http://schemas.openxmlformats.org/officeDocument/2006/relationships/hyperlink" Target="https://www.orlandotoolkit.com/universal-citywalk-at-universal-orlando-resort/" TargetMode="External"/><Relationship Id="rId14" Type="http://schemas.openxmlformats.org/officeDocument/2006/relationships/hyperlink" Target="https://en.wikipedia.org/wiki/Universal%27s_Halloween_Horror_N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