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Fantasy Short Story Collection Honours a Beloved Son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are rallying around </w:t>
      </w:r>
      <w:r>
        <w:rPr>
          <w:b/>
          <w:i/>
        </w:rPr>
        <w:t>The Constellation of Forgotten Things</w:t>
      </w:r>
      <w:r>
        <w:rPr>
          <w:b/>
        </w:rPr>
        <w:t>, an LGBTQ-centred fantasy collection shaped by love, grief and collaboration. Written by Tiffany Chu and her adopted son Renley, the book is being completed as a memorial to him, with illustrated extras and personal context that make this more than an ordinary anthology.</w:t>
      </w:r>
      <w:r/>
    </w:p>
    <w:p>
      <w:pPr>
        <w:pStyle w:val="Heading2"/>
      </w:pPr>
      <w:r>
        <w:t>A fantasy collection built from love and loss</w:t>
      </w:r>
      <w:r/>
    </w:p>
    <w:p>
      <w:r/>
      <w:r>
        <w:t xml:space="preserve">Some books arrive with a backstory that stays with you. </w:t>
      </w:r>
      <w:r>
        <w:rPr>
          <w:i/>
        </w:rPr>
        <w:t>The Constellation of Forgotten Things</w:t>
      </w:r>
      <w:r>
        <w:t xml:space="preserve"> is one of them: an LGBTQ fantasy short story collection developed by Tiffany Chu and Renley, her adopted queer son, before his death.</w:t>
      </w:r>
      <w:r/>
    </w:p>
    <w:p>
      <w:r/>
      <w:r>
        <w:t xml:space="preserve">Chu has completed unfinished pieces alongside her own contributions, turning the project into both a creative collaboration and a tender act of remembrance. The Kickstarter campaign also promises an especially considered presentation, with illustrations, detailed design and additional material for supporters. According to the campaign page, the collection is intended to preserve Renley's voice while giving the unfinished work a home. </w:t>
      </w:r>
      <w:hyperlink r:id="rId9">
        <w:r>
          <w:rPr>
            <w:color w:val="0000EE"/>
            <w:u w:val="single"/>
          </w:rPr>
          <w:t>[2]</w:t>
        </w:r>
      </w:hyperlink>
      <w:r/>
    </w:p>
    <w:p>
      <w:r/>
      <w:r>
        <w:t>That combination of fantasy and personal history gives the book unusual emotional weight. Readers aren't simply being invited into imagined worlds; they're being shown how those worlds were made, and why they mattered.</w:t>
      </w:r>
      <w:r/>
    </w:p>
    <w:p>
      <w:pPr>
        <w:pStyle w:val="Heading2"/>
      </w:pPr>
      <w:r>
        <w:t>Why the personal notes matter</w:t>
      </w:r>
      <w:r/>
    </w:p>
    <w:p>
      <w:r/>
      <w:r>
        <w:t>Anthologies can sometimes feel like a row of closed doors, with little sense of what connects one story to the next. Here, the personal notes about Renley's life and the circumstances behind the writing offer a more intimate thread.</w:t>
      </w:r>
      <w:r/>
    </w:p>
    <w:p>
      <w:r/>
      <w:r>
        <w:t xml:space="preserve">That context won't replace the stories themselves, of course, but it can change how they're read. A character, image or unfinished passage may carry an added resonance when readers understand something about the person who began it. The Kickstarter description presents the project as a memorial as well as a finished book, which makes the extras feel meaningful rather than decorative. </w:t>
      </w:r>
      <w:hyperlink r:id="rId9">
        <w:r>
          <w:rPr>
            <w:color w:val="0000EE"/>
            <w:u w:val="single"/>
          </w:rPr>
          <w:t>[2]</w:t>
        </w:r>
      </w:hyperlink>
      <w:r/>
    </w:p>
    <w:p>
      <w:r/>
      <w:r>
        <w:t>There is something quietly powerful about that approach. It allows the collection to honour a life without reducing Renley to a biography, keeping his creative work at the centre.</w:t>
      </w:r>
      <w:r/>
    </w:p>
    <w:p>
      <w:pPr>
        <w:pStyle w:val="Heading2"/>
      </w:pPr>
      <w:r>
        <w:t>Queer storytelling finds room to gather</w:t>
      </w:r>
      <w:r/>
    </w:p>
    <w:p>
      <w:r/>
      <w:r>
        <w:t>The project arrives at a time when queer publishing is increasingly embracing community-led work, independent campaigns and stories that sit outside conventional genre boundaries. Fantasy, in particular, offers room to explore identity, belonging and transformation without having to explain every feeling in realist terms.</w:t>
      </w:r>
      <w:r/>
    </w:p>
    <w:p>
      <w:r/>
      <w:r>
        <w:t xml:space="preserve">That wider spirit also appears in the queer storytelling events promoted by Wham! Bam! Thank You! Slam!, which invites writers and performers to share coming-out experiences during National Coming Out Month. Its public calendar shows how story slams can create informal, welcoming spaces for different kinds of queer voices. </w:t>
      </w:r>
      <w:hyperlink r:id="rId10">
        <w:r>
          <w:rPr>
            <w:color w:val="0000EE"/>
            <w:u w:val="single"/>
          </w:rPr>
          <w:t>[3]</w:t>
        </w:r>
      </w:hyperlink>
      <w:r>
        <w:t xml:space="preserve"> </w:t>
      </w:r>
      <w:hyperlink r:id="rId11">
        <w:r>
          <w:rPr>
            <w:color w:val="0000EE"/>
            <w:u w:val="single"/>
          </w:rPr>
          <w:t>[4]</w:t>
        </w:r>
      </w:hyperlink>
      <w:r/>
    </w:p>
    <w:p>
      <w:r/>
      <w:r>
        <w:t>The formats are different, but the impulse is similar: make room for stories that have often been sidelined. One does it through a beautifully produced book, the other through a live microphone and a room full of listeners.</w:t>
      </w:r>
      <w:r/>
    </w:p>
    <w:p>
      <w:pPr>
        <w:pStyle w:val="Heading2"/>
      </w:pPr>
      <w:r>
        <w:t>How to support an independent book project</w:t>
      </w:r>
      <w:r/>
    </w:p>
    <w:p>
      <w:r/>
      <w:r>
        <w:t xml:space="preserve">For readers considering the collection, the Kickstarter page is the sensible first stop. Check the available pledge levels, delivery information and any listed rewards before backing, particularly if you're interested in signed copies, illustrated material or campaign-only extras. </w:t>
      </w:r>
      <w:hyperlink r:id="rId9">
        <w:r>
          <w:rPr>
            <w:color w:val="0000EE"/>
            <w:u w:val="single"/>
          </w:rPr>
          <w:t>[2]</w:t>
        </w:r>
      </w:hyperlink>
      <w:r/>
    </w:p>
    <w:p>
      <w:r/>
      <w:r>
        <w:t>It also helps to think about what you're supporting. Independent campaigns often fund not just printing, but editing, artwork, fulfilment and the practical work of bringing a niche project to readers. In this case, backing the book also helps preserve a creative partnership that might otherwise have remained unfinished.</w:t>
      </w:r>
      <w:r/>
    </w:p>
    <w:p>
      <w:r/>
      <w:r>
        <w:t>If you're buying for someone else, the subject matter makes it a thoughtful choice for readers who enjoy queer fantasy, literary memorials or small-press publishing with a strong human story behind it.</w:t>
      </w:r>
      <w:r/>
    </w:p>
    <w:p>
      <w:pPr>
        <w:pStyle w:val="Heading2"/>
      </w:pPr>
      <w:r>
        <w:t>A reminder that unfinished work can still live</w:t>
      </w:r>
      <w:r/>
    </w:p>
    <w:p>
      <w:r/>
      <w:r>
        <w:t>There can be pressure to treat completed books as the only books that count. This project gently challenges that idea. Completing selected unfinished stories doesn't erase the gaps left by Renley's death; it acknowledges them while allowing the work to continue reaching people.</w:t>
      </w:r>
      <w:r/>
    </w:p>
    <w:p>
      <w:r/>
      <w:r>
        <w:t>That feels especially fitting for fantasy, a genre built around transformation, echoes and the possibility that something lost can take another form. The result may be polished, but its emotional force comes from knowing that it began as a shared act of imagination.</w:t>
      </w:r>
      <w:r/>
    </w:p>
    <w:p>
      <w:r/>
      <w:r>
        <w:t>For readers, the collection offers a chance to encounter new queer fantasy while taking part in something more personal: helping a family preserve a voice, one story at a time.</w:t>
      </w:r>
      <w:r/>
    </w:p>
    <w:p>
      <w:r/>
      <w:r>
        <w:t>It's a heartfelt way to help unfinished stories find their readers.</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Paragraph 12: </w:t>
      </w:r>
      <w:hyperlink r:id="rId9">
        <w:r>
          <w:rPr>
            <w:color w:val="0000EE"/>
            <w:u w:val="single"/>
          </w:rPr>
          <w:t>[2]</w:t>
        </w:r>
      </w:hyperlink>
      <w:r>
        <w:t xml:space="preserve">- Paragraph 13: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https://qstack.substack.com/p/the-constellation-of-forgotten-things</w:t>
        </w:r>
      </w:hyperlink>
      <w:r>
        <w:t xml:space="preserve"> - Please view link - unable to able to access data</w:t>
      </w:r>
      <w:r/>
    </w:p>
    <w:p>
      <w:pPr>
        <w:pStyle w:val="ListNumber"/>
        <w:spacing w:line="240" w:lineRule="auto"/>
        <w:ind w:left="720"/>
      </w:pPr>
      <w:r/>
      <w:hyperlink r:id="rId9">
        <w:r>
          <w:rPr>
            <w:color w:val="0000EE"/>
            <w:u w:val="single"/>
          </w:rPr>
          <w:t>https://www.kickstarter.com/projects/renleyandtiffany/the-constellation-of-forgotten-things</w:t>
        </w:r>
      </w:hyperlink>
      <w:r>
        <w:t xml:space="preserve"> - This Kickstarter campaign supports 'The Constellation of Forgotten Things,' a collection of LGBTQ-centered fantasy short stories co-authored by Tiffany Chu and her adopted queer son, Renley. Renley passed away before completing the collection, and Tiffany finished his incomplete stories as a tribute. The book features illustrations and personal notes about Ren's life and the context of the writing. The campaign offers various rewards, including signed copies and exclusive content. Supporters can contribute to bring this heartfelt project to life.</w:t>
      </w:r>
      <w:r/>
    </w:p>
    <w:p>
      <w:pPr>
        <w:pStyle w:val="ListNumber"/>
        <w:spacing w:line="240" w:lineRule="auto"/>
        <w:ind w:left="720"/>
      </w:pPr>
      <w:r/>
      <w:hyperlink r:id="rId10">
        <w:r>
          <w:rPr>
            <w:color w:val="0000EE"/>
            <w:u w:val="single"/>
          </w:rPr>
          <w:t>https://www.whambamthankyouslam.com/</w:t>
        </w:r>
      </w:hyperlink>
      <w:r>
        <w:t xml:space="preserve"> - Wham! Bam! Thank You! Slam! is a monthly feminist story slam on Zoom, created by Nan Tepper. It provides a platform for feminist writers to share their stories, fostering community and self-expression. The slam is inclusive, welcoming women, trans and cis, nonbinary, intersex individuals, and people of color. Men are invited to attend as audience members. The event is non-competitive, aiming to empower storytellers and connect like-minded voices. Each month features a different theme, encouraging diverse narratives.</w:t>
      </w:r>
      <w:r/>
    </w:p>
    <w:p>
      <w:pPr>
        <w:pStyle w:val="ListNumber"/>
        <w:spacing w:line="240" w:lineRule="auto"/>
        <w:ind w:left="720"/>
      </w:pPr>
      <w:r/>
      <w:hyperlink r:id="rId11">
        <w:r>
          <w:rPr>
            <w:color w:val="0000EE"/>
            <w:u w:val="single"/>
          </w:rPr>
          <w:t>https://www.whambamthankyouslam.com/p/slam-calendar-themes?action=share</w:t>
        </w:r>
      </w:hyperlink>
      <w:r>
        <w:t xml:space="preserve"> - The Wham! Bam! Thank You! Slam! calendar outlines upcoming themes for their monthly story slams. Themes include 'Sister Suffragette,' 'Who You Calling Disabled?,' and 'Coming Out Stories.' Each event invites storytellers to share narratives aligned with the theme, fostering community engagement and personal expression. The calendar also highlights special events, such as book launches and collaborations with authors. The slam is open to all, with options for free attendance or paid subscriptions to support the initiative.</w:t>
      </w:r>
      <w:r/>
    </w:p>
    <w:p>
      <w:pPr>
        <w:pStyle w:val="ListNumber"/>
        <w:spacing w:line="240" w:lineRule="auto"/>
        <w:ind w:left="720"/>
      </w:pPr>
      <w:r/>
      <w:hyperlink r:id="rId13">
        <w:r>
          <w:rPr>
            <w:color w:val="0000EE"/>
            <w:u w:val="single"/>
          </w:rPr>
          <w:t>https://www.whambamthankyouslam.com/p/freedom-or-fear-the-replay</w:t>
        </w:r>
      </w:hyperlink>
      <w:r>
        <w:t xml:space="preserve"> - 'Freedom or Fear? The Replay' is a recorded session of the Wham! Bam! Thank You! Slam! event held on August 15, 2026. The theme explored the complexities of freedom and fear, with storytellers sharing personal narratives on the subject. The replay is available for viewing on the Wham! Bam! Thank You! Slam! website, offering insights into the diverse experiences and perspectives of the participants. The event is part of a series of monthly story slams that aim to empower and connect feminist writers.</w:t>
      </w:r>
      <w:r/>
    </w:p>
    <w:p>
      <w:pPr>
        <w:pStyle w:val="ListNumber"/>
        <w:spacing w:line="240" w:lineRule="auto"/>
        <w:ind w:left="720"/>
      </w:pPr>
      <w:r/>
      <w:hyperlink r:id="rId14">
        <w:r>
          <w:rPr>
            <w:color w:val="0000EE"/>
            <w:u w:val="single"/>
          </w:rPr>
          <w:t>https://www.whambamthankyouslam.com/p/wham-bam-book-slam-with-jill-swenson</w:t>
        </w:r>
      </w:hyperlink>
      <w:r>
        <w:t xml:space="preserve"> - 'Wham! Bam! Book! Slam!' is a free event featuring author Jill Swenson and guests Elizabeth Rynecki and Susan J Tweit. The event includes readings, discussions, and opportunities to support the authors by purchasing their books. The Wham! Bam! Thank You! Slam! series offers free access to these events, with options for paid subscriptions to support the initiative. The event is part of a series of monthly story slams that aim to empower and connect feminist writers.</w:t>
      </w:r>
      <w:r/>
    </w:p>
    <w:p>
      <w:pPr>
        <w:pStyle w:val="ListNumber"/>
        <w:spacing w:line="240" w:lineRule="auto"/>
        <w:ind w:left="720"/>
      </w:pPr>
      <w:r/>
      <w:hyperlink r:id="rId15">
        <w:r>
          <w:rPr>
            <w:color w:val="0000EE"/>
            <w:u w:val="single"/>
          </w:rPr>
          <w:t>https://www.austinchronicle.com/arts/wham-bam-thank-you-slam-11734233/</w:t>
        </w:r>
      </w:hyperlink>
      <w:r>
        <w:t xml:space="preserve"> - An article from the Austin Chronicle discusses the Wham! Bam! Thank You! Slam! event, highlighting its role in fostering community through storytelling. The piece emphasizes the importance of sharing personal narratives to build self-esteem and connection. It also touches upon the event's inclusivity and its focus on feminist values. The article provides insights into the impact of the slam on participants and the broader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ickstarter.com/projects/renleyandtiffany/the-constellation-of-forgotten-things" TargetMode="External"/><Relationship Id="rId10" Type="http://schemas.openxmlformats.org/officeDocument/2006/relationships/hyperlink" Target="https://www.whambamthankyouslam.com/" TargetMode="External"/><Relationship Id="rId11" Type="http://schemas.openxmlformats.org/officeDocument/2006/relationships/hyperlink" Target="https://www.whambamthankyouslam.com/p/slam-calendar-themes?action=share" TargetMode="External"/><Relationship Id="rId12" Type="http://schemas.openxmlformats.org/officeDocument/2006/relationships/hyperlink" Target="https://qstack.substack.com/p/the-constellation-of-forgotten-things" TargetMode="External"/><Relationship Id="rId13" Type="http://schemas.openxmlformats.org/officeDocument/2006/relationships/hyperlink" Target="https://www.whambamthankyouslam.com/p/freedom-or-fear-the-replay" TargetMode="External"/><Relationship Id="rId14" Type="http://schemas.openxmlformats.org/officeDocument/2006/relationships/hyperlink" Target="https://www.whambamthankyouslam.com/p/wham-bam-book-slam-with-jill-swenson" TargetMode="External"/><Relationship Id="rId15" Type="http://schemas.openxmlformats.org/officeDocument/2006/relationships/hyperlink" Target="https://www.austinchronicle.com/arts/wham-bam-thank-you-slam-117342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