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cultural activities in Nice beyond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residents looking for LGBTQ+ life in Nice are finding more than Pride, beaches and late-night venues. Polychromes, a long-running cultural association on the French Riviera, brings people together through cinema, theatre, music, writing, dance and relaxed social events, offering a warmer, more creative route into the local community.</w:t>
      </w:r>
      <w:r/>
    </w:p>
    <w:p>
      <w:pPr>
        <w:pStyle w:val="Heading2"/>
      </w:pPr>
      <w:r>
        <w:t>Essential Takeaways</w:t>
      </w:r>
      <w:r/>
      <w:r/>
    </w:p>
    <w:p>
      <w:pPr>
        <w:pStyle w:val="ListBullet"/>
        <w:spacing w:line="240" w:lineRule="auto"/>
        <w:ind w:left="720"/>
      </w:pPr>
      <w:r/>
      <w:r>
        <w:rPr>
          <w:b/>
        </w:rPr>
        <w:t>Culture-led community:</w:t>
      </w:r>
      <w:r>
        <w:t xml:space="preserve"> Polychromes connects LGBTQIA+ people through creative activities and social gatherings.</w:t>
      </w:r>
      <w:r/>
    </w:p>
    <w:p>
      <w:pPr>
        <w:pStyle w:val="ListBullet"/>
        <w:spacing w:line="240" w:lineRule="auto"/>
        <w:ind w:left="720"/>
      </w:pPr>
      <w:r/>
      <w:r>
        <w:rPr>
          <w:b/>
        </w:rPr>
        <w:t>Regional film festival:</w:t>
      </w:r>
      <w:r>
        <w:t xml:space="preserve"> ZEFestival showcases LGBTQ+ cinema across Nice and the wider south of France.</w:t>
      </w:r>
      <w:r/>
    </w:p>
    <w:p>
      <w:pPr>
        <w:pStyle w:val="ListBullet"/>
        <w:spacing w:line="240" w:lineRule="auto"/>
        <w:ind w:left="720"/>
      </w:pPr>
      <w:r/>
      <w:r>
        <w:rPr>
          <w:b/>
        </w:rPr>
        <w:t>Many ways to join in:</w:t>
      </w:r>
      <w:r>
        <w:t xml:space="preserve"> Choir, theatre, queer tango and writing workshops offer different levels of participation.</w:t>
      </w:r>
      <w:r/>
    </w:p>
    <w:p>
      <w:pPr>
        <w:pStyle w:val="ListBullet"/>
        <w:spacing w:line="240" w:lineRule="auto"/>
        <w:ind w:left="720"/>
      </w:pPr>
      <w:r/>
      <w:r>
        <w:rPr>
          <w:b/>
        </w:rPr>
        <w:t>A quieter social option:</w:t>
      </w:r>
      <w:r>
        <w:t xml:space="preserve"> Events can suit people who'd rather meet others outside bars and clubs.</w:t>
      </w:r>
      <w:r/>
    </w:p>
    <w:p>
      <w:pPr>
        <w:pStyle w:val="ListBullet"/>
        <w:spacing w:line="240" w:lineRule="auto"/>
        <w:ind w:left="720"/>
      </w:pPr>
      <w:r/>
      <w:r>
        <w:rPr>
          <w:b/>
        </w:rPr>
        <w:t>Activism remains central:</w:t>
      </w:r>
      <w:r>
        <w:t xml:space="preserve"> Cultural programming sits alongside visibility, remembrance and community-building work.</w:t>
      </w:r>
      <w:r/>
      <w:r/>
    </w:p>
    <w:p>
      <w:pPr>
        <w:pStyle w:val="Heading2"/>
      </w:pPr>
      <w:r>
        <w:t>Nice's LGBTQ+ scene has a creative side</w:t>
      </w:r>
      <w:r/>
    </w:p>
    <w:p>
      <w:r/>
      <w:r>
        <w:t>The Riviera's LGBTQ+ scene can look, at first glance, like a familiar mix of Pride marches, bars, clubs and summer gatherings. But scratch beneath the surface and there's a more thoughtful, hands-on community taking shape through art, conversation and shared interests.</w:t>
      </w:r>
      <w:r/>
    </w:p>
    <w:p>
      <w:r/>
      <w:r>
        <w:t>Polychromes has helped build that space since its foundation in 2007. According to the association's own presentation, its purpose is to promote LGBTQIA+ cultures for and by everyone, with an approach that combines culture, social connection and activism.</w:t>
      </w:r>
      <w:r/>
    </w:p>
    <w:p>
      <w:r/>
      <w:r>
        <w:t>That mix gives the organisation a distinctly welcoming feel. You don't need to arrive with a campaign idea, a stage-ready performance or an encyclopaedic knowledge of queer cinema. Sometimes an interest in singing, writing or simply meeting people is quite enough.</w:t>
      </w:r>
      <w:r/>
    </w:p>
    <w:p>
      <w:pPr>
        <w:pStyle w:val="Heading2"/>
      </w:pPr>
      <w:r>
        <w:t>ZEFestival puts LGBTQ+ cinema in the spotlight</w:t>
      </w:r>
      <w:r/>
    </w:p>
    <w:p>
      <w:r/>
      <w:r>
        <w:t>Film remains Polychromes' most recognisable calling card. ZEFestival has been organised by the association since 2008, bringing LGBTQ+ stories to audiences in Nice and other cities across the region.</w:t>
      </w:r>
      <w:r/>
    </w:p>
    <w:p>
      <w:r/>
      <w:r>
        <w:t>The programme includes documentaries, features, shorts, fiction and films that may not receive much exposure through mainstream distribution. The association's festival information also highlights the value of accompanying screenings with discussion and opportunities to meet people involved in the work.</w:t>
      </w:r>
      <w:r/>
    </w:p>
    <w:p>
      <w:r/>
      <w:r>
        <w:t>That makes the experience more engaging than a standard trip to the cinema. A screening can become a conversation starter, a chance to hear a different perspective or an easy way to meet someone without the pressure of making small talk from scratch.</w:t>
      </w:r>
      <w:r/>
    </w:p>
    <w:p>
      <w:r/>
      <w:r>
        <w:t>For anyone searching for LGBTQ+ cultural events in Nice, ZEFestival is a useful place to begin. It also shows how a local project can create links across the wider Région Sud rather than staying confined to one city.</w:t>
      </w:r>
      <w:r/>
    </w:p>
    <w:p>
      <w:pPr>
        <w:pStyle w:val="Heading2"/>
      </w:pPr>
      <w:r>
        <w:t>From choir rehearsals to queer tango</w:t>
      </w:r>
      <w:r/>
    </w:p>
    <w:p>
      <w:r/>
      <w:r>
        <w:t>Polychromes' programme is refreshingly broad. Its choir welcomes participants into a musical setting that combines LGBTQ+ repertoire with more traditional songs, while theatre sessions offer a more performative route into creative expression.</w:t>
      </w:r>
      <w:r/>
    </w:p>
    <w:p>
      <w:r/>
      <w:r>
        <w:t>Then there's queer tango, which challenges the old assumption that Argentine tango must always pair a male leader with a female follower. The association's workshop presents dance as a more flexible, inclusive exchange, where roles aren't dictated by gender.</w:t>
      </w:r>
      <w:r/>
    </w:p>
    <w:p>
      <w:r/>
      <w:r>
        <w:t>The variety matters because people connect in different ways. One person might love the lively energy of a rehearsal, while another would prefer a writing table, a theatre exercise or an evening spent discussing culture. Polychromes creates several doors into the same community.</w:t>
      </w:r>
      <w:r/>
    </w:p>
    <w:p>
      <w:r/>
      <w:r>
        <w:t>The association's LGBTQ+ theatre and tango programmes offer a useful reminder that participation doesn't have to mean being the loudest person in the room. You can learn at your own pace, try something new and let confidence arrive gradually.</w:t>
      </w:r>
      <w:r/>
    </w:p>
    <w:p>
      <w:pPr>
        <w:pStyle w:val="Heading2"/>
      </w:pPr>
      <w:r>
        <w:t>A social life beyond bars and clubs</w:t>
      </w:r>
      <w:r/>
    </w:p>
    <w:p>
      <w:r/>
      <w:r>
        <w:t>Not everyone wants to walk into a noisy venue alone, especially when they're new to Nice or still finding their feet. Cultural workshops and informal gatherings can make that first step feel far less daunting because the activity itself gives people something to talk about.</w:t>
      </w:r>
      <w:r/>
    </w:p>
    <w:p>
      <w:r/>
      <w:r>
        <w:t>Polychromes' writing workshop is one example. According to the association's programme, it provides a creative setting for LGBTQ+ expression, giving participants a chance to explore ideas and experiences through words rather than relying on the usual nightlife script.</w:t>
      </w:r>
      <w:r/>
    </w:p>
    <w:p>
      <w:r/>
      <w:r>
        <w:t>The same principle applies to social events and cultural outings. You might arrive for the film, the rehearsal or the workshop, then find yourself staying for the conversation afterwards. That's often how friendships form in real life: quietly, over a shared interest, with considerably less awkwardness than a forced introduction.</w:t>
      </w:r>
      <w:r/>
    </w:p>
    <w:p>
      <w:r/>
      <w:r>
        <w:t>For visitors, newcomers and locals who want a gentler way to meet people, these activities could be among the best LGBTQ+ community events in Nice. Check current schedules before travelling, as workshops and festival dates can change.</w:t>
      </w:r>
      <w:r/>
    </w:p>
    <w:p>
      <w:pPr>
        <w:pStyle w:val="Heading2"/>
      </w:pPr>
      <w:r>
        <w:t>Culture, visibility and activism belong together</w:t>
      </w:r>
      <w:r/>
    </w:p>
    <w:p>
      <w:r/>
      <w:r>
        <w:t>Polychromes isn't simply an arts group with a rainbow-coloured logo. Its work also connects with wider LGBTQIA+ awareness and remembrance, helping keep visibility and community history part of everyday life.</w:t>
      </w:r>
      <w:r/>
    </w:p>
    <w:p>
      <w:r/>
      <w:r>
        <w:t>That relationship between culture and activism is important. A film can make a neglected story visible, a performance can build confidence, and a social evening can help someone feel less isolated. None of those acts looks dramatic on its own, but together they create a stronger community.</w:t>
      </w:r>
      <w:r/>
    </w:p>
    <w:p>
      <w:r/>
      <w:r>
        <w:t>The association also sits within a wider network of LGBTQ+ organisations and events in Nice. That broader ecosystem matters because no single group can represent every identity, age, interest or experience. Polychromes' particular contribution is its focus on creativity, participation and the pleasure of spending time together.</w:t>
      </w:r>
      <w:r/>
    </w:p>
    <w:p>
      <w:r/>
      <w:r>
        <w:t>And that's perhaps its most appealing quality. Community doesn't always arrive with a megaphone or a march; sometimes it arrives with a song sheet, a notebook, a film ticket or a pair of dance shoes.</w:t>
      </w:r>
      <w:r/>
    </w:p>
    <w:p>
      <w:pPr>
        <w:pStyle w:val="Heading2"/>
      </w:pPr>
      <w:r>
        <w:t>How to get involved in Polychromes</w:t>
      </w:r>
      <w:r/>
    </w:p>
    <w:p>
      <w:r/>
      <w:r>
        <w:t>The simplest approach is to start with the activity that feels most natural. Film fans can look out for ZEFestival, while singers, writers, actors and dancers can explore the relevant workshops. If you're unsure, a social or cultural event may be the least intimidating introduction.</w:t>
      </w:r>
      <w:r/>
    </w:p>
    <w:p>
      <w:r/>
      <w:r>
        <w:t>It's worth checking the official Polychromes website for current dates, registration details and any practical requirements. Some activities may need advance booking, and schedules can vary during festival periods or holiday months.</w:t>
      </w:r>
      <w:r/>
    </w:p>
    <w:p>
      <w:r/>
      <w:r>
        <w:t>Above all, you don't have to define yourself as an activist or performer before attending. The association's appeal lies in making room for curiosity. You can try one event, return if it feels right and gradually build a connection with Nice's LGBTQ+ cultural life.</w:t>
      </w:r>
      <w:r/>
    </w:p>
    <w:p>
      <w:r/>
      <w:r>
        <w:t>There may be no grand entrance, just a room, a few new faces and the pleasant surprise of feeling at home.</w:t>
      </w:r>
      <w:r/>
    </w:p>
    <w:p>
      <w:r/>
      <w:r>
        <w:t>It's a small but meaningful way to find your people in Nice.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[4]</w:t>
        </w:r>
      </w:hyperlink>
      <w:r>
        <w:t xml:space="preserve">, </w:t>
      </w:r>
      <w:hyperlink r:id="rId14">
        <w:r>
          <w:rPr>
            <w:color w:val="0000EE"/>
            <w:u w:val="single"/>
          </w:rPr>
          <w:t>[6]</w:t>
        </w:r>
      </w:hyperlink>
      <w:r>
        <w:t xml:space="preserve">- Paragraph 5: </w:t>
      </w:r>
      <w:hyperlink r:id="rId12">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0">
        <w:r>
          <w:rPr>
            <w:color w:val="0000EE"/>
            <w:u w:val="single"/>
          </w:rPr>
          <w:t>[2]</w:t>
        </w:r>
      </w:hyperlink>
      <w:r>
        <w:t xml:space="preserve">, </w:t>
      </w:r>
      <w:hyperlink r:id="rId12">
        <w:r>
          <w:rPr>
            <w:color w:val="0000EE"/>
            <w:u w:val="single"/>
          </w:rPr>
          <w:t>[5]</w:t>
        </w:r>
      </w:hyperlink>
      <w:r>
        <w:t xml:space="preserve">- Paragraph 17: </w:t>
      </w:r>
      <w:hyperlink r:id="rId11">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https://riviera-buzz.com/polychromes-a-hub-for-lgbtq-culture-community-and-activism-in-nice/</w:t>
        </w:r>
      </w:hyperlink>
      <w:r>
        <w:t xml:space="preserve"> - Please view link - unable to able to access data</w:t>
      </w:r>
      <w:r/>
    </w:p>
    <w:p>
      <w:pPr>
        <w:pStyle w:val="ListNumber"/>
        <w:spacing w:line="240" w:lineRule="auto"/>
        <w:ind w:left="720"/>
      </w:pPr>
      <w:r/>
      <w:hyperlink r:id="rId10">
        <w:r>
          <w:rPr>
            <w:color w:val="0000EE"/>
            <w:u w:val="single"/>
          </w:rPr>
          <w:t>https://www.polychromes.fr/index.php/qui-sommes-nous</w:t>
        </w:r>
      </w:hyperlink>
      <w:r>
        <w:t xml:space="preserve"> - Polychromes is a cultural LGBTQIA+ association based in Nice, founded in 2007. Its mission is to promote all LGBTQIA+ cultures for everyone, offering activities such as a choir, theatre workshops, writing games, exhibitions, social outings, and cultural events. The association also participates in LGBTQIA+ awareness and remembrance days, including International Women's Day, Lesbian Visibility Day, International Day Against Homophobia, Biphobia and Transphobia, Trans Day of Remembrance, and World AIDS Day. Additionally, Polychromes organises ZEFESTIVAL, an LGBTQIA+ film festival. (</w:t>
      </w:r>
      <w:hyperlink r:id="rId16">
        <w:r>
          <w:rPr>
            <w:color w:val="0000EE"/>
            <w:u w:val="single"/>
          </w:rPr>
          <w:t>polychromes.fr</w:t>
        </w:r>
      </w:hyperlink>
      <w:r>
        <w:t>)</w:t>
      </w:r>
      <w:r/>
    </w:p>
    <w:p>
      <w:pPr>
        <w:pStyle w:val="ListNumber"/>
        <w:spacing w:line="240" w:lineRule="auto"/>
        <w:ind w:left="720"/>
      </w:pPr>
      <w:r/>
      <w:hyperlink r:id="rId11">
        <w:r>
          <w:rPr>
            <w:color w:val="0000EE"/>
            <w:u w:val="single"/>
          </w:rPr>
          <w:t>https://www.polychromes.fr/index.php/component/zoo/item/ze-festival</w:t>
        </w:r>
      </w:hyperlink>
      <w:r>
        <w:t xml:space="preserve"> - ZEFESTIVAL is an LGBTQIA+ film festival organised by Polychromes since 2008. It takes place in various cities across the South of France, including Nice, Marseille, Toulon, Avignon, and Seillans. The festival features a diverse selection of LGBTQIA+ cinema, including documentaries, fiction, short films, and feature-length productions, often accompanied by discussions or meetings with filmmakers. (</w:t>
      </w:r>
      <w:hyperlink r:id="rId17">
        <w:r>
          <w:rPr>
            <w:color w:val="0000EE"/>
            <w:u w:val="single"/>
          </w:rPr>
          <w:t>polychromes.fr</w:t>
        </w:r>
      </w:hyperlink>
      <w:r>
        <w:t>)</w:t>
      </w:r>
      <w:r/>
    </w:p>
    <w:p>
      <w:pPr>
        <w:pStyle w:val="ListNumber"/>
        <w:spacing w:line="240" w:lineRule="auto"/>
        <w:ind w:left="720"/>
      </w:pPr>
      <w:r/>
      <w:hyperlink r:id="rId13">
        <w:r>
          <w:rPr>
            <w:color w:val="0000EE"/>
            <w:u w:val="single"/>
          </w:rPr>
          <w:t>https://www.polychromes.fr/index.php/component/zoo/item/le-choeur-de-polychromes</w:t>
        </w:r>
      </w:hyperlink>
      <w:r>
        <w:t xml:space="preserve"> - The Polychromes choir is open to everyone and combines LGBTQIA+ repertoire with more traditional music. Rehearsals are held at the Maison des Associations in Nice on Wednesdays from 7:00 PM to 9:00 PM. The choir is led by Jennifer Pellagaud and offers a welcoming environment for all participants. (</w:t>
      </w:r>
      <w:hyperlink r:id="rId18">
        <w:r>
          <w:rPr>
            <w:color w:val="0000EE"/>
            <w:u w:val="single"/>
          </w:rPr>
          <w:t>polychromes.fr</w:t>
        </w:r>
      </w:hyperlink>
      <w:r>
        <w:t>)</w:t>
      </w:r>
      <w:r/>
    </w:p>
    <w:p>
      <w:pPr>
        <w:pStyle w:val="ListNumber"/>
        <w:spacing w:line="240" w:lineRule="auto"/>
        <w:ind w:left="720"/>
      </w:pPr>
      <w:r/>
      <w:hyperlink r:id="rId12">
        <w:r>
          <w:rPr>
            <w:color w:val="0000EE"/>
            <w:u w:val="single"/>
          </w:rPr>
          <w:t>https://www.polychromes.fr/index.php/component/zoo/item/atelier-theatre-lgbtq</w:t>
        </w:r>
      </w:hyperlink>
      <w:r>
        <w:t xml:space="preserve"> - Polychromes offers LGBTQIA+ theatre workshops in Nice, providing a space for artistic expression through theatrical play. These workshops aim to help participants step out of their daily routines, develop their imagination, and enjoy the art of theatre. (</w:t>
      </w:r>
      <w:hyperlink r:id="rId18">
        <w:r>
          <w:rPr>
            <w:color w:val="0000EE"/>
            <w:u w:val="single"/>
          </w:rPr>
          <w:t>polychromes.fr</w:t>
        </w:r>
      </w:hyperlink>
      <w:r>
        <w:t>)</w:t>
      </w:r>
      <w:r/>
    </w:p>
    <w:p>
      <w:pPr>
        <w:pStyle w:val="ListNumber"/>
        <w:spacing w:line="240" w:lineRule="auto"/>
        <w:ind w:left="720"/>
      </w:pPr>
      <w:r/>
      <w:hyperlink r:id="rId14">
        <w:r>
          <w:rPr>
            <w:color w:val="0000EE"/>
            <w:u w:val="single"/>
          </w:rPr>
          <w:t>https://www.polychromes.fr/index.php/component/zoo/item/atelier-tango-queer</w:t>
        </w:r>
      </w:hyperlink>
      <w:r>
        <w:t xml:space="preserve"> - The Queer Tango programme at Polychromes offers an inclusive approach to Argentine tango, moving away from traditional gender roles in dancing couples. This programme allows participants to dance without the conventional 'lead' and 'follow' roles, promoting a more inclusive and flexible dance experience. (</w:t>
      </w:r>
      <w:hyperlink r:id="rId18">
        <w:r>
          <w:rPr>
            <w:color w:val="0000EE"/>
            <w:u w:val="single"/>
          </w:rPr>
          <w:t>polychromes.fr</w:t>
        </w:r>
      </w:hyperlink>
      <w:r>
        <w:t>)</w:t>
      </w:r>
      <w:r/>
    </w:p>
    <w:p>
      <w:pPr>
        <w:pStyle w:val="ListNumber"/>
        <w:spacing w:line="240" w:lineRule="auto"/>
        <w:ind w:left="720"/>
      </w:pPr>
      <w:r/>
      <w:hyperlink r:id="rId15">
        <w:r>
          <w:rPr>
            <w:color w:val="0000EE"/>
            <w:u w:val="single"/>
          </w:rPr>
          <w:t>https://www.polychromes.fr/index.php/component/zoo/item/atelier-ecriture-lgbtq</w:t>
        </w:r>
      </w:hyperlink>
      <w:r>
        <w:t xml:space="preserve"> - Polychromes provides LGBTQIA+ writing workshops, offering a platform for creative expression and literary exploration within the community. These workshops encourage participants to engage with writing in a supportive and inclusive environment. (</w:t>
      </w:r>
      <w:hyperlink r:id="rId18">
        <w:r>
          <w:rPr>
            <w:color w:val="0000EE"/>
            <w:u w:val="single"/>
          </w:rPr>
          <w:t>polychromes.fr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iviera-buzz.com/polychromes-a-hub-for-lgbtq-culture-community-and-activism-in-nice/" TargetMode="External"/><Relationship Id="rId10" Type="http://schemas.openxmlformats.org/officeDocument/2006/relationships/hyperlink" Target="https://www.polychromes.fr/index.php/qui-sommes-nous" TargetMode="External"/><Relationship Id="rId11" Type="http://schemas.openxmlformats.org/officeDocument/2006/relationships/hyperlink" Target="https://www.polychromes.fr/index.php/component/zoo/item/ze-festival" TargetMode="External"/><Relationship Id="rId12" Type="http://schemas.openxmlformats.org/officeDocument/2006/relationships/hyperlink" Target="https://www.polychromes.fr/index.php/component/zoo/item/atelier-theatre-lgbtq" TargetMode="External"/><Relationship Id="rId13" Type="http://schemas.openxmlformats.org/officeDocument/2006/relationships/hyperlink" Target="https://www.polychromes.fr/index.php/component/zoo/item/le-choeur-de-polychromes" TargetMode="External"/><Relationship Id="rId14" Type="http://schemas.openxmlformats.org/officeDocument/2006/relationships/hyperlink" Target="https://www.polychromes.fr/index.php/component/zoo/item/atelier-tango-queer" TargetMode="External"/><Relationship Id="rId15" Type="http://schemas.openxmlformats.org/officeDocument/2006/relationships/hyperlink" Target="https://www.polychromes.fr/index.php/component/zoo/item/atelier-ecriture-lgbtq" TargetMode="External"/><Relationship Id="rId16" Type="http://schemas.openxmlformats.org/officeDocument/2006/relationships/hyperlink" Target="https://www.polychromes.fr/index.php/qui-sommes-nous?utm_source=openai" TargetMode="External"/><Relationship Id="rId17" Type="http://schemas.openxmlformats.org/officeDocument/2006/relationships/hyperlink" Target="https://www.polychromes.fr/index.php/component/zoo/item/ze-festival?utm_source=openai" TargetMode="External"/><Relationship Id="rId18" Type="http://schemas.openxmlformats.org/officeDocument/2006/relationships/hyperlink" Target="https://www.polychromes.fr/index.php/component/zoo/item/le-choeur-de-polychrom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