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Beau Greaves Opens Up About Coming Out in Professional Darts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Beau Greaves has spoken publicly about being gay after facing vulgar online abuse, bringing fresh attention to inclusion in professional darts. The three-time women’s world champion, who’s also making history against male opponents, says support from her girlfriend Shan and family has helped her embrace life in the spotlight.</w:t>
      </w:r>
      <w:r/>
    </w:p>
    <w:p>
      <w:pPr>
        <w:pStyle w:val="Heading2"/>
      </w:pPr>
      <w:r>
        <w:t>Essential Takeaways</w:t>
      </w:r>
      <w:r/>
      <w:r/>
    </w:p>
    <w:p>
      <w:pPr>
        <w:pStyle w:val="ListBullet"/>
        <w:spacing w:line="240" w:lineRule="auto"/>
        <w:ind w:left="720"/>
      </w:pPr>
      <w:r/>
      <w:r>
        <w:rPr>
          <w:b/>
        </w:rPr>
        <w:t>A rising star:</w:t>
      </w:r>
      <w:r>
        <w:t xml:space="preserve"> Greaves, 22, is a three-time women’s world champion with more than $500,000 in career prize money.</w:t>
      </w:r>
      <w:r/>
    </w:p>
    <w:p>
      <w:pPr>
        <w:pStyle w:val="ListBullet"/>
        <w:spacing w:line="240" w:lineRule="auto"/>
        <w:ind w:left="720"/>
      </w:pPr>
      <w:r/>
      <w:r>
        <w:rPr>
          <w:b/>
        </w:rPr>
        <w:t>Historic results:</w:t>
      </w:r>
      <w:r>
        <w:t xml:space="preserve"> She’s beaten leading male players, won a PDC ranking title and recorded landmark victories on the Pro Tour.</w:t>
      </w:r>
      <w:r/>
    </w:p>
    <w:p>
      <w:pPr>
        <w:pStyle w:val="ListBullet"/>
        <w:spacing w:line="240" w:lineRule="auto"/>
        <w:ind w:left="720"/>
      </w:pPr>
      <w:r/>
      <w:r>
        <w:rPr>
          <w:b/>
        </w:rPr>
        <w:t>A difficult reaction:</w:t>
      </w:r>
      <w:r>
        <w:t xml:space="preserve"> Greaves said some men posted vulgar comments after she shared a picture with Shan.</w:t>
      </w:r>
      <w:r/>
    </w:p>
    <w:p>
      <w:pPr>
        <w:pStyle w:val="ListBullet"/>
        <w:spacing w:line="240" w:lineRule="auto"/>
        <w:ind w:left="720"/>
      </w:pPr>
      <w:r/>
      <w:r>
        <w:rPr>
          <w:b/>
        </w:rPr>
        <w:t>Support is growing:</w:t>
      </w:r>
      <w:r>
        <w:t xml:space="preserve"> LGBTQ darts network Out on the Oche has offered support, while the PDC condemned homophobia.</w:t>
      </w:r>
      <w:r/>
    </w:p>
    <w:p>
      <w:pPr>
        <w:pStyle w:val="ListBullet"/>
        <w:spacing w:line="240" w:lineRule="auto"/>
        <w:ind w:left="720"/>
      </w:pPr>
      <w:r/>
      <w:r>
        <w:rPr>
          <w:b/>
        </w:rPr>
        <w:t>Representation matters:</w:t>
      </w:r>
      <w:r>
        <w:t xml:space="preserve"> Greaves’ visibility could encourage more LGBTQ+ women and girls to take up darts.</w:t>
      </w:r>
      <w:r/>
      <w:r/>
    </w:p>
    <w:p>
      <w:pPr>
        <w:pStyle w:val="Heading2"/>
      </w:pPr>
      <w:r>
        <w:t>Beau Greaves is rewriting the darts record book</w:t>
      </w:r>
      <w:r/>
    </w:p>
    <w:p>
      <w:r/>
      <w:r>
        <w:t>Greaves is already far more than a promising young player. The Doncaster-born thrower has collected three women’s world titles, built a substantial prize-money total and climbed to her highest position on the overall PDC Order of Merit.</w:t>
      </w:r>
      <w:r/>
    </w:p>
    <w:p>
      <w:r/>
      <w:r>
        <w:t>Her breakthrough against male opposition has made the story even bigger. In April, she became the first woman to win a PDC ranking title after defeating former world champions Rob Cross, Gary Anderson and Michael Smith on the way to the trophy, according to Darts News.</w:t>
      </w:r>
      <w:r/>
    </w:p>
    <w:p>
      <w:r/>
      <w:r>
        <w:t>That run followed other striking milestones, including a victory over Luke Littler and the first nine-dart finish by a woman on the PDC Pro Tour. As Darts World has noted, her progress is arriving while the sport is drawing a broader international audience and more commercial interest.</w:t>
      </w:r>
      <w:r/>
    </w:p>
    <w:p>
      <w:pPr>
        <w:pStyle w:val="Heading2"/>
      </w:pPr>
      <w:r>
        <w:t>Coming out in the public eye brought an ugly backlash</w:t>
      </w:r>
      <w:r/>
    </w:p>
    <w:p>
      <w:r/>
      <w:r>
        <w:t>Greaves’ relationship with Shan had largely remained private until the player shared a celebratory photograph after her Pro Tour success. The warm moment quickly became more complicated when a section of the online response turned abusive.</w:t>
      </w:r>
      <w:r/>
    </w:p>
    <w:p>
      <w:r/>
      <w:r>
        <w:t>Speaking to The Observer, as reported by Outsports and Darts News, Greaves said the process had been “tough” and that she’d never experienced one formal coming-out moment. People close to her already knew, but public visibility exposed the couple to comments she described as vulgar.</w:t>
      </w:r>
      <w:r/>
    </w:p>
    <w:p>
      <w:r/>
      <w:r>
        <w:t>That reaction reflects a wider problem in darts, where social media abuse can sometimes spill out of betting frustrations. It’s a particularly grim contrast: the sport’s colourful, welcoming atmosphere can look very different when fans hide behind a screen.</w:t>
      </w:r>
      <w:r/>
    </w:p>
    <w:p>
      <w:pPr>
        <w:pStyle w:val="Heading2"/>
      </w:pPr>
      <w:r>
        <w:t>Family support has helped Greaves stay visible</w:t>
      </w:r>
      <w:r/>
    </w:p>
    <w:p>
      <w:r/>
      <w:r>
        <w:t>The player’s response has been grounded in the people closest to her. When she told her parents, their reaction was essentially that nothing had changed, while Shan remains her biggest supporter away from the oche.</w:t>
      </w:r>
      <w:r/>
    </w:p>
    <w:p>
      <w:r/>
      <w:r>
        <w:t>Greaves has also continued sharing pictures with her girlfriend rather than allowing anonymous abuse to dictate her life. That decision may look simple on Instagram, but for a high-profile athlete in a traditionally male-heavy environment, it carries real weight.</w:t>
      </w:r>
      <w:r/>
    </w:p>
    <w:p>
      <w:r/>
      <w:r>
        <w:t>Darts News has also highlighted the practical side of Greaves’ growing profile, including a sponsorship with Specsavers. Her glasses are part of her recognisable look, and she has joked that without them she can’t play properly. It’s a small, human detail in a story otherwise dominated by records and controversy.</w:t>
      </w:r>
      <w:r/>
    </w:p>
    <w:p>
      <w:pPr>
        <w:pStyle w:val="Heading2"/>
      </w:pPr>
      <w:r>
        <w:t>Out on the Oche offers a stronger support network</w:t>
      </w:r>
      <w:r/>
    </w:p>
    <w:p>
      <w:r/>
      <w:r>
        <w:t>Greaves’ visibility comes as LGBTQ representation in darts is becoming more organised. Out on the Oche, a network backed by the PDC, has grown to around 200 members and provides space for players, officials and fans.</w:t>
      </w:r>
      <w:r/>
    </w:p>
    <w:p>
      <w:r/>
      <w:r>
        <w:t>Referee Huw Ware has been a prominent figure in that work, while fellow official Lee Rodger has spoken publicly about coming out through the group’s video conversations. His experience shows that representation isn’t limited to the players standing under the brightest lights.</w:t>
      </w:r>
      <w:r/>
    </w:p>
    <w:p>
      <w:r/>
      <w:r>
        <w:t>The group condemned the abuse aimed at Greaves and Shan, warning that darts still has work to do before everyone feels equally welcome. According to Outsports, it also called for a zero-tolerance approach involving the PDC, the Darts Regulation Authority and other stakeholders.</w:t>
      </w:r>
      <w:r/>
    </w:p>
    <w:p>
      <w:pPr>
        <w:pStyle w:val="Heading2"/>
      </w:pPr>
      <w:r>
        <w:t>The sport’s response now matters</w:t>
      </w:r>
      <w:r/>
    </w:p>
    <w:p>
      <w:r/>
      <w:r>
        <w:t>The PDC has publicly condemned homophobia and all other forms of discrimination. It also pointed to its support for Stonewall’s Rainbow Laces campaign, which began in 2018, as part of its inclusion work.</w:t>
      </w:r>
      <w:r/>
    </w:p>
    <w:p>
      <w:r/>
      <w:r>
        <w:t>That backing is welcome, but public statements are only the starting point. The real test will be how quickly abusive accounts are challenged, how seriously complaints are handled and whether LGBTQ players can compete without calculating the likely cost of being open.</w:t>
      </w:r>
      <w:r/>
    </w:p>
    <w:p>
      <w:r/>
      <w:r>
        <w:t>Greaves’ achievements have already made her impossible to ignore. Her openness could make darts feel more accessible to someone watching from the sidelines, wondering whether there’s room for them too. That may be her most lasting contribution yet.</w:t>
      </w:r>
      <w:r/>
    </w:p>
    <w:p>
      <w:r/>
      <w:r>
        <w:t>It’s a small act of visibility with the power to change who feels at home in darts.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[6]</w:t>
        </w:r>
      </w:hyperlink>
      <w:r>
        <w:t xml:space="preserve">- Paragraph 3: </w:t>
      </w:r>
      <w:hyperlink r:id="rId11">
        <w:r>
          <w:rPr>
            <w:color w:val="0000EE"/>
            <w:u w:val="single"/>
          </w:rPr>
          <w:t>[6]</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3">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[5]</w:t>
        </w:r>
      </w:hyperlink>
      <w:r>
        <w:t xml:space="preserve">- Paragraph 8: </w:t>
      </w:r>
      <w:hyperlink r:id="rId14">
        <w:r>
          <w:rPr>
            <w:color w:val="0000EE"/>
            <w:u w:val="single"/>
          </w:rPr>
          <w:t>[4]</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3">
        <w:r>
          <w:rPr>
            <w:color w:val="0000EE"/>
            <w:u w:val="single"/>
          </w:rPr>
          <w:t>[5]</w:t>
        </w:r>
      </w:hyperlink>
      <w:r>
        <w:t xml:space="preserve">- Paragraph 10: </w:t>
      </w:r>
      <w:hyperlink r:id="rId9">
        <w:r>
          <w:rPr>
            <w:color w:val="0000EE"/>
            <w:u w:val="single"/>
          </w:rPr>
          <w:t>[2]</w:t>
        </w:r>
      </w:hyperlink>
      <w:r>
        <w:t xml:space="preserve">, </w:t>
      </w:r>
      <w:hyperlink r:id="rId13">
        <w:r>
          <w:rPr>
            <w:color w:val="0000EE"/>
            <w:u w:val="single"/>
          </w:rPr>
          <w:t>[5]</w:t>
        </w:r>
      </w:hyperlink>
      <w:r>
        <w:t xml:space="preserve">- Paragraph 11: </w:t>
      </w:r>
      <w:hyperlink r:id="rId9">
        <w:r>
          <w:rPr>
            <w:color w:val="0000EE"/>
            <w:u w:val="single"/>
          </w:rPr>
          <w:t>[2]</w:t>
        </w:r>
      </w:hyperlink>
      <w:r>
        <w:t xml:space="preserve">, </w:t>
      </w:r>
      <w:hyperlink r:id="rId13">
        <w:r>
          <w:rPr>
            <w:color w:val="0000EE"/>
            <w:u w:val="single"/>
          </w:rPr>
          <w:t>[5]</w:t>
        </w:r>
      </w:hyperlink>
      <w:r>
        <w:t xml:space="preserve">- Paragraph 12: </w:t>
      </w:r>
      <w:hyperlink r:id="rId9">
        <w:r>
          <w:rPr>
            <w:color w:val="0000EE"/>
            <w:u w:val="single"/>
          </w:rPr>
          <w:t>[2]</w:t>
        </w:r>
      </w:hyperlink>
      <w:r>
        <w:t xml:space="preserve">, </w:t>
      </w:r>
      <w:hyperlink r:id="rId13">
        <w:r>
          <w:rPr>
            <w:color w:val="0000EE"/>
            <w:u w:val="single"/>
          </w:rPr>
          <w:t>[5]</w:t>
        </w:r>
      </w:hyperlink>
      <w:r>
        <w:t xml:space="preserve">- Paragraph 13: </w:t>
      </w:r>
      <w:hyperlink r:id="rId9">
        <w:r>
          <w:rPr>
            <w:color w:val="0000EE"/>
            <w:u w:val="single"/>
          </w:rPr>
          <w:t>[2]</w:t>
        </w:r>
      </w:hyperlink>
      <w:r>
        <w:t xml:space="preserve">, </w:t>
      </w:r>
      <w:hyperlink r:id="rId13">
        <w:r>
          <w:rPr>
            <w:color w:val="0000EE"/>
            <w:u w:val="single"/>
          </w:rPr>
          <w:t>[5]</w:t>
        </w:r>
      </w:hyperlink>
      <w:r>
        <w:t xml:space="preserve">- Paragraph 14: </w:t>
      </w:r>
      <w:hyperlink r:id="rId9">
        <w:r>
          <w:rPr>
            <w:color w:val="0000EE"/>
            <w:u w:val="single"/>
          </w:rPr>
          <w:t>[2]</w:t>
        </w:r>
      </w:hyperlink>
      <w:r>
        <w:t xml:space="preserve">, </w:t>
      </w:r>
      <w:hyperlink r:id="rId13">
        <w:r>
          <w:rPr>
            <w:color w:val="0000EE"/>
            <w:u w:val="single"/>
          </w:rPr>
          <w:t>[5]</w:t>
        </w:r>
      </w:hyperlink>
      <w:r>
        <w:t xml:space="preserve">- Paragraph 15: </w:t>
      </w:r>
      <w:hyperlink r:id="rId9">
        <w:r>
          <w:rPr>
            <w:color w:val="0000EE"/>
            <w:u w:val="single"/>
          </w:rPr>
          <w:t>[2]</w:t>
        </w:r>
      </w:hyperlink>
      <w:r>
        <w:t xml:space="preserve">, </w:t>
      </w:r>
      <w:hyperlink r:id="rId11">
        <w:r>
          <w:rPr>
            <w:color w:val="0000EE"/>
            <w:u w:val="single"/>
          </w:rPr>
          <w:t>[6]</w:t>
        </w:r>
      </w:hyperlink>
      <w:r>
        <w:t xml:space="preserve">- Paragraph 16: </w:t>
      </w:r>
      <w:hyperlink r:id="rId9">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https://www.outsports.com/2026/9/23/24143802/beau-greaves-darts-coming-out-gay-lgbtq-homophobia-pdc-out-on-the-oche/</w:t>
        </w:r>
      </w:hyperlink>
      <w:r>
        <w:t xml:space="preserve"> - Please view link - unable to able to access data</w:t>
      </w:r>
      <w:r/>
    </w:p>
    <w:p>
      <w:pPr>
        <w:pStyle w:val="ListNumber"/>
        <w:spacing w:line="240" w:lineRule="auto"/>
        <w:ind w:left="720"/>
      </w:pPr>
      <w:r/>
      <w:hyperlink r:id="rId9">
        <w:r>
          <w:rPr>
            <w:color w:val="0000EE"/>
            <w:u w:val="single"/>
          </w:rPr>
          <w:t>https://www.outsports.com/2026/9/23/24143802/beau-greaves-darts-coming-out-gay-lgbtq-homophobia-pdc-out-on-the-oche/</w:t>
        </w:r>
      </w:hyperlink>
      <w:r>
        <w:t xml:space="preserve"> - Beau Greaves, a three-time women's darts world champion, has publicly come out as gay, sharing her experiences of facing online abuse after revealing her relationship with girlfriend Shan Reeves. Despite the challenges, Greaves remains confident in her identity and continues to excel in her sport, becoming the first woman to win a PDC ranking title and the first to achieve a nine-dart finish on the PDC Pro Tour. The article also highlights the support from her parents and the LGBTQ+ community in darts, emphasizing the importance of inclusivity in the sport.</w:t>
      </w:r>
      <w:r/>
    </w:p>
    <w:p>
      <w:pPr>
        <w:pStyle w:val="ListNumber"/>
        <w:spacing w:line="240" w:lineRule="auto"/>
        <w:ind w:left="720"/>
      </w:pPr>
      <w:r/>
      <w:hyperlink r:id="rId10">
        <w:r>
          <w:rPr>
            <w:color w:val="0000EE"/>
            <w:u w:val="single"/>
          </w:rPr>
          <w:t>https://dartsnews.com/pdc/there-were-quite-a-few-vulgar-comments-from-a-lot-of-men-beau-greaves-opens-up-on-tough-reaction-after-coming-out-as-gay</w:t>
        </w:r>
      </w:hyperlink>
      <w:r>
        <w:t xml:space="preserve"> - Beau Greaves discusses the difficulties she faced after publicly coming out as gay, including receiving 'vulgar comments from a lot of men' online. She reflects on the challenges of transitioning from the women's series to competing against men in the PDC, expressing that it feels like a job where winning is essential for earning money. Despite these challenges, Greaves remains determined to prove herself and encourages other women to believe in their abilities and take the step into the men's game.</w:t>
      </w:r>
      <w:r/>
    </w:p>
    <w:p>
      <w:pPr>
        <w:pStyle w:val="ListNumber"/>
        <w:spacing w:line="240" w:lineRule="auto"/>
        <w:ind w:left="720"/>
      </w:pPr>
      <w:r/>
      <w:hyperlink r:id="rId14">
        <w:r>
          <w:rPr>
            <w:color w:val="0000EE"/>
            <w:u w:val="single"/>
          </w:rPr>
          <w:t>https://dartsnews.com/pdc/if-i-take-my-glasses-off-i-cant-play-darts-sponsorship-with-specsavers-coming-in-handy-for-beau-greaves</w:t>
        </w:r>
      </w:hyperlink>
      <w:r>
        <w:t xml:space="preserve"> - Beau Greaves, a prominent darts player, has secured a sponsorship deal with optician Specsavers, which includes a £1 million insurance policy for her eyes. Greaves, who relies on glasses for clear vision, expressed her delight in partnering with Specsavers, emphasizing the importance of reliable vision in performing at her best in darts. The sponsorship deal was finalized after Greaves secured her third Women's Matchplay title in Blackpool, marking a significant milestone in her career.</w:t>
      </w:r>
      <w:r/>
    </w:p>
    <w:p>
      <w:pPr>
        <w:pStyle w:val="ListNumber"/>
        <w:spacing w:line="240" w:lineRule="auto"/>
        <w:ind w:left="720"/>
      </w:pPr>
      <w:r/>
      <w:hyperlink r:id="rId13">
        <w:r>
          <w:rPr>
            <w:color w:val="0000EE"/>
            <w:u w:val="single"/>
          </w:rPr>
          <w:t>https://www.outsports.com/2026/5/6/24133489/lee-rodger-darts-referee-coming-out-gay-lgbtq-huw-ware-out-on-the-oche/</w:t>
        </w:r>
      </w:hyperlink>
      <w:r>
        <w:t xml:space="preserve"> - Lee Rodger, a darts referee who officiated at the World Darts Federation's world championship, has publicly come out as gay. In an interview with fellow Welsh referee Huw Ware, Rodger shared his positive experiences since coming out, highlighting the welcoming reception from colleagues in the sport. The article also discusses the role of 'Out on the Oche,' an LGBTQ+ group in darts co-founded by Ware, which aims to provide support and representation for LGBTQ+ individuals in the sport.</w:t>
      </w:r>
      <w:r/>
    </w:p>
    <w:p>
      <w:pPr>
        <w:pStyle w:val="ListNumber"/>
        <w:spacing w:line="240" w:lineRule="auto"/>
        <w:ind w:left="720"/>
      </w:pPr>
      <w:r/>
      <w:hyperlink r:id="rId11">
        <w:r>
          <w:rPr>
            <w:color w:val="0000EE"/>
            <w:u w:val="single"/>
          </w:rPr>
          <w:t>https://as.com/masdeporte/polideportivo/beau-greaves-hace-historia-primera-mujer-en-lograr-nueve-dardos-en-el-circuito-pdc-f202602-n/</w:t>
        </w:r>
      </w:hyperlink>
      <w:r>
        <w:t xml:space="preserve"> - Beau Greaves made history by becoming the first woman to achieve a nine-dart finish in a PDC event during her match against Mensur Suljovic at the Players Championship. The article details the sequence of her perfect leg, starting with two consecutive 180s and concluding with a 141 checkout. Suljovic acknowledged her achievement with a bow, and Greaves expressed her excitement to share the news with her father. This milestone adds to her impressive career, including a runner-up finish at the Youth World Championship.</w:t>
      </w:r>
      <w:r/>
    </w:p>
    <w:p>
      <w:pPr>
        <w:pStyle w:val="ListNumber"/>
        <w:spacing w:line="240" w:lineRule="auto"/>
        <w:ind w:left="720"/>
      </w:pPr>
      <w:r/>
      <w:hyperlink r:id="rId12">
        <w:r>
          <w:rPr>
            <w:color w:val="0000EE"/>
            <w:u w:val="single"/>
          </w:rPr>
          <w:t>https://dartsworld.com/2026/06/darts-world-594-on-the-oche/</w:t>
        </w:r>
      </w:hyperlink>
      <w:r>
        <w:t xml:space="preserve"> - The latest issue of Darts World Magazine (DW594) celebrates the remarkable impact of Beau Greaves on the sport. The article highlights her achievements and contributions, acknowledging her role in breaking barriers and inspiring others in the darts community. It also mentions other players who have made significant contributions but may not always receive the recognition they deserve, emphasizing the importance of acknowledging all players' efforts in the sport.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6/9/23/24143802/beau-greaves-darts-coming-out-gay-lgbtq-homophobia-pdc-out-on-the-oche/" TargetMode="External"/><Relationship Id="rId10" Type="http://schemas.openxmlformats.org/officeDocument/2006/relationships/hyperlink" Target="https://dartsnews.com/pdc/there-were-quite-a-few-vulgar-comments-from-a-lot-of-men-beau-greaves-opens-up-on-tough-reaction-after-coming-out-as-gay" TargetMode="External"/><Relationship Id="rId11" Type="http://schemas.openxmlformats.org/officeDocument/2006/relationships/hyperlink" Target="https://as.com/masdeporte/polideportivo/beau-greaves-hace-historia-primera-mujer-en-lograr-nueve-dardos-en-el-circuito-pdc-f202602-n/" TargetMode="External"/><Relationship Id="rId12" Type="http://schemas.openxmlformats.org/officeDocument/2006/relationships/hyperlink" Target="https://dartsworld.com/2026/06/darts-world-594-on-the-oche/" TargetMode="External"/><Relationship Id="rId13" Type="http://schemas.openxmlformats.org/officeDocument/2006/relationships/hyperlink" Target="https://www.outsports.com/2026/5/6/24133489/lee-rodger-darts-referee-coming-out-gay-lgbtq-huw-ware-out-on-the-oche/" TargetMode="External"/><Relationship Id="rId14" Type="http://schemas.openxmlformats.org/officeDocument/2006/relationships/hyperlink" Target="https://dartsnews.com/pdc/if-i-take-my-glasses-off-i-cant-play-darts-sponsorship-with-specsavers-coming-in-handy-for-beau-greav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