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Southlake Pride Festival Moves to April After Permit Denial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of Pride Kel-So in Southlake, Texas, are reshaping October's planned LGBTQ+ festival into a smaller church-hosted block party after the city council rejected its permit. The change keeps community groups, food trucks and vendors involved, while organisers prepare for a larger April event.</w:t>
      </w:r>
      <w:r/>
    </w:p>
    <w:p>
      <w:pPr>
        <w:pStyle w:val="Heading2"/>
      </w:pPr>
      <w:r>
        <w:t>Essential Takeaways</w:t>
      </w:r>
      <w:r/>
      <w:r/>
    </w:p>
    <w:p>
      <w:pPr>
        <w:pStyle w:val="ListBullet"/>
        <w:spacing w:line="240" w:lineRule="auto"/>
        <w:ind w:left="720"/>
      </w:pPr>
      <w:r/>
      <w:r>
        <w:rPr>
          <w:b/>
        </w:rPr>
        <w:t>Permit rejected:</w:t>
      </w:r>
      <w:r>
        <w:t xml:space="preserve"> Southlake City Council unanimously denied the festival's application.</w:t>
      </w:r>
      <w:r/>
    </w:p>
    <w:p>
      <w:pPr>
        <w:pStyle w:val="ListBullet"/>
        <w:spacing w:line="240" w:lineRule="auto"/>
        <w:ind w:left="720"/>
      </w:pPr>
      <w:r/>
      <w:r>
        <w:rPr>
          <w:b/>
        </w:rPr>
        <w:t>October plans changed:</w:t>
      </w:r>
      <w:r>
        <w:t xml:space="preserve"> The original 3 October festival will become a smaller block party.</w:t>
      </w:r>
      <w:r/>
    </w:p>
    <w:p>
      <w:pPr>
        <w:pStyle w:val="ListBullet"/>
        <w:spacing w:line="240" w:lineRule="auto"/>
        <w:ind w:left="720"/>
      </w:pPr>
      <w:r/>
      <w:r>
        <w:rPr>
          <w:b/>
        </w:rPr>
        <w:t>New venue:</w:t>
      </w:r>
      <w:r>
        <w:t xml:space="preserve"> St Martin-in-the-Fields Episcopal Church will host the gathering.</w:t>
      </w:r>
      <w:r/>
    </w:p>
    <w:p>
      <w:pPr>
        <w:pStyle w:val="ListBullet"/>
        <w:spacing w:line="240" w:lineRule="auto"/>
        <w:ind w:left="720"/>
      </w:pPr>
      <w:r/>
      <w:r>
        <w:rPr>
          <w:b/>
        </w:rPr>
        <w:t>Attendance cap:</w:t>
      </w:r>
      <w:r>
        <w:t xml:space="preserve"> Up to 999 people can attend without a city permit, according to organisers.</w:t>
      </w:r>
      <w:r/>
    </w:p>
    <w:p>
      <w:pPr>
        <w:pStyle w:val="ListBullet"/>
        <w:spacing w:line="240" w:lineRule="auto"/>
        <w:ind w:left="720"/>
      </w:pPr>
      <w:r/>
      <w:r>
        <w:rPr>
          <w:b/>
        </w:rPr>
        <w:t>April return planned:</w:t>
      </w:r>
      <w:r>
        <w:t xml:space="preserve"> Pride Kel-So is being rescheduled as a larger festival next spring.</w:t>
      </w:r>
      <w:r/>
      <w:r/>
    </w:p>
    <w:p>
      <w:pPr>
        <w:pStyle w:val="Heading2"/>
      </w:pPr>
      <w:r>
        <w:t>Southlake Pride event takes an unexpected turn</w:t>
      </w:r>
      <w:r/>
    </w:p>
    <w:p>
      <w:r/>
      <w:r>
        <w:t>What was meant to be a full Pride festival in Southlake will now look rather different. Instead of its planned outdoor format, Pride Kel-So's 3 October date will become a church-based block party, with food trucks, vendors and LGBTQ+ organisations still expected to take part.</w:t>
      </w:r>
      <w:r/>
    </w:p>
    <w:p>
      <w:r/>
      <w:r>
        <w:t>The change follows a unanimous vote by Southlake City Council to deny the festival permit. KERA News and FOX 4 Dallas-Fort Worth both reported that the council offered no public explanation for the decision, leaving organisers and supporters with an obvious question mark hanging over the event.</w:t>
      </w:r>
      <w:r/>
    </w:p>
    <w:p>
      <w:pPr>
        <w:pStyle w:val="Heading2"/>
      </w:pPr>
      <w:r>
        <w:t>A smaller gathering will keep the date alive</w:t>
      </w:r>
      <w:r/>
    </w:p>
    <w:p>
      <w:r/>
      <w:r>
        <w:t>Rather than cancel the day completely, organisers are moving the October activity to St Martin-in-the-Fields Episcopal Church. The venue can host the gathering without a city permit, provided attendance stays below 1,000 people.</w:t>
      </w:r>
      <w:r/>
    </w:p>
    <w:p>
      <w:r/>
      <w:r>
        <w:t>That 999-person limit gives the event a different feel, but it also means the community still has a chance to meet, spend money locally and support the organisations involved. Food trucks and stalls should bring some of the festival atmosphere, even if the larger crowds and civic setting are off the table for now.</w:t>
      </w:r>
      <w:r/>
    </w:p>
    <w:p>
      <w:pPr>
        <w:pStyle w:val="Heading2"/>
      </w:pPr>
      <w:r>
        <w:t>Why the April Pride festival matters</w:t>
      </w:r>
      <w:r/>
    </w:p>
    <w:p>
      <w:r/>
      <w:r>
        <w:t>Pride Kel-So is now being rescheduled for April, when organisers hope to stage the fuller festival originally envisioned. The October block party is also intended to raise funds for that next event, turning an administrative setback into a practical fundraising opportunity.</w:t>
      </w:r>
      <w:r/>
    </w:p>
    <w:p>
      <w:r/>
      <w:r>
        <w:t>The shift reflects a familiar challenge for community festivals: permits shape everything from road closures and security to crowd capacity. When approval falls through, organisers have to move quickly, and a church venue offers a more manageable alternative, even if it lacks the wide-open energy of a traditional street festival.</w:t>
      </w:r>
      <w:r/>
    </w:p>
    <w:p>
      <w:pPr>
        <w:pStyle w:val="Heading2"/>
      </w:pPr>
      <w:r>
        <w:t>Council decision raises questions</w:t>
      </w:r>
      <w:r/>
    </w:p>
    <w:p>
      <w:r/>
      <w:r>
        <w:t>The city's planning and zoning commission recommended approving the permit in August, making the later council decision particularly striking. The gap between that recommendation and the final vote has prompted interest from residents and local media.</w:t>
      </w:r>
      <w:r/>
    </w:p>
    <w:p>
      <w:r/>
      <w:r>
        <w:t>Southlake Mayor Shawn McCaskill and council members Randy Robbins, Austin Reynolds, Gary Fawks, Frances Scharli, Chuck Taggart and Eric Wang did not respond to requests for comment, according to reporting from the Fort Worth Report. Without an explanation, the decision remains difficult for the public to interpret.</w:t>
      </w:r>
      <w:r/>
    </w:p>
    <w:p>
      <w:pPr>
        <w:pStyle w:val="Heading2"/>
      </w:pPr>
      <w:r>
        <w:t>What attendees should know before October</w:t>
      </w:r>
      <w:r/>
    </w:p>
    <w:p>
      <w:r/>
      <w:r>
        <w:t>Anyone planning to attend should check the organisers' latest updates before travelling, as the venue, capacity rules and programme may differ from the original festival plans. Arriving early could also be sensible, given the firm attendance ceiling.</w:t>
      </w:r>
      <w:r/>
    </w:p>
    <w:p>
      <w:r/>
      <w:r>
        <w:t>For supporters, the simplest contribution may be showing up, visiting vendors and donating where possible. The October gathering won't replace the full Pride festival, but it could help keep momentum going until April. Sometimes a smaller room creates an even stronger sense of togetherness.</w:t>
      </w:r>
      <w:r/>
    </w:p>
    <w:p>
      <w:r/>
      <w:r>
        <w:t>It's a changed plan, but not a cancelled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2">
        <w:r>
          <w:rPr>
            <w:color w:val="0000EE"/>
            <w:u w:val="single"/>
          </w:rPr>
          <w:t>[6]</w:t>
        </w:r>
      </w:hyperlink>
      <w:r>
        <w:t xml:space="preserve">, </w:t>
      </w:r>
      <w:hyperlink r:id="rId10">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0">
        <w:r>
          <w:rPr>
            <w:color w:val="0000EE"/>
            <w:u w:val="single"/>
          </w:rPr>
          <w:t>[7]</w:t>
        </w:r>
      </w:hyperlink>
      <w:r>
        <w:t xml:space="preserve">- Paragraph 6: </w:t>
      </w:r>
      <w:hyperlink r:id="rId13">
        <w:r>
          <w:rPr>
            <w:color w:val="0000EE"/>
            <w:u w:val="single"/>
          </w:rPr>
          <w:t>[5]</w:t>
        </w:r>
      </w:hyperlink>
      <w:r>
        <w:t xml:space="preserve">, </w:t>
      </w:r>
      <w:hyperlink r:id="rId12">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0">
        <w:r>
          <w:rPr>
            <w:color w:val="0000EE"/>
            <w:u w:val="single"/>
          </w:rPr>
          <w:t>[7]</w:t>
        </w:r>
      </w:hyperlink>
      <w:r>
        <w:t xml:space="preserve">- Paragraph 9: </w:t>
      </w:r>
      <w:hyperlink r:id="rId13">
        <w:r>
          <w:rPr>
            <w:color w:val="0000EE"/>
            <w:u w:val="single"/>
          </w:rPr>
          <w:t>[5]</w:t>
        </w:r>
      </w:hyperlink>
      <w:r>
        <w:t xml:space="preserve">, </w:t>
      </w:r>
      <w:hyperlink r:id="rId12">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2">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https://www.joemygod.com/2026/09/texas-pride-event-postponed-after-city-denies-permit/</w:t>
        </w:r>
      </w:hyperlink>
      <w:r>
        <w:t xml:space="preserve"> - Please view link - unable to able to access data</w:t>
      </w:r>
      <w:r/>
    </w:p>
    <w:p>
      <w:pPr>
        <w:pStyle w:val="ListNumber"/>
        <w:spacing w:line="240" w:lineRule="auto"/>
        <w:ind w:left="720"/>
      </w:pPr>
      <w:r/>
      <w:hyperlink r:id="rId10">
        <w:r>
          <w:rPr>
            <w:color w:val="0000EE"/>
            <w:u w:val="single"/>
          </w:rPr>
          <w:t>https://www.keranews.org/news/2026-09-17/southlake-city-council-denies-lgbtq-pride-event-permit-without-explanation</w:t>
        </w:r>
      </w:hyperlink>
      <w:r>
        <w:t xml:space="preserve"> - On September 15, 2026, the Southlake City Council unanimously voted to deny a permit for the Pride Kel-So festival, which was scheduled for October 3 at St. Martin-in-the-Fields Episcopal Church. Organisers, including co-founder April Dreyson, expressed shock and disappointment, noting that the city's Planning and Zoning Commission had previously recommended approval. The council did not provide an explanation for their decision, and Mayor Shawn McCaskill, along with other council members, did not respond to requests for comment. The church had a history of hosting various community groups and was eager to host the event.</w:t>
      </w:r>
      <w:r/>
    </w:p>
    <w:p>
      <w:pPr>
        <w:pStyle w:val="ListNumber"/>
        <w:spacing w:line="240" w:lineRule="auto"/>
        <w:ind w:left="720"/>
      </w:pPr>
      <w:r/>
      <w:hyperlink r:id="rId11">
        <w:r>
          <w:rPr>
            <w:color w:val="0000EE"/>
            <w:u w:val="single"/>
          </w:rPr>
          <w:t>https://www.fox4news.com/news/southlake-city-council-denies-permit-pride-event</w:t>
        </w:r>
      </w:hyperlink>
      <w:r>
        <w:t xml:space="preserve"> - The Southlake City Council denied a permit for the Pride Kel-So festival, which was scheduled for October 3 at St. Martin-in-the-Fields Episcopal Church. Despite the event's success in 2025, the council voted unanimously to reject the permit without providing an explanation. Organisers, including co-founder April Dreyson, were taken aback by the decision and sought clarification. The church, represented by Associate Pastor Ellen Singer, had a history of hosting various community groups and was supportive of the event. The council's decision marked a reversal from their previous support in 2025.</w:t>
      </w:r>
      <w:r/>
    </w:p>
    <w:p>
      <w:pPr>
        <w:pStyle w:val="ListNumber"/>
        <w:spacing w:line="240" w:lineRule="auto"/>
        <w:ind w:left="720"/>
      </w:pPr>
      <w:r/>
      <w:hyperlink r:id="rId12">
        <w:r>
          <w:rPr>
            <w:color w:val="0000EE"/>
            <w:u w:val="single"/>
          </w:rPr>
          <w:t>https://www.fox4news.com/news/southlake-city-council-denies-permit-pride-event-at-local-church</w:t>
        </w:r>
      </w:hyperlink>
      <w:r>
        <w:t xml:space="preserve"> - The Southlake City Council voted unanimously to deny a permit for the Pride Kel-So festival, which was scheduled for October 3 at St. Martin-in-the-Fields Episcopal Church. Organisers, including co-founder April Dreyson, were shocked by the decision, especially since the event had been approved in 2025. The council did not provide an explanation for their vote, and Mayor Shawn McCaskill, along with other council members, did not respond to requests for comment. The church had a history of hosting various community groups and was supportive of the event.</w:t>
      </w:r>
      <w:r/>
    </w:p>
    <w:p>
      <w:pPr>
        <w:pStyle w:val="ListNumber"/>
        <w:spacing w:line="240" w:lineRule="auto"/>
        <w:ind w:left="720"/>
      </w:pPr>
      <w:r/>
      <w:hyperlink r:id="rId13">
        <w:r>
          <w:rPr>
            <w:color w:val="0000EE"/>
            <w:u w:val="single"/>
          </w:rPr>
          <w:t>https://www.keranews.org/news/2026-09-17/southlake-city-council-denies-lgbtq-pride-event-permit-without-explanation?_amp=true</w:t>
        </w:r>
      </w:hyperlink>
      <w:r>
        <w:t xml:space="preserve"> - The Southlake City Council voted unanimously to deny a permit for the Pride Kel-So festival, which was scheduled for October 3 at St. Martin-in-the-Fields Episcopal Church. Organisers, including co-founder April Dreyson, were shocked by the decision, especially since the city's Planning and Zoning Commission had previously recommended approval. The council did not provide an explanation for their vote, and Mayor Shawn McCaskill, along with other council members, did not respond to requests for comment. The church had a history of hosting various community groups and was supportive of the event.</w:t>
      </w:r>
      <w:r/>
    </w:p>
    <w:p>
      <w:pPr>
        <w:pStyle w:val="ListNumber"/>
        <w:spacing w:line="240" w:lineRule="auto"/>
        <w:ind w:left="720"/>
      </w:pPr>
      <w:r/>
      <w:hyperlink r:id="rId12">
        <w:r>
          <w:rPr>
            <w:color w:val="0000EE"/>
            <w:u w:val="single"/>
          </w:rPr>
          <w:t>https://www.fox4news.com/news/southlake-city-council-denies-permit-pride-event-at-local-church</w:t>
        </w:r>
      </w:hyperlink>
      <w:r>
        <w:t xml:space="preserve"> - The Southlake City Council voted unanimously to deny a permit for the Pride Kel-So festival, which was scheduled for October 3 at St. Martin-in-the-Fields Episcopal Church. Organisers, including co-founder April Dreyson, were shocked by the decision, especially since the event had been approved in 2025. The council did not provide an explanation for their vote, and Mayor Shawn McCaskill, along with other council members, did not respond to requests for comment. The church had a history of hosting various community groups and was supportive of the event.</w:t>
      </w:r>
      <w:r/>
    </w:p>
    <w:p>
      <w:pPr>
        <w:pStyle w:val="ListNumber"/>
        <w:spacing w:line="240" w:lineRule="auto"/>
        <w:ind w:left="720"/>
      </w:pPr>
      <w:r/>
      <w:hyperlink r:id="rId10">
        <w:r>
          <w:rPr>
            <w:color w:val="0000EE"/>
            <w:u w:val="single"/>
          </w:rPr>
          <w:t>https://www.keranews.org/news/2026-09-17/southlake-city-council-denies-lgbtq-pride-event-permit-without-explanation</w:t>
        </w:r>
      </w:hyperlink>
      <w:r>
        <w:t xml:space="preserve"> - The Southlake City Council voted unanimously to deny a permit for the Pride Kel-So festival, which was scheduled for October 3 at St. Martin-in-the-Fields Episcopal Church. Organisers, including co-founder April Dreyson, were shocked by the decision, especially since the city's Planning and Zoning Commission had previously recommended approval. The council did not provide an explanation for their vote, and Mayor Shawn McCaskill, along with other council members, did not respond to requests for comment. The church had a history of hosting various community groups and was supportive of the event.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joemygod.com/2026/09/texas-pride-event-postponed-after-city-denies-permit/" TargetMode="External"/><Relationship Id="rId10" Type="http://schemas.openxmlformats.org/officeDocument/2006/relationships/hyperlink" Target="https://www.keranews.org/news/2026-09-17/southlake-city-council-denies-lgbtq-pride-event-permit-without-explanation" TargetMode="External"/><Relationship Id="rId11" Type="http://schemas.openxmlformats.org/officeDocument/2006/relationships/hyperlink" Target="https://www.fox4news.com/news/southlake-city-council-denies-permit-pride-event" TargetMode="External"/><Relationship Id="rId12" Type="http://schemas.openxmlformats.org/officeDocument/2006/relationships/hyperlink" Target="https://www.fox4news.com/news/southlake-city-council-denies-permit-pride-event-at-local-church" TargetMode="External"/><Relationship Id="rId13" Type="http://schemas.openxmlformats.org/officeDocument/2006/relationships/hyperlink" Target="https://www.keranews.org/news/2026-09-17/southlake-city-council-denies-lgbtq-pride-event-permit-without-explanation?_amp=tru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