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PrideCare Rx brings LGBTQ+ pharmacy care to Phoenix</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Spectrum Medical Care Center has opened PrideCare Rx at its new Central Phoenix campus, giving Arizona's LGBTQ+ community a pharmacy designed around clearer support, smoother prescriptions and culturally competent care. The service is the first part of a larger healthcare hub due to open fully in 2027.</w:t>
      </w:r>
      <w:r/>
    </w:p>
    <w:p>
      <w:pPr>
        <w:pStyle w:val="Heading2"/>
      </w:pPr>
      <w:r>
        <w:t>Essential Takeaways</w:t>
      </w:r>
      <w:r/>
      <w:r/>
    </w:p>
    <w:p>
      <w:pPr>
        <w:pStyle w:val="ListBullet"/>
        <w:spacing w:line="240" w:lineRule="auto"/>
        <w:ind w:left="720"/>
      </w:pPr>
      <w:r/>
      <w:r>
        <w:rPr>
          <w:b/>
        </w:rPr>
        <w:t>A new pharmacy in Phoenix:</w:t>
      </w:r>
      <w:r>
        <w:t xml:space="preserve"> PrideCare Rx is now open at Spectrum Medical's campus on North 3rd Street.</w:t>
      </w:r>
      <w:r/>
    </w:p>
    <w:p>
      <w:pPr>
        <w:pStyle w:val="ListBullet"/>
        <w:spacing w:line="240" w:lineRule="auto"/>
        <w:ind w:left="720"/>
      </w:pPr>
      <w:r/>
      <w:r>
        <w:rPr>
          <w:b/>
        </w:rPr>
        <w:t>Support beyond prescriptions:</w:t>
      </w:r>
      <w:r>
        <w:t xml:space="preserve"> Patients can receive help with medication navigation, insurance coordination and treatment follow-up.</w:t>
      </w:r>
      <w:r/>
    </w:p>
    <w:p>
      <w:pPr>
        <w:pStyle w:val="ListBullet"/>
        <w:spacing w:line="240" w:lineRule="auto"/>
        <w:ind w:left="720"/>
      </w:pPr>
      <w:r/>
      <w:r>
        <w:rPr>
          <w:b/>
        </w:rPr>
        <w:t>Care is joined up:</w:t>
      </w:r>
      <w:r>
        <w:t xml:space="preserve"> The pharmacy works directly with Spectrum Medical's wider clinical team.</w:t>
      </w:r>
      <w:r/>
    </w:p>
    <w:p>
      <w:pPr>
        <w:pStyle w:val="ListBullet"/>
        <w:spacing w:line="240" w:lineRule="auto"/>
        <w:ind w:left="720"/>
      </w:pPr>
      <w:r/>
      <w:r>
        <w:rPr>
          <w:b/>
        </w:rPr>
        <w:t>A larger centre is coming:</w:t>
      </w:r>
      <w:r>
        <w:t xml:space="preserve"> The campus is planned to include primary care, HIV and STI services, plus queer gynaecological care.</w:t>
      </w:r>
      <w:r/>
    </w:p>
    <w:p>
      <w:pPr>
        <w:pStyle w:val="ListBullet"/>
        <w:spacing w:line="240" w:lineRule="auto"/>
        <w:ind w:left="720"/>
      </w:pPr>
      <w:r/>
      <w:r>
        <w:rPr>
          <w:b/>
        </w:rPr>
        <w:t>The focus is personal:</w:t>
      </w:r>
      <w:r>
        <w:t xml:space="preserve"> The model aims to reduce repeated explanations, administrative stress and uncertainty at the pharmacy counter.</w:t>
      </w:r>
      <w:r/>
      <w:r/>
    </w:p>
    <w:p>
      <w:pPr>
        <w:pStyle w:val="Heading2"/>
      </w:pPr>
      <w:r>
        <w:t>A pharmacy built around the person, not just the prescription</w:t>
      </w:r>
      <w:r/>
    </w:p>
    <w:p>
      <w:r/>
      <w:r>
        <w:t>For many patients, collecting medicine should be a quick errand. Yet when treatment involves gender-affirming care, HIV prevention or other sensitive health needs, the experience can feel more like an obstacle course, complete with insurance calls and awkward explanations.</w:t>
      </w:r>
      <w:r/>
    </w:p>
    <w:p>
      <w:r/>
      <w:r>
        <w:t>PrideCare Rx is intended to make that process calmer and more connected. Spectrum Medical Care Center says its new pharmacy will combine dispensing with medication guidance, insurance support and practical help from staff familiar with LGBTQ+ healthcare. The result should feel less transactional and more like having someone quietly on your side.</w:t>
      </w:r>
      <w:r/>
    </w:p>
    <w:p>
      <w:r/>
      <w:r>
        <w:t>According to Spectrum Medical's pharmacy information, the service is designed to support patients through the wider treatment journey, rather than treating the prescription label as the whole story. That's a meaningful distinction for anyone who's had to repeat their history at every stop in the healthcare system.</w:t>
      </w:r>
      <w:r/>
    </w:p>
    <w:p>
      <w:pPr>
        <w:pStyle w:val="Heading2"/>
      </w:pPr>
      <w:r>
        <w:t>Why culturally competent pharmacy care matters</w:t>
      </w:r>
      <w:r/>
    </w:p>
    <w:p>
      <w:r/>
      <w:r>
        <w:t>The need for specialist understanding isn't just anecdotal. A 2024 study in the Journal of the American Pharmacists Association found that 96.8 per cent of transgender and gender-diverse patients felt an LGBTQ+-focused pharmacy understood their needs, compared with 51 per cent at other pharmacies.</w:t>
      </w:r>
      <w:r/>
    </w:p>
    <w:p>
      <w:r/>
      <w:r>
        <w:t>That gap helps explain why PrideCare Rx could matter beyond its location. A pharmacist who understands the context around a medicine can spot questions earlier, communicate more comfortably and help patients feel less exposed. Sometimes the most valuable part of care is simply not having to start from scratch.</w:t>
      </w:r>
      <w:r/>
    </w:p>
    <w:p>
      <w:r/>
      <w:r>
        <w:t>Spectrum Medical's wider mission is centred on accessible, affirming healthcare for Arizona's LGBTQ+ community. Its services include primary care, HIV and STI treatment, and other support intended to meet patients where they are.</w:t>
      </w:r>
      <w:r/>
    </w:p>
    <w:p>
      <w:pPr>
        <w:pStyle w:val="Heading2"/>
      </w:pPr>
      <w:r>
        <w:t>The Central Phoenix campus is only getting started</w:t>
      </w:r>
      <w:r/>
    </w:p>
    <w:p>
      <w:r/>
      <w:r>
        <w:t>PrideCare Rx is the first service to open at Spectrum Medical's new campus at 3003 N. 3rd Street. The full facility is expected to open in early 2027, bringing several services under one roof and creating a more joined-up experience for patients.</w:t>
      </w:r>
      <w:r/>
    </w:p>
    <w:p>
      <w:r/>
      <w:r>
        <w:t>Planned care includes primary healthcare, HIV and STI services, and a dedicated queer gynaecological initiative for LGBTQ+ women and people with cervices. Spectrum Medical says the building will also reflect a trauma-informed approach, which could make a practical difference in everything from reception areas to clinical conversations.</w:t>
      </w:r>
      <w:r/>
    </w:p>
    <w:p>
      <w:r/>
      <w:r>
        <w:t>The expansion follows a broader push by the organisation to increase its reach in Phoenix. A PR Newswire announcement reported that Spectrum Medical was adding leadership, expanding lesbian health services and developing a new 22,000-square-foot location.</w:t>
      </w:r>
      <w:r/>
    </w:p>
    <w:p>
      <w:pPr>
        <w:pStyle w:val="Heading2"/>
      </w:pPr>
      <w:r>
        <w:t>What patients should expect from PrideCare Rx</w:t>
      </w:r>
      <w:r/>
    </w:p>
    <w:p>
      <w:r/>
      <w:r>
        <w:t>The pharmacy's offer is particularly relevant for patients who need help navigating prior authorisations, changing insurance rules or complicated medication schedules. Instead of leaving those tasks entirely to the patient, the team aims to coordinate with insurers and Spectrum Medical clinicians.</w:t>
      </w:r>
      <w:r/>
    </w:p>
    <w:p>
      <w:r/>
      <w:r>
        <w:t>That doesn't mean every prescription issue will disappear overnight. Pharmacies still have to work within supply chains, coverage rules and clinical requirements. But having support in one familiar setting can make the process feel less like a series of disconnected phone calls.</w:t>
      </w:r>
      <w:r/>
    </w:p>
    <w:p>
      <w:r/>
      <w:r>
        <w:t>If you're considering the service, it makes sense to ask about prescription transfers, insurance coordination, delivery or collection options, and how the pharmacy communicates with your healthcare team. A short conversation at the outset can prevent a surprising amount of back-and-forth later.</w:t>
      </w:r>
      <w:r/>
    </w:p>
    <w:p>
      <w:pPr>
        <w:pStyle w:val="Heading2"/>
      </w:pPr>
      <w:r>
        <w:t>A warmer model for healthcare in Phoenix</w:t>
      </w:r>
      <w:r/>
    </w:p>
    <w:p>
      <w:r/>
      <w:r>
        <w:t>The opening of PrideCare Rx reflects a wider shift towards healthcare that recognises trust as part of treatment. For patients who have felt overlooked or misunderstood, a welcoming pharmacy isn't a decorative extra. It can influence whether they ask questions, return for refills and stay engaged with care.</w:t>
      </w:r>
      <w:r/>
    </w:p>
    <w:p>
      <w:r/>
      <w:r>
        <w:t>Spectrum Medical describes the new service as part of a bigger vision for its Phoenix campus. That vision will be tested in the everyday details, from how quickly an insurance problem is handled to whether patients feel listened to when they walk through the door.</w:t>
      </w:r>
      <w:r/>
    </w:p>
    <w:p>
      <w:r/>
      <w:r>
        <w:t>For now, PrideCare Rx offers a clear first step. It puts pharmacy support at the centre of a more connected LGBTQ+ healthcare model, with the larger campus still to come.</w:t>
      </w:r>
      <w:r/>
    </w:p>
    <w:p>
      <w:r/>
      <w:r>
        <w:t>It's a small opening with the potential to make healthcare feel considerably less difficult.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[2]</w:t>
        </w:r>
      </w:hyperlink>
      <w:r>
        <w:t xml:space="preserve">, </w:t>
      </w:r>
      <w:hyperlink r:id="rId10">
        <w:r>
          <w:rPr>
            <w:color w:val="0000EE"/>
            <w:u w:val="single"/>
          </w:rPr>
          <w:t>[3]</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3">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3">
        <w:r>
          <w:rPr>
            <w:color w:val="0000EE"/>
            <w:u w:val="single"/>
          </w:rPr>
          <w:t>[2]</w:t>
        </w:r>
      </w:hyperlink>
      <w:r>
        <w:t xml:space="preserve">, </w:t>
      </w:r>
      <w:hyperlink r:id="rId14">
        <w:r>
          <w:rPr>
            <w:color w:val="0000EE"/>
            <w:u w:val="single"/>
          </w:rPr>
          <w:t>[6]</w:t>
        </w:r>
      </w:hyperlink>
      <w:r>
        <w:t xml:space="preserve">- Paragraph 15: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https://azbigmedia.com/business/spectrum-medical-opens-in-house-pharmacy-at-new-phoenix-campus/</w:t>
        </w:r>
      </w:hyperlink>
      <w:r>
        <w:t xml:space="preserve"> - Please view link - unable to able to access data</w:t>
      </w:r>
      <w:r/>
    </w:p>
    <w:p>
      <w:pPr>
        <w:pStyle w:val="ListNumber"/>
        <w:spacing w:line="240" w:lineRule="auto"/>
        <w:ind w:left="720"/>
      </w:pPr>
      <w:r/>
      <w:hyperlink r:id="rId13">
        <w:r>
          <w:rPr>
            <w:color w:val="0000EE"/>
            <w:u w:val="single"/>
          </w:rPr>
          <w:t>https://spectrummedicalcare.org/about-us/</w:t>
        </w:r>
      </w:hyperlink>
      <w:r>
        <w:t xml:space="preserve"> - Spectrum Medical Care Center is a nonprofit healthcare provider dedicated to advancing the health and wellbeing of Arizona’s LGBTQ+ community and individuals living with HIV. Their mission is to offer premium, personalized care rooted in deep cultural understanding and health equity. The centre provides a range of services, including primary care, gender-affirming care, HIV treatment, and gynecologic health, all designed to meet the unique needs of their diverse patient base. They welcome patients of all backgrounds and accept most major insurance plans.</w:t>
      </w:r>
      <w:r/>
    </w:p>
    <w:p>
      <w:pPr>
        <w:pStyle w:val="ListNumber"/>
        <w:spacing w:line="240" w:lineRule="auto"/>
        <w:ind w:left="720"/>
      </w:pPr>
      <w:r/>
      <w:hyperlink r:id="rId10">
        <w:r>
          <w:rPr>
            <w:color w:val="0000EE"/>
            <w:u w:val="single"/>
          </w:rPr>
          <w:t>https://spectrummedicalcare.org/pridecare-rx/</w:t>
        </w:r>
      </w:hyperlink>
      <w:r>
        <w:t xml:space="preserve"> - PrideCare Rx is an integrated pharmacy service offered by Spectrum Medical Care Center, providing personalized pharmacy support, medication guidance, and coordinated care. This service aims to make accessing healthcare easier and more centred around the patient. Options for accessing the pharmacy include shipping medications to the clinic, home delivery, or pick-up at their Mesa location. PrideCare Rx is designed to support the unique healthcare needs of LGBTQ+ individuals, including PrEP and HIV medications, hormone therapy, reproductive health, and everyday prescriptions.</w:t>
      </w:r>
      <w:r/>
    </w:p>
    <w:p>
      <w:pPr>
        <w:pStyle w:val="ListNumber"/>
        <w:spacing w:line="240" w:lineRule="auto"/>
        <w:ind w:left="720"/>
      </w:pPr>
      <w:r/>
      <w:hyperlink r:id="rId11">
        <w:r>
          <w:rPr>
            <w:color w:val="0000EE"/>
            <w:u w:val="single"/>
          </w:rPr>
          <w:t>https://spectrummedicalcare.org/</w:t>
        </w:r>
      </w:hyperlink>
      <w:r>
        <w:t xml:space="preserve"> - Spectrum Medical Care Center offers comprehensive, state-of-the-art care specifically designed for the Phoenix-Metro’s LGBTQ+ community. Their services include primary care, gender-affirming care, HIV treatment, hepatitis treatment, gynecologic health, and sexual health services such as STI testing and treatment, PrEP care, PEP care, and DoxyPEP. The centre is committed to providing inclusive, patient-centred healthcare that respects each individual's identity and needs, with a focus on whole-person wellness.</w:t>
      </w:r>
      <w:r/>
    </w:p>
    <w:p>
      <w:pPr>
        <w:pStyle w:val="ListNumber"/>
        <w:spacing w:line="240" w:lineRule="auto"/>
        <w:ind w:left="720"/>
      </w:pPr>
      <w:r/>
      <w:hyperlink r:id="rId12">
        <w:r>
          <w:rPr>
            <w:color w:val="0000EE"/>
            <w:u w:val="single"/>
          </w:rPr>
          <w:t>https://spectrummedicalcare.org/services/</w:t>
        </w:r>
      </w:hyperlink>
      <w:r>
        <w:t xml:space="preserve"> - Spectrum Medical Care Center provides a wide range of services tailored to the LGBTQ+ community, including primary care, gender-affirming care, HIV treatment, hepatitis treatment, gynecologic health, and sexual health services. Their sexual health services encompass STI testing and treatment, PrEP care, PEP care, and DoxyPEP. The centre is dedicated to offering inclusive, whole-person healthcare that supports the unique needs of each patient.</w:t>
      </w:r>
      <w:r/>
    </w:p>
    <w:p>
      <w:pPr>
        <w:pStyle w:val="ListNumber"/>
        <w:spacing w:line="240" w:lineRule="auto"/>
        <w:ind w:left="720"/>
      </w:pPr>
      <w:r/>
      <w:hyperlink r:id="rId14">
        <w:r>
          <w:rPr>
            <w:color w:val="0000EE"/>
            <w:u w:val="single"/>
          </w:rPr>
          <w:t>https://www.prnewswire.com/news-releases/spectrum-medical-care-center-adds-new-leadership-expands-lesbian-health-acquires-pharmacy-and-plans-new-22-000-square-foot-phoenix-location-this-year-302683893.html</w:t>
        </w:r>
      </w:hyperlink>
      <w:r>
        <w:t xml:space="preserve"> - Spectrum Medical Care Center, a nonprofit healthcare provider serving Arizona's LGBTQ+ community, announced significant expansions in 2026. The organisation added new executive leadership, acquired a pharmacy, expanded women's health services for lesbians, trans, and nonbinary women, and planned a new 22,000-square-foot medical facility in Phoenix. These initiatives aim to increase access and continuity of care, reflecting the growing demand for inclusive primary and HIV care across the Valley.</w:t>
      </w:r>
      <w:r/>
    </w:p>
    <w:p>
      <w:pPr>
        <w:pStyle w:val="ListNumber"/>
        <w:spacing w:line="240" w:lineRule="auto"/>
        <w:ind w:left="720"/>
      </w:pPr>
      <w:r/>
      <w:hyperlink r:id="rId15">
        <w:r>
          <w:rPr>
            <w:color w:val="0000EE"/>
            <w:u w:val="single"/>
          </w:rPr>
          <w:t>https://gayety.com/spectrum-medical-phoenix-lgbtq-expansion-2026</w:t>
        </w:r>
      </w:hyperlink>
      <w:r>
        <w:t xml:space="preserve"> - Amid national pressure on LGBTQ+ care, Spectrum Medical Care Center in Phoenix is expanding its services. The expansion includes a new 22,000-square-foot medical campus, the launch of a dedicated lesbian health initiative, the acquisition of an independent pharmacy, and the addition of new executive leadership. These developments aim to enhance access to affirming healthcare for the LGBTQ+ community in Phoenix, addressing the challenges many patients face in finding inclusive providers.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zbigmedia.com/business/spectrum-medical-opens-in-house-pharmacy-at-new-phoenix-campus/" TargetMode="External"/><Relationship Id="rId10" Type="http://schemas.openxmlformats.org/officeDocument/2006/relationships/hyperlink" Target="https://spectrummedicalcare.org/pridecare-rx/" TargetMode="External"/><Relationship Id="rId11" Type="http://schemas.openxmlformats.org/officeDocument/2006/relationships/hyperlink" Target="https://spectrummedicalcare.org/" TargetMode="External"/><Relationship Id="rId12" Type="http://schemas.openxmlformats.org/officeDocument/2006/relationships/hyperlink" Target="https://spectrummedicalcare.org/services/" TargetMode="External"/><Relationship Id="rId13" Type="http://schemas.openxmlformats.org/officeDocument/2006/relationships/hyperlink" Target="https://spectrummedicalcare.org/about-us/" TargetMode="External"/><Relationship Id="rId14" Type="http://schemas.openxmlformats.org/officeDocument/2006/relationships/hyperlink" Target="https://www.prnewswire.com/news-releases/spectrum-medical-care-center-adds-new-leadership-expands-lesbian-health-acquires-pharmacy-and-plans-new-22-000-square-foot-phoenix-location-this-year-302683893.html" TargetMode="External"/><Relationship Id="rId15" Type="http://schemas.openxmlformats.org/officeDocument/2006/relationships/hyperlink" Target="https://gayety.com/spectrum-medical-phoenix-lgbtq-expansio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