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creator directory aims to solve the discovery problem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Creators and fans are facing a familiar headache: finding the right LGBTQ talent across a maze of social and subscription platforms. OnlyGays, launched by Atlanta-based Mango Digital, offers a searchable directory designed to bring those scattered profiles together, making discovery simpler while giving independent creators another route to new audiences.</w:t>
      </w:r>
      <w:r/>
    </w:p>
    <w:p>
      <w:pPr>
        <w:pStyle w:val="Heading2"/>
      </w:pPr>
      <w:r>
        <w:t>Essential Takeaways</w:t>
      </w:r>
      <w:r/>
      <w:r/>
    </w:p>
    <w:p>
      <w:pPr>
        <w:pStyle w:val="ListBullet"/>
        <w:spacing w:line="240" w:lineRule="auto"/>
        <w:ind w:left="720"/>
      </w:pPr>
      <w:r/>
      <w:r>
        <w:rPr>
          <w:b/>
        </w:rPr>
        <w:t>Multi-platform search:</w:t>
      </w:r>
      <w:r>
        <w:t xml:space="preserve"> OnlyGays points users towards creators across services including YouTube, Instagram, Twitch, Patreon and subscription platforms.</w:t>
      </w:r>
      <w:r/>
    </w:p>
    <w:p>
      <w:pPr>
        <w:pStyle w:val="ListBullet"/>
        <w:spacing w:line="240" w:lineRule="auto"/>
        <w:ind w:left="720"/>
      </w:pPr>
      <w:r/>
      <w:r>
        <w:rPr>
          <w:b/>
        </w:rPr>
        <w:t>Nearly 400 profiles:</w:t>
      </w:r>
      <w:r>
        <w:t xml:space="preserve"> The directory says its beta-era listings cover 13 creator categories.</w:t>
      </w:r>
      <w:r/>
    </w:p>
    <w:p>
      <w:pPr>
        <w:pStyle w:val="ListBullet"/>
        <w:spacing w:line="240" w:lineRule="auto"/>
        <w:ind w:left="720"/>
      </w:pPr>
      <w:r/>
      <w:r>
        <w:rPr>
          <w:b/>
        </w:rPr>
        <w:t>More than adult content:</w:t>
      </w:r>
      <w:r>
        <w:t xml:space="preserve"> Music, gaming, fitness, education, podcasts, activism and finance are included alongside subscription creators.</w:t>
      </w:r>
      <w:r/>
    </w:p>
    <w:p>
      <w:pPr>
        <w:pStyle w:val="ListBullet"/>
        <w:spacing w:line="240" w:lineRule="auto"/>
        <w:ind w:left="720"/>
      </w:pPr>
      <w:r/>
      <w:r>
        <w:rPr>
          <w:b/>
        </w:rPr>
        <w:t>Human-reviewed listings:</w:t>
      </w:r>
      <w:r>
        <w:t xml:space="preserve"> The platform says profiles are checked for authenticity, with AI-generated accounts identified where applicable.</w:t>
      </w:r>
      <w:r/>
    </w:p>
    <w:p>
      <w:pPr>
        <w:pStyle w:val="ListBullet"/>
        <w:spacing w:line="240" w:lineRule="auto"/>
        <w:ind w:left="720"/>
      </w:pPr>
      <w:r/>
      <w:r>
        <w:rPr>
          <w:b/>
        </w:rPr>
        <w:t>A discovery-first business:</w:t>
      </w:r>
      <w:r>
        <w:t xml:space="preserve"> Revenue is expected to come from featured listings, subscriptions, affiliate commissions and creator visibility tools.</w:t>
      </w:r>
      <w:r/>
      <w:r/>
    </w:p>
    <w:p>
      <w:pPr>
        <w:pStyle w:val="Heading2"/>
      </w:pPr>
      <w:r>
        <w:t>Finding LGBTQ creators shouldn't require detective work</w:t>
      </w:r>
      <w:r/>
    </w:p>
    <w:p>
      <w:r/>
      <w:r>
        <w:t>The strongest selling point is wonderfully simple. A fan may discover someone on Instagram, watch their videos on YouTube, catch a livestream on Twitch and support them through a separate membership service. Keeping track of all those links can feel like assembling a small digital jigsaw. According to XBIZ, OnlyGays is designed to bring that journey into one searchable place.</w:t>
      </w:r>
      <w:r/>
    </w:p>
    <w:p>
      <w:r/>
      <w:r>
        <w:t>That matters because social platforms don't always make discovery easy. Recommendation feeds can be noisy, search results can be inconsistent and creators may become difficult to find once a post slips out of view. OnlyGays is betting that a dedicated LGBTQ creator directory can provide a calmer, more focused alternative. (Sources: XBIZ; OnlyGays About page.)</w:t>
      </w:r>
      <w:r/>
    </w:p>
    <w:p>
      <w:pPr>
        <w:pStyle w:val="Heading2"/>
      </w:pPr>
      <w:r>
        <w:t>A directory, not another content platform</w:t>
      </w:r>
      <w:r/>
    </w:p>
    <w:p>
      <w:r/>
      <w:r>
        <w:t>OnlyGays isn't trying to replace the services creators already use. Instead, its profiles act as signposts, directing visitors to a creator's existing work across the wider internet. The platform's own description presents it as a search layer rather than a host for videos, livestreams or subscription content.</w:t>
      </w:r>
      <w:r/>
    </w:p>
    <w:p>
      <w:r/>
      <w:r>
        <w:t>That distinction gives the project a broader remit. The directory can include YouTubers, writers, podcasters, gamers, fitness personalities, educators and activists, as well as creators working in adult and paid-membership spaces. In practical terms, it's less about putting everything under one roof and more about helping fans find the right door. (Sources: OnlyGays About page; XBIZ.)</w:t>
      </w:r>
      <w:r/>
    </w:p>
    <w:p>
      <w:pPr>
        <w:pStyle w:val="Heading2"/>
      </w:pPr>
      <w:r>
        <w:t>Nearly 400 profiles show early momentum</w:t>
      </w:r>
      <w:r/>
    </w:p>
    <w:p>
      <w:r/>
      <w:r>
        <w:t>The company says its beta directory has grown to close to 400 verified LGBTQ+ creator profiles across 13 categories. That early scale is encouraging, although directories live or die by usefulness: fans need enough choice, while creators need enough traffic to make a listing worthwhile.</w:t>
      </w:r>
      <w:r/>
    </w:p>
    <w:p>
      <w:r/>
      <w:r>
        <w:t>OnlyGays is therefore entering a familiar marketplace challenge. It must attract creators so the search feels rich, then attract fans so those creators see a clear benefit in joining. The more complete the directory becomes, the more useful it could feel, but reaching that tipping point will take steady growth rather than a one-off launch splash. (Sources: XBIZ; Mango Digital's LinkedIn announcement.)</w:t>
      </w:r>
      <w:r/>
    </w:p>
    <w:p>
      <w:pPr>
        <w:pStyle w:val="Heading2"/>
      </w:pPr>
      <w:r>
        <w:t>Why verification could make or break trust</w:t>
      </w:r>
      <w:r/>
    </w:p>
    <w:p>
      <w:r/>
      <w:r>
        <w:t>Search is only valuable when users can believe what they're seeing. OnlyGays says its listings are reviewed by people, and that creators claiming profiles must provide identifying details as part of an authenticity check. Its Help Centre also says AI-generated profiles are labelled.</w:t>
      </w:r>
      <w:r/>
    </w:p>
    <w:p>
      <w:r/>
      <w:r>
        <w:t>That extra layer may sound administrative, but it's central to the experience. A directory filled with abandoned, misleading or duplicate accounts would quickly lose its appeal. Clear verification, visible links and straightforward profile information give fans something reassuring to hold on to before they click away to another platform. (Sources: OnlyGays Help Centre; OnlyGays About page.)</w:t>
      </w:r>
      <w:r/>
    </w:p>
    <w:p>
      <w:pPr>
        <w:pStyle w:val="Heading2"/>
      </w:pPr>
      <w:r>
        <w:t>The founder's failed search became the business idea</w:t>
      </w:r>
      <w:r/>
    </w:p>
    <w:p>
      <w:r/>
      <w:r>
        <w:t>Founder John Rozzo has said the project began after he spent around 45 minutes trying to locate a gay creator he had heard about, only to give up. Later, while listening to a podcast discussion about creator discovery, he started investigating whether a dedicated LGBTQ-focused search tool already existed.</w:t>
      </w:r>
      <w:r/>
    </w:p>
    <w:p>
      <w:r/>
      <w:r>
        <w:t>That story captures the frustration behind the product. Creators can be active, talented and commercially successful, yet still hard to locate unless a fan already knows the right username or platform. As creator businesses become more fragmented, a searchable directory could become a useful piece of infrastructure, provided it keeps listings fresh and earns trust on both sides. (Sources: OnlyGays founder essay; OnlyGays Help Centre.)</w:t>
      </w:r>
      <w:r/>
    </w:p>
    <w:p>
      <w:pPr>
        <w:pStyle w:val="Heading2"/>
      </w:pPr>
      <w:r>
        <w:t>Can OnlyGays become the default LGBTQ creator search?</w:t>
      </w:r>
      <w:r/>
    </w:p>
    <w:p>
      <w:r/>
      <w:r>
        <w:t>The commercial model is deliberately different from platforms that take a slice of every creator transaction. OnlyGays says it plans to use featured listings, fan subscriptions, affiliate income and paid visibility or agency tools instead. That means it can sit alongside existing creator businesses rather than asking talent to move everything elsewhere.</w:t>
      </w:r>
      <w:r/>
    </w:p>
    <w:p>
      <w:r/>
      <w:r>
        <w:t>The next test is audience behaviour. Will fans make a dedicated directory part of their routine, and will creators keep their profiles updated when social algorithms change? If OnlyGays can answer both questions, its narrow focus may prove to be its advantage. For creators tired of disappearing into crowded feeds, even a quiet, reliable path to discovery could feel like a welcome change. (Sources: OnlyGays About page; Mango Digital's LinkedIn announcement.)</w:t>
      </w:r>
      <w:r/>
    </w:p>
    <w:p>
      <w:r/>
      <w:r>
        <w:t>It's a small search problem with potentially big consequences for LGBTQ creators.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https://jrlcharts.com/2026/09/21/onlygays-launches-lgbtq-creator-search-platform-to-take-on-the-algorithm-problem/</w:t>
        </w:r>
      </w:hyperlink>
      <w:r>
        <w:t xml:space="preserve"> - Please view link - unable to able to access data</w:t>
      </w:r>
      <w:r/>
    </w:p>
    <w:p>
      <w:pPr>
        <w:pStyle w:val="ListNumber"/>
        <w:spacing w:line="240" w:lineRule="auto"/>
        <w:ind w:left="720"/>
      </w:pPr>
      <w:r/>
      <w:hyperlink r:id="rId10">
        <w:r>
          <w:rPr>
            <w:color w:val="0000EE"/>
            <w:u w:val="single"/>
          </w:rPr>
          <w:t>https://www.xbiz.com/news/300763/lgbtq-creator-directory-onlygays-launches</w:t>
        </w:r>
      </w:hyperlink>
      <w:r>
        <w:t xml:space="preserve"> - Mango Digital has launched OnlyGays, a multi-platform search directory for LGBTQ+ content creators. Unlike single-platform tools, OnlyGays indexes creators across platforms like OnlyFans, JustForFans, Patreon, and Instagram, allowing fans to search for LGBTQ+ creators from a single point of entry. The directory has grown to nearly 400 verified LGBTQ+ creator profiles across 13 categories. The platform monetizes through featured creator listings, SuperFan subscriptions for fans, and affiliate commissions, without taking a direct cut of creator platform revenue. Creators can list profiles at no cost, with paid add-ons for expanded visibility and agency-management capabilities.</w:t>
      </w:r>
      <w:r/>
    </w:p>
    <w:p>
      <w:pPr>
        <w:pStyle w:val="ListNumber"/>
        <w:spacing w:line="240" w:lineRule="auto"/>
        <w:ind w:left="720"/>
      </w:pPr>
      <w:r/>
      <w:hyperlink r:id="rId11">
        <w:r>
          <w:rPr>
            <w:color w:val="0000EE"/>
            <w:u w:val="single"/>
          </w:rPr>
          <w:t>https://onlygays.io/about/</w:t>
        </w:r>
      </w:hyperlink>
      <w:r>
        <w:t xml:space="preserve"> - OnlyGays is a curated directory connecting LGBTQ+ fans with their favourite creators across multiple platforms. The platform aims to solve the discovery problem for fans seeking gay talent and for content creators seeking an effective way to reach and attract fans. It offers platform-agnostic search using curated profiles, categories, and filters to help visitors locate creators and then go directly to the platforms where those creators publish their work. The company stresses that OnlyGays is a directory rather than a content-hosting platform.</w:t>
      </w:r>
      <w:r/>
    </w:p>
    <w:p>
      <w:pPr>
        <w:pStyle w:val="ListNumber"/>
        <w:spacing w:line="240" w:lineRule="auto"/>
        <w:ind w:left="720"/>
      </w:pPr>
      <w:r/>
      <w:hyperlink r:id="rId12">
        <w:r>
          <w:rPr>
            <w:color w:val="0000EE"/>
            <w:u w:val="single"/>
          </w:rPr>
          <w:t>https://onlygays.io/help/</w:t>
        </w:r>
      </w:hyperlink>
      <w:r>
        <w:t xml:space="preserve"> - OnlyGays is a curated directory for LGBTQ+ fans to easily find their favourite content creators across platforms like YouTube, OnlyFans, Patreon, JustForFans, Twitch, and more. Most mainstream sites lack effective search tools, making it hard for fans to discover creators who reflect their interests and identities. OnlyGays fills that gap with an inclusive, searchable platform designed to spotlight queer talent, making it easier for fans to find content they love and for creators to grow their audience.</w:t>
      </w:r>
      <w:r/>
    </w:p>
    <w:p>
      <w:pPr>
        <w:pStyle w:val="ListNumber"/>
        <w:spacing w:line="240" w:lineRule="auto"/>
        <w:ind w:left="720"/>
      </w:pPr>
      <w:r/>
      <w:hyperlink r:id="rId14">
        <w:r>
          <w:rPr>
            <w:color w:val="0000EE"/>
            <w:u w:val="single"/>
          </w:rPr>
          <w:t>https://onlygays.io/why-i-built-the-gay-creator-directory-we-needed/</w:t>
        </w:r>
      </w:hyperlink>
      <w:r>
        <w:t xml:space="preserve"> - The founder of OnlyGays shares the inspiration behind building the platform, which stemmed from personal difficulty in finding a specific gay creator. The idea crystallised after listening to a podcast discussing creator discovery and the limitations of search on creator platforms. The conclusion became the premise behind OnlyGays: instead of requiring audiences to already know where somebody publishes, create one searchable entry point capable of pointing them toward creators across numerous platforms.</w:t>
      </w:r>
      <w:r/>
    </w:p>
    <w:p>
      <w:pPr>
        <w:pStyle w:val="ListNumber"/>
        <w:spacing w:line="240" w:lineRule="auto"/>
        <w:ind w:left="720"/>
      </w:pPr>
      <w:r/>
      <w:hyperlink r:id="rId13">
        <w:r>
          <w:rPr>
            <w:color w:val="0000EE"/>
            <w:u w:val="single"/>
          </w:rPr>
          <w:t>https://www.linkedin.com/posts/mango-digital-llc_onlygays-join-the-waitlist-activity-7491476713948758016-eGmf</w:t>
        </w:r>
      </w:hyperlink>
      <w:r>
        <w:t xml:space="preserve"> - Mango Digital is building OnlyGays, the first directory for LGBTQ+ content creators. Every major creator platform has the same blind spot: no real search surfacing gay talent. Fans waste hours scrolling to find creators who match their interests, and creators — especially those doing niche or non-explicit work in science, health, tech, education, and activism — have been invisible. OnlyGays solves that. It's a searchable, multi-platform directory connecting fans to LGBTQ+ creators across TikTok, OnlyFans, Instagram, JustForFans, Patreon, YouTube, and more — the discovery infrastructure this space has never had.</w:t>
      </w:r>
      <w:r/>
    </w:p>
    <w:p>
      <w:pPr>
        <w:pStyle w:val="ListNumber"/>
        <w:spacing w:line="240" w:lineRule="auto"/>
        <w:ind w:left="720"/>
      </w:pPr>
      <w:r/>
      <w:hyperlink r:id="rId15">
        <w:r>
          <w:rPr>
            <w:color w:val="0000EE"/>
            <w:u w:val="single"/>
          </w:rPr>
          <w:t>https://huntzu.com/</w:t>
        </w:r>
      </w:hyperlink>
      <w:r>
        <w:t xml:space="preserve"> - Huntzu is a free OnlyFans search engine that allows users to find creators, models, and accounts by name, category, or country. With live data, Huntzu indexes over 354,000 profiles and has facilitated over 5 million searches. Users can search by category, gender, identity, age, ethnicity, hair, body type, style, look, and specialty/kink. The platform also offers a quiz to help users find exact matches based on their preferences.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09/21/onlygays-launches-lgbtq-creator-search-platform-to-take-on-the-algorithm-problem/" TargetMode="External"/><Relationship Id="rId10" Type="http://schemas.openxmlformats.org/officeDocument/2006/relationships/hyperlink" Target="https://www.xbiz.com/news/300763/lgbtq-creator-directory-onlygays-launches" TargetMode="External"/><Relationship Id="rId11" Type="http://schemas.openxmlformats.org/officeDocument/2006/relationships/hyperlink" Target="https://onlygays.io/about/" TargetMode="External"/><Relationship Id="rId12" Type="http://schemas.openxmlformats.org/officeDocument/2006/relationships/hyperlink" Target="https://onlygays.io/help/" TargetMode="External"/><Relationship Id="rId13" Type="http://schemas.openxmlformats.org/officeDocument/2006/relationships/hyperlink" Target="https://www.linkedin.com/posts/mango-digital-llc_onlygays-join-the-waitlist-activity-7491476713948758016-eGmf" TargetMode="External"/><Relationship Id="rId14" Type="http://schemas.openxmlformats.org/officeDocument/2006/relationships/hyperlink" Target="https://onlygays.io/why-i-built-the-gay-creator-directory-we-needed/" TargetMode="External"/><Relationship Id="rId15" Type="http://schemas.openxmlformats.org/officeDocument/2006/relationships/hyperlink" Target="https://huntzu.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