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Taylor Mac Bark of Millions Songs for Queer History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stepping into Taylor Mac and Matt Ray's Songs from Bark of Millions for a glittering, unruly lesson in queer history. With live music, extravagant costumes and tributes stretching from ancient myth to modern activism, the performance turns a concert into a joyous communal celebration, even when the sound gets a little too loud.</w:t>
      </w:r>
      <w:r/>
    </w:p>
    <w:p>
      <w:pPr>
        <w:pStyle w:val="Heading2"/>
      </w:pPr>
      <w:r>
        <w:t>Essential Takeaways</w:t>
      </w:r>
      <w:r/>
      <w:r/>
    </w:p>
    <w:p>
      <w:pPr>
        <w:pStyle w:val="ListBullet"/>
        <w:spacing w:line="240" w:lineRule="auto"/>
        <w:ind w:left="720"/>
      </w:pPr>
      <w:r/>
      <w:r>
        <w:rPr>
          <w:b/>
        </w:rPr>
        <w:t>A queer historical parade:</w:t>
      </w:r>
      <w:r>
        <w:t xml:space="preserve"> The song cycle honours figures including Marsha P. Johnson, Audre Lorde, James Baldwin and Storme DeLarverie.</w:t>
      </w:r>
      <w:r/>
    </w:p>
    <w:p>
      <w:pPr>
        <w:pStyle w:val="ListBullet"/>
        <w:spacing w:line="240" w:lineRule="auto"/>
        <w:ind w:left="720"/>
      </w:pPr>
      <w:r/>
      <w:r>
        <w:rPr>
          <w:b/>
        </w:rPr>
        <w:t>Big theatrical energy:</w:t>
      </w:r>
      <w:r>
        <w:t xml:space="preserve"> Matt Ray leads a live band while Taylor Mac hosts in spectacular, brightly coloured costumes.</w:t>
      </w:r>
      <w:r/>
    </w:p>
    <w:p>
      <w:pPr>
        <w:pStyle w:val="ListBullet"/>
        <w:spacing w:line="240" w:lineRule="auto"/>
        <w:ind w:left="720"/>
      </w:pPr>
      <w:r/>
      <w:r>
        <w:rPr>
          <w:b/>
        </w:rPr>
        <w:t>A wide musical range:</w:t>
      </w:r>
      <w:r>
        <w:t xml:space="preserve"> Songs move between rock, gospel, disco, hip hop, balladry and theatrical showmanship.</w:t>
      </w:r>
      <w:r/>
    </w:p>
    <w:p>
      <w:pPr>
        <w:pStyle w:val="ListBullet"/>
        <w:spacing w:line="240" w:lineRule="auto"/>
        <w:ind w:left="720"/>
      </w:pPr>
      <w:r/>
      <w:r>
        <w:rPr>
          <w:b/>
        </w:rPr>
        <w:t>Expect visual overload:</w:t>
      </w:r>
      <w:r>
        <w:t xml:space="preserve"> Machine Dazzle's designs include towering headpieces, feathered silhouettes, masks and surreal accessories.</w:t>
      </w:r>
      <w:r/>
    </w:p>
    <w:p>
      <w:pPr>
        <w:pStyle w:val="ListBullet"/>
        <w:spacing w:line="240" w:lineRule="auto"/>
        <w:ind w:left="720"/>
      </w:pPr>
      <w:r/>
      <w:r>
        <w:rPr>
          <w:b/>
        </w:rPr>
        <w:t>It's a substantial experience:</w:t>
      </w:r>
      <w:r>
        <w:t xml:space="preserve"> The wider Bark of Millions project runs for more than four hours, while this concert version lasts around two and a half hours.</w:t>
      </w:r>
      <w:r/>
      <w:r/>
    </w:p>
    <w:p>
      <w:pPr>
        <w:pStyle w:val="Heading2"/>
      </w:pPr>
      <w:r>
        <w:t>A queer history lesson with a beat</w:t>
      </w:r>
      <w:r/>
    </w:p>
    <w:p>
      <w:r/>
      <w:r>
        <w:t>The evening begins with the title song, drawing on the ancient Egyptian image of a divine boat carrying the sun through the sky. It's a fitting launchpad for a production interested in cycles, survival and the stubborn return of light after darkness.</w:t>
      </w:r>
      <w:r/>
    </w:p>
    <w:p>
      <w:r/>
      <w:r>
        <w:t>From there, the performance becomes a fast-moving roll call of queer heroes. Marsha P. Johnson receives a lively number that blends the snap of hip hop with the theatrical bounce of Gilbert and Sullivan. The effect is both celebratory and slightly mischievous, as if history has been given better lighting and a much louder backing band.</w:t>
      </w:r>
      <w:r/>
    </w:p>
    <w:p>
      <w:r/>
      <w:r>
        <w:t>The Guardian described Bark of Millions as a bombastic queer history told through dozens of songs, and that scale is central to its appeal. This isn't a quiet lecture with a few musical interludes. It's history in sequins, feathers and full voice.</w:t>
      </w:r>
      <w:r/>
    </w:p>
    <w:p>
      <w:pPr>
        <w:pStyle w:val="Heading2"/>
      </w:pPr>
      <w:r>
        <w:t>Taylor Mac and Matt Ray make history feel communal</w:t>
      </w:r>
      <w:r/>
    </w:p>
    <w:p>
      <w:r/>
      <w:r>
        <w:t>Taylor Mac's role is part host, part storyteller and part ringmaster. The invitation is clear: audiences aren't simply watching a catalogue of names, they're being encouraged to feel more connected to queer lives, struggles and traditions by the time they leave.</w:t>
      </w:r>
      <w:r/>
    </w:p>
    <w:p>
      <w:r/>
      <w:r>
        <w:t>Matt Ray anchors the production from the piano and musical direction, while the company brings a strikingly varied sound. Audre Lorde's tribute leans towards gospel, Storme DeLarverie's song has a gentle rhythmic sway, and Greta Garbo's number shifts from ballad to disco with delicious theatrical ease.</w:t>
      </w:r>
      <w:r/>
    </w:p>
    <w:p>
      <w:r/>
      <w:r>
        <w:t>That variety keeps the evening moving. Even when a lyric turns mournful, the show rarely loses its sense of pleasure. As Stage and Cinema's coverage of the Boston presentation suggests, the piece works best when its historical ambition and its concert energy meet in the same moment.</w:t>
      </w:r>
      <w:r/>
    </w:p>
    <w:p>
      <w:pPr>
        <w:pStyle w:val="Heading2"/>
      </w:pPr>
      <w:r>
        <w:t>Machine Dazzle's costumes are half the spectacle</w:t>
      </w:r>
      <w:r/>
    </w:p>
    <w:p>
      <w:r/>
      <w:r>
        <w:t>You could spend the entire night watching the costumes. Mac appears in a riot of pink, complete with clown-like footwear, glittering leggings and ruffles that seem determined to escape in every direction.</w:t>
      </w:r>
      <w:r/>
    </w:p>
    <w:p>
      <w:r/>
      <w:r>
        <w:t>Machine Dazzle's designs push the performers into a world of visual fantasy. A balloon rainbow rises above one look, masks become part of a skirt, and another headpiece appears to erupt with chips. Heather Christian's feathered purple ensemble and silver bird headdress give the stage a dreamlike, almost mythological quality.</w:t>
      </w:r>
      <w:r/>
    </w:p>
    <w:p>
      <w:r/>
      <w:r>
        <w:t>BroadwayWorld's listing highlights the production's large ensemble and fantastical costume design, and that visual abundance is more than decoration. Each performer arrives with an instant character, turning historical references into living, moving tableaux.</w:t>
      </w:r>
      <w:r/>
    </w:p>
    <w:p>
      <w:pPr>
        <w:pStyle w:val="Heading2"/>
      </w:pPr>
      <w:r>
        <w:t>The songs honour icons, activists and outsiders</w:t>
      </w:r>
      <w:r/>
    </w:p>
    <w:p>
      <w:r/>
      <w:r>
        <w:t>The strongest passages are often the most personal. A plaintive tribute to Morgan Jenness, Mac's longtime activist and dramaturg, brings a noticeably tender change of temperature, with bowed strings creating a ghostly, intimate atmosphere.</w:t>
      </w:r>
      <w:r/>
    </w:p>
    <w:p>
      <w:r/>
      <w:r>
        <w:t>Elsewhere, the evening honours James Baldwin through a soulful, sermon-like performance, while Chavela Vargas is remembered in Spanish. Le Gateau Chocolat brings warmth and gravity to the story of Area Scatter, a figure associated with transformation and celebration rather than punishment.</w:t>
      </w:r>
      <w:r/>
    </w:p>
    <w:p>
      <w:r/>
      <w:r>
        <w:t>The show also makes room for humour. A Margaret Cho song becomes a celebration of making your own party when nobody else has prepared one, while Machine Dazzle's exaggerated comic suffering provides a welcome release from the heavier material. That balance matters. A history built entirely from solemnity would feel narrower; here, laughter becomes part of the resistance.</w:t>
      </w:r>
      <w:r/>
    </w:p>
    <w:p>
      <w:pPr>
        <w:pStyle w:val="Heading2"/>
      </w:pPr>
      <w:r>
        <w:t>What to know before you book</w:t>
      </w:r>
      <w:r/>
    </w:p>
    <w:p>
      <w:r/>
      <w:r>
        <w:t>This is not a minimalist recital. The company is large, the costumes are huge and the musical arrangements can be forceful. The New York performance was staged outdoors, which added an element of adventure when rain threatened the evening and the performers carried on beneath open tents.</w:t>
      </w:r>
      <w:r/>
    </w:p>
    <w:p>
      <w:r/>
      <w:r>
        <w:t>There are practical caveats, too. The sound can overwhelm the lyrics, particularly when the full band and ensemble are firing at once. Bright lighting is also directed towards the audience, so those who are sensitive to glare may want to prepare for a few uncomfortable flashes.</w:t>
      </w:r>
      <w:r/>
    </w:p>
    <w:p>
      <w:r/>
      <w:r>
        <w:t>Still, the scale is part of the point. Bark of Millions began as a much longer rock opera and performance spectacle, first presented at the Sydney Opera House before travelling to BAM. A book based on the project is scheduled for publication in 2026, extending its archive beyond the stage.</w:t>
      </w:r>
      <w:r/>
    </w:p>
    <w:p>
      <w:pPr>
        <w:pStyle w:val="Heading2"/>
      </w:pPr>
      <w:r>
        <w:t>A joyful invitation to remember differently</w:t>
      </w:r>
      <w:r/>
    </w:p>
    <w:p>
      <w:r/>
      <w:r>
        <w:t>Songs from Bark of Millions doesn't offer a neat timeline or a tidy academic survey. Instead, it creates a noisy, generous gathering where ancient figures, artists, activists and contemporary performers share the same musical universe.</w:t>
      </w:r>
      <w:r/>
    </w:p>
    <w:p>
      <w:r/>
      <w:r>
        <w:t>That may be the show's most powerful idea. Queer history isn't presented as a museum display behind glass; it's sung, danced, teased and carried forward by a living company. For audiences ready for spectacle with a beating heart, Taylor Mac and Matt Ray have made a celebration that's difficult to forget.</w:t>
      </w:r>
      <w:r/>
    </w:p>
    <w:p>
      <w:r/>
      <w:r>
        <w:t>Explore the performance if you want queer history served with music, mischief and plenty of glitter.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4">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https://theaterpizzazz.com/taylor-mac-and-matt-ray-songs-from-bark-of-millions-joyous/</w:t>
        </w:r>
      </w:hyperlink>
      <w:r>
        <w:t xml:space="preserve"> - Please view link - unable to able to access data</w:t>
      </w:r>
      <w:r/>
    </w:p>
    <w:p>
      <w:pPr>
        <w:pStyle w:val="ListNumber"/>
        <w:spacing w:line="240" w:lineRule="auto"/>
        <w:ind w:left="720"/>
      </w:pPr>
      <w:r/>
      <w:hyperlink r:id="rId10">
        <w:r>
          <w:rPr>
            <w:color w:val="0000EE"/>
            <w:u w:val="single"/>
          </w:rPr>
          <w:t>https://www.theguardian.com/stage/2023/oct/21/taylor-mac-bark-of-millions-review-a-bombastic-queer-history-told-over-55-songs</w:t>
        </w:r>
      </w:hyperlink>
      <w:r>
        <w:t xml:space="preserve"> - In October 2023, Taylor Mac's 'Bark of Millions' premiered at the Sydney Opera House, a four-hour musical-opera-variety show featuring 55 songs that pay homage to queer figures both celebrated and obscure. The production is described as a 'bombastic queer history, told over 55 songs', blending opera, musical theatre, revue, and ritualistic offerings. The show is noted for its extravagance and oracular nature, encompassing the minutiae of existence and the entire weight of queer history. The performance is a 'perverse conversion therapy session' aiming to make straight theatregoers queer and queer theatregoers queerer. The ensemble includes a 22-strong cast with a full band led by co-creator and musical collaborator Matt Ray. The production is praised for its spiritual successor to Mac's previous work, 'A 24-Decade History of Popular Music', and is noted for its maximalist approach to queer history and culture.</w:t>
      </w:r>
      <w:r/>
    </w:p>
    <w:p>
      <w:pPr>
        <w:pStyle w:val="ListNumber"/>
        <w:spacing w:line="240" w:lineRule="auto"/>
        <w:ind w:left="720"/>
      </w:pPr>
      <w:r/>
      <w:hyperlink r:id="rId14">
        <w:r>
          <w:rPr>
            <w:color w:val="0000EE"/>
            <w:u w:val="single"/>
          </w:rPr>
          <w:t>https://stageandcinema.com/2026/09/04/songs-from-bark-of-millions-boston/</w:t>
        </w:r>
      </w:hyperlink>
      <w:r>
        <w:t xml:space="preserve"> - In September 2026, Taylor Mac and Matt Ray's 'Songs from Bark of Millions' was announced to be performed in Boston at the Emerson Paramount Center's Robert J. Orchard Stage from October 15–18, 2026. The performance is a two-hour concert drawn from their epic 'Bark of Millions', which contains 55 original songs and runs four hours. The Boston engagement is part of a major new extension of the project, with the complete work containing 55 original songs and running four hours. The performance is described as a two-hour explosion of music, theater, and drag, featuring a powerhouse company of 17 artists. The production is co-directed by Niegel Smith and Faye Driscoll, with costumes by Machine Dazzle. The performance is noted for its electrifying collision of performance, live music, and drag spectacle, and is part of ArtsEmerson's 2026/27 season.</w:t>
      </w:r>
      <w:r/>
    </w:p>
    <w:p>
      <w:pPr>
        <w:pStyle w:val="ListNumber"/>
        <w:spacing w:line="240" w:lineRule="auto"/>
        <w:ind w:left="720"/>
      </w:pPr>
      <w:r/>
      <w:hyperlink r:id="rId11">
        <w:r>
          <w:rPr>
            <w:color w:val="0000EE"/>
            <w:u w:val="single"/>
          </w:rPr>
          <w:t>https://www.broadwayworld.com/boston/regional/Taylor-Mac-and-Matt-RaySongs-from-Bark-of-Millions</w:t>
        </w:r>
      </w:hyperlink>
      <w:r>
        <w:t xml:space="preserve"> - Taylor Mac and Matt Ray's 'Songs from Bark of Millions' is scheduled to be performed at the Emerson Paramount Center's Robert J. Orchard Stage in Boston from October 15–18, 2026. The performance is a two-hour concert drawn from their epic 'Bark of Millions', which contains 55 original songs and runs four hours. The production is co-directed by Niegel Smith and Faye Driscoll, with costumes by Machine Dazzle. The performance is described as a two-hour explosion of music, theater, and drag, featuring a powerhouse company of 17 artists. The production is part of ArtsEmerson's 2026/27 season and is presented in association with The Huntington.</w:t>
      </w:r>
      <w:r/>
    </w:p>
    <w:p>
      <w:pPr>
        <w:pStyle w:val="ListNumber"/>
        <w:spacing w:line="240" w:lineRule="auto"/>
        <w:ind w:left="720"/>
      </w:pPr>
      <w:r/>
      <w:hyperlink r:id="rId12">
        <w:r>
          <w:rPr>
            <w:color w:val="0000EE"/>
            <w:u w:val="single"/>
          </w:rPr>
          <w:t>https://www.theasy.com/Reviews/2024/B/barkofmillions.php</w:t>
        </w:r>
      </w:hyperlink>
      <w:r>
        <w:t xml:space="preserve"> - In February 2024, 'Bark of Millions' was performed at the Brooklyn Academy of Music's Harvey Theater. The performance is described as a marathon song-cycle event with 55 songs, one for each year since Stonewall. The production is noted for its maximalist approach, blending opera, musical theatre, revue, and ritualistic offerings. The performance is praised for its extravagance and oracular nature, encompassing the minutiae of existence and the entire weight of queer history. The ensemble includes a 22-strong cast with a full band led by co-creator and musical collaborator Matt Ray. The production is noted for its maximalist approach to queer history and culture.</w:t>
      </w:r>
      <w:r/>
    </w:p>
    <w:p>
      <w:pPr>
        <w:pStyle w:val="ListNumber"/>
        <w:spacing w:line="240" w:lineRule="auto"/>
        <w:ind w:left="720"/>
      </w:pPr>
      <w:r/>
      <w:hyperlink r:id="rId13">
        <w:r>
          <w:rPr>
            <w:color w:val="0000EE"/>
            <w:u w:val="single"/>
          </w:rPr>
          <w:t>https://newyorktheater.me/2024/02/07/bark-of-millions-review/</w:t>
        </w:r>
      </w:hyperlink>
      <w:r>
        <w:t xml:space="preserve"> - In February 2024, 'Bark of Millions' was performed at the Brooklyn Academy of Music's Harvey Theater. The performance is described as a concert of fifty-five original songs, each inspired by a queer figure in history, put together by the same team that produced the once-in-a-generation 'A 24-Decade History of Popular Music'. The production is noted for its maximalist approach, blending opera, musical theatre, revue, and ritualistic offerings. The performance is praised for its extravagance and oracular nature, encompassing the minutiae of existence and the entire weight of queer history. The ensemble includes a 22-strong cast with a full band led by co-creator and musical collaborator Matt Ray.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aterpizzazz.com/taylor-mac-and-matt-ray-songs-from-bark-of-millions-joyous/" TargetMode="External"/><Relationship Id="rId10" Type="http://schemas.openxmlformats.org/officeDocument/2006/relationships/hyperlink" Target="https://www.theguardian.com/stage/2023/oct/21/taylor-mac-bark-of-millions-review-a-bombastic-queer-history-told-over-55-songs" TargetMode="External"/><Relationship Id="rId11" Type="http://schemas.openxmlformats.org/officeDocument/2006/relationships/hyperlink" Target="https://www.broadwayworld.com/boston/regional/Taylor-Mac-and-Matt-RaySongs-from-Bark-of-Millions" TargetMode="External"/><Relationship Id="rId12" Type="http://schemas.openxmlformats.org/officeDocument/2006/relationships/hyperlink" Target="https://www.theasy.com/Reviews/2024/B/barkofmillions.php" TargetMode="External"/><Relationship Id="rId13" Type="http://schemas.openxmlformats.org/officeDocument/2006/relationships/hyperlink" Target="https://newyorktheater.me/2024/02/07/bark-of-millions-review/" TargetMode="External"/><Relationship Id="rId14" Type="http://schemas.openxmlformats.org/officeDocument/2006/relationships/hyperlink" Target="https://stageandcinema.com/2026/09/04/songs-from-bark-of-millions-bos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