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Oh, Mary! Teacher Cast Guide for Broadway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Oh, Mary! Teacher role has become one of Broadway's most intriguing supporting parts, pairing a handsome, steady foil with Cole Escola's gloriously chaotic First Lady. Here's a look at why the character matters, how the production keeps evolving, and where to check the latest official cast information.</w:t>
      </w:r>
      <w:r/>
    </w:p>
    <w:p>
      <w:pPr>
        <w:pStyle w:val="Heading2"/>
      </w:pPr>
      <w:r>
        <w:t>Essential Takeaways</w:t>
      </w:r>
      <w:r/>
      <w:r/>
    </w:p>
    <w:p>
      <w:pPr>
        <w:pStyle w:val="ListBullet"/>
        <w:spacing w:line="240" w:lineRule="auto"/>
        <w:ind w:left="720"/>
      </w:pPr>
      <w:r/>
      <w:r>
        <w:rPr>
          <w:b/>
        </w:rPr>
        <w:t>A vital foil:</w:t>
      </w:r>
      <w:r>
        <w:t xml:space="preserve"> Mary's Teacher helps anchor the play while the title character spins into comic mayhem.</w:t>
      </w:r>
      <w:r/>
    </w:p>
    <w:p>
      <w:pPr>
        <w:pStyle w:val="ListBullet"/>
        <w:spacing w:line="240" w:lineRule="auto"/>
        <w:ind w:left="720"/>
      </w:pPr>
      <w:r/>
      <w:r>
        <w:rPr>
          <w:b/>
        </w:rPr>
        <w:t>A changing role:</w:t>
      </w:r>
      <w:r>
        <w:t xml:space="preserve"> Different performers bring their own energy and timing without losing the show's carefully controlled structure.</w:t>
      </w:r>
      <w:r/>
    </w:p>
    <w:p>
      <w:pPr>
        <w:pStyle w:val="ListBullet"/>
        <w:spacing w:line="240" w:lineRule="auto"/>
        <w:ind w:left="720"/>
      </w:pPr>
      <w:r/>
      <w:r>
        <w:rPr>
          <w:b/>
        </w:rPr>
        <w:t>A growing phenomenon:</w:t>
      </w:r>
      <w:r>
        <w:t xml:space="preserve"> Oh, Mary! has expanded from a buzzy New York comedy into a major touring and screen property.</w:t>
      </w:r>
      <w:r/>
    </w:p>
    <w:p>
      <w:pPr>
        <w:pStyle w:val="ListBullet"/>
        <w:spacing w:line="240" w:lineRule="auto"/>
        <w:ind w:left="720"/>
      </w:pPr>
      <w:r/>
      <w:r>
        <w:rPr>
          <w:b/>
        </w:rPr>
        <w:t>Check before booking:</w:t>
      </w:r>
      <w:r>
        <w:t xml:space="preserve"> Cast details can change, so official production pages are the safest source for current information.</w:t>
      </w:r>
      <w:r/>
    </w:p>
    <w:p>
      <w:pPr>
        <w:pStyle w:val="ListBullet"/>
        <w:spacing w:line="240" w:lineRule="auto"/>
        <w:ind w:left="720"/>
      </w:pPr>
      <w:r/>
      <w:r>
        <w:rPr>
          <w:b/>
        </w:rPr>
        <w:t>Expect controlled chaos:</w:t>
      </w:r>
      <w:r>
        <w:t xml:space="preserve"> The comedy works best when Mary's supporting players stay grounded and let her take the spotlight.</w:t>
      </w:r>
      <w:r/>
      <w:r/>
    </w:p>
    <w:p>
      <w:pPr>
        <w:pStyle w:val="Heading2"/>
      </w:pPr>
      <w:r>
        <w:t>Why Mary's Teacher matters more than expected</w:t>
      </w:r>
      <w:r/>
    </w:p>
    <w:p>
      <w:r/>
      <w:r>
        <w:t>The Teacher might sound like a supporting detail, but in Oh, Mary! the role is part of the show's secret machinery. Opposite Mary Todd Lincoln's flamboyant fantasies, this character supplies a calmer presence, creating the contrast that makes the bigger comic turns land with such force.</w:t>
      </w:r>
      <w:r/>
    </w:p>
    <w:p>
      <w:r/>
      <w:r>
        <w:t>That's the trick. A stage full of performers chasing laughs would quickly become noisy, whereas Mary's Teacher helps give the audience something solid to watch. The official production material presents Oh, Mary! as a sharply defined ensemble piece, with each character contributing to the show's unusual balance between absurdity and narrative control. (Broadway.com; Oh, Mary! official site)</w:t>
      </w:r>
      <w:r/>
    </w:p>
    <w:p>
      <w:r/>
      <w:r>
        <w:t>The result is a character who may not dominate the poster, but still leaves an impression. In a comedy this deliberately unhinged, restraint can be surprisingly seductive.</w:t>
      </w:r>
      <w:r/>
    </w:p>
    <w:p>
      <w:pPr>
        <w:pStyle w:val="Heading2"/>
      </w:pPr>
      <w:r>
        <w:t>The production keeps changing without losing its identity</w:t>
      </w:r>
      <w:r/>
    </w:p>
    <w:p>
      <w:r/>
      <w:r>
        <w:t>Oh, Mary! has continued to grow through new casts, wider exposure and fresh performance opportunities. Its official pages outline a production that has moved beyond its original theatre buzz, while Broadway listings provide the practical cast and show information audiences need when planning a visit. (Broadway.com; Broadway at the National)</w:t>
      </w:r>
      <w:r/>
    </w:p>
    <w:p>
      <w:r/>
      <w:r>
        <w:t>That evolution is part of the appeal. Mary remains the centre of attention, but the surrounding performers can shift the temperature of a scene. One Teacher might lean into dry authority, another into warmth or polished charm, and another might find the comedy in barely moving at all.</w:t>
      </w:r>
      <w:r/>
    </w:p>
    <w:p>
      <w:r/>
      <w:r>
        <w:t>For regular theatre-goers, that makes repeat viewing especially tempting. The broad beats may stay familiar, but live comedy is never entirely fixed. A pause, glance or perfectly timed reaction can make the same moment feel freshly ridiculous.</w:t>
      </w:r>
      <w:r/>
    </w:p>
    <w:p>
      <w:pPr>
        <w:pStyle w:val="Heading2"/>
      </w:pPr>
      <w:r>
        <w:t>Why the heartthrob factor works</w:t>
      </w:r>
      <w:r/>
    </w:p>
    <w:p>
      <w:r/>
      <w:r>
        <w:t>There is a knowing pleasure in casting an apparently composed, attractive man as the person attempting to navigate Mary's increasingly wild world. The contrast is immediate: sleek calm meets theatrical excess, and the audience understands the joke before anyone says a word.</w:t>
      </w:r>
      <w:r/>
    </w:p>
    <w:p>
      <w:r/>
      <w:r>
        <w:t>Still, the appeal isn't only visual. The role requires precision, because the Teacher has to support the comic rhythm without competing with the show's central clown. Broadway's cast and production pages are useful starting points for tracking the performers attached to the show, particularly as line-ups can change between engagements. (Broadway.com; Oh, Mary! official site)</w:t>
      </w:r>
      <w:r/>
    </w:p>
    <w:p>
      <w:r/>
      <w:r>
        <w:t>In other words, the dreamboat quality may get people talking, but timing keeps the character working. A good Teacher knows exactly when to react, when to hold back and when to let Mary's latest detour crash spectacularly into the room.</w:t>
      </w:r>
      <w:r/>
    </w:p>
    <w:p>
      <w:pPr>
        <w:pStyle w:val="Heading2"/>
      </w:pPr>
      <w:r>
        <w:t>How to choose the right cast information</w:t>
      </w:r>
      <w:r/>
    </w:p>
    <w:p>
      <w:r/>
      <w:r>
        <w:t>If you're searching for the current Oh, Mary! cast, start with the production's official website and the theatre presenting the show. These pages are more reliable than old social posts or recycled listings, which can linger online long after an engagement has ended. (Oh, Mary! official site; Broadway at the National)</w:t>
      </w:r>
      <w:r/>
    </w:p>
    <w:p>
      <w:r/>
      <w:r>
        <w:t>Broadway.com is also handy for checking cast announcements, production details and audience-facing updates. Meanwhile, theatre guides can help with venue context, dates and booking information, although it's still wise to confirm details directly before travelling. (Broadway.com; NYC Broadway)</w:t>
      </w:r>
      <w:r/>
    </w:p>
    <w:p>
      <w:r/>
      <w:r>
        <w:t>This matters because the show's appeal is closely tied to its performers. If you're hoping to see a particular Teacher, don't assume the name attached to a review or fan post is still current. Theatre schedules have a habit of changing just when you've made elaborate plans.</w:t>
      </w:r>
      <w:r/>
    </w:p>
    <w:p>
      <w:pPr>
        <w:pStyle w:val="Heading2"/>
      </w:pPr>
      <w:r>
        <w:t>A small role with a big comic job</w:t>
      </w:r>
      <w:r/>
    </w:p>
    <w:p>
      <w:r/>
      <w:r>
        <w:t>The Teacher's real function is to make Mary's behaviour feel even more outrageous. By offering a grounded counterpoint, the character gives the audience permission to enjoy the madness rather than become lost in it.</w:t>
      </w:r>
      <w:r/>
    </w:p>
    <w:p>
      <w:r/>
      <w:r>
        <w:t>That balance reflects the wider design of Oh, Mary!, whose official descriptions and production materials emphasise its distinctive comic world and ensemble approach. (Oh, Mary! official site; Broadway.com) The supporting cast isn't simply decorating the action; they're helping shape the rhythm that makes the show feel so fast, strange and unexpectedly precise.</w:t>
      </w:r>
      <w:r/>
    </w:p>
    <w:p>
      <w:r/>
      <w:r>
        <w:t>And that's why the role has developed its own following. Mary may be the reason audiences arrive, but her Teacher is often the reason they leave remembering a particular look, pause or perfectly judged bit of composure. Broadway comedy needs its straight men and women, but this one happens to be exceptionally easy on the eyes.</w:t>
      </w:r>
      <w:r/>
    </w:p>
    <w:p>
      <w:r/>
      <w:r>
        <w:t>It's a small role with a huge responsibility, and the right performer makes the chaos sparkle.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4">
        <w:r>
          <w:rPr>
            <w:color w:val="0000EE"/>
            <w:u w:val="single"/>
          </w:rPr>
          <w:t>[6]</w:t>
        </w:r>
      </w:hyperlink>
      <w:r>
        <w:t xml:space="preserve">, </w:t>
      </w:r>
      <w:hyperlink r:id="rId10">
        <w:r>
          <w:rPr>
            <w:color w:val="0000EE"/>
            <w:u w:val="single"/>
          </w:rPr>
          <w:t>[2]</w:t>
        </w:r>
      </w:hyperlink>
      <w:r>
        <w:t xml:space="preserve">- Paragraph 5: </w:t>
      </w:r>
      <w:hyperlink r:id="rId15">
        <w:r>
          <w:rPr>
            <w:color w:val="0000EE"/>
            <w:u w:val="single"/>
          </w:rPr>
          <w:t>[5]</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1">
        <w:r>
          <w:rPr>
            <w:color w:val="0000EE"/>
            <w:u w:val="single"/>
          </w:rPr>
          <w:t>[7]</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1">
        <w:r>
          <w:rPr>
            <w:color w:val="0000EE"/>
            <w:u w:val="single"/>
          </w:rPr>
          <w:t>[7]</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1">
        <w:r>
          <w:rPr>
            <w:color w:val="0000EE"/>
            <w:u w:val="single"/>
          </w:rPr>
          <w:t>[7]</w:t>
        </w:r>
      </w:hyperlink>
      <w:r>
        <w:t xml:space="preserve">, </w:t>
      </w:r>
      <w:hyperlink r:id="rId12">
        <w:r>
          <w:rPr>
            <w:color w:val="0000EE"/>
            <w:u w:val="single"/>
          </w:rPr>
          <w:t>[3]</w:t>
        </w:r>
      </w:hyperlink>
      <w:r>
        <w:t xml:space="preserve">- Paragraph 12: </w:t>
      </w:r>
      <w:hyperlink r:id="rId11">
        <w:r>
          <w:rPr>
            <w:color w:val="0000EE"/>
            <w:u w:val="single"/>
          </w:rPr>
          <w:t>[7]</w:t>
        </w:r>
      </w:hyperlink>
      <w:r>
        <w:t xml:space="preserve">, </w:t>
      </w:r>
      <w:hyperlink r:id="rId10">
        <w:r>
          <w:rPr>
            <w:color w:val="0000EE"/>
            <w:u w:val="single"/>
          </w:rPr>
          <w:t>[2]</w:t>
        </w:r>
      </w:hyperlink>
      <w:r>
        <w:t xml:space="preserve">- Paragraph 13: </w:t>
      </w:r>
      <w:hyperlink r:id="rId11">
        <w:r>
          <w:rPr>
            <w:color w:val="0000EE"/>
            <w:u w:val="single"/>
          </w:rPr>
          <w:t>[7]</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https://www.queerty.com/hot-for-teacher-your-guide-to-all-the-heartthrobs-whove-played-marys-teacher-in-oh-mary-so-far-20260921/</w:t>
        </w:r>
      </w:hyperlink>
      <w:r>
        <w:t xml:space="preserve"> - Please view link - unable to able to access data</w:t>
      </w:r>
      <w:r/>
    </w:p>
    <w:p>
      <w:pPr>
        <w:pStyle w:val="ListNumber"/>
        <w:spacing w:line="240" w:lineRule="auto"/>
        <w:ind w:left="720"/>
      </w:pPr>
      <w:r/>
      <w:hyperlink r:id="rId10">
        <w:r>
          <w:rPr>
            <w:color w:val="0000EE"/>
            <w:u w:val="single"/>
          </w:rPr>
          <w:t>https://www.broadway.com/shows/oh-mary/cast/</w:t>
        </w:r>
      </w:hyperlink>
      <w:r>
        <w:t xml:space="preserve"> - This page provides detailed information about the cast of 'Oh, Mary!', including Bowen Yang as Mary Todd Lincoln, Barrett Foa as Mary's Teacher, and other key cast members. It also lists the creative team behind the production, such as director Sam Pinkleton and writer Cole Escola. The page highlights the show's critical acclaim and its Tony Awards for Best Leading Actor in a Play and Best Direction of a Play.</w:t>
      </w:r>
      <w:r/>
    </w:p>
    <w:p>
      <w:pPr>
        <w:pStyle w:val="ListNumber"/>
        <w:spacing w:line="240" w:lineRule="auto"/>
        <w:ind w:left="720"/>
      </w:pPr>
      <w:r/>
      <w:hyperlink r:id="rId12">
        <w:r>
          <w:rPr>
            <w:color w:val="0000EE"/>
            <w:u w:val="single"/>
          </w:rPr>
          <w:t>https://www.broadway.com/shows/oh-mary/story/</w:t>
        </w:r>
      </w:hyperlink>
      <w:r>
        <w:t xml:space="preserve"> - This page offers an overview of 'Oh, Mary!', a dark comedy about Mary Todd Lincoln in the weeks leading up to Abraham Lincoln’s assassination. It discusses the play's themes of unrequited yearning, alcoholism, and suppressed desires. The page also mentions the show's critical acclaim, including being named a finalist for the Pulitzer Prize for Drama.</w:t>
      </w:r>
      <w:r/>
    </w:p>
    <w:p>
      <w:pPr>
        <w:pStyle w:val="ListNumber"/>
        <w:spacing w:line="240" w:lineRule="auto"/>
        <w:ind w:left="720"/>
      </w:pPr>
      <w:r/>
      <w:hyperlink r:id="rId13">
        <w:r>
          <w:rPr>
            <w:color w:val="0000EE"/>
            <w:u w:val="single"/>
          </w:rPr>
          <w:t>https://www.nycbroadway.net/oh-mary.html</w:t>
        </w:r>
      </w:hyperlink>
      <w:r>
        <w:t xml:space="preserve"> - This page provides information about 'Oh, Mary!' on Broadway, including details about the cast, creative team, and performance schedule. It lists the opening night cast and current cast members, such as Bowen Yang as Mary Todd Lincoln and Barrett Foa as Mary's Teacher. The page also mentions the show's opening date and closing date, as well as the director and writer.</w:t>
      </w:r>
      <w:r/>
    </w:p>
    <w:p>
      <w:pPr>
        <w:pStyle w:val="ListNumber"/>
        <w:spacing w:line="240" w:lineRule="auto"/>
        <w:ind w:left="720"/>
      </w:pPr>
      <w:r/>
      <w:hyperlink r:id="rId15">
        <w:r>
          <w:rPr>
            <w:color w:val="0000EE"/>
            <w:u w:val="single"/>
          </w:rPr>
          <w:t>https://www.broadway.com/shows/oh-mary/buzz/</w:t>
        </w:r>
      </w:hyperlink>
      <w:r>
        <w:t xml:space="preserve"> - This page features news and features related to 'Oh, Mary!', including updates on the cast and creative team. It highlights Bowen Yang's debut as Mary Todd Lincoln and other notable cast members. The page also provides information about the show's performances and ticket availability.</w:t>
      </w:r>
      <w:r/>
    </w:p>
    <w:p>
      <w:pPr>
        <w:pStyle w:val="ListNumber"/>
        <w:spacing w:line="240" w:lineRule="auto"/>
        <w:ind w:left="720"/>
      </w:pPr>
      <w:r/>
      <w:hyperlink r:id="rId14">
        <w:r>
          <w:rPr>
            <w:color w:val="0000EE"/>
            <w:u w:val="single"/>
          </w:rPr>
          <w:t>https://www.broadwayatthenational.com/show/oh-mary/</w:t>
        </w:r>
      </w:hyperlink>
      <w:r>
        <w:t xml:space="preserve"> - This page showcases images from 'Oh, Mary!' on Broadway, featuring performances by Betty Gilpin, Bianca Leigh, Cole Escola, and others. The images capture various scenes from the play, providing a visual insight into the production's style and atmosphere.</w:t>
      </w:r>
      <w:r/>
    </w:p>
    <w:p>
      <w:pPr>
        <w:pStyle w:val="ListNumber"/>
        <w:spacing w:line="240" w:lineRule="auto"/>
        <w:ind w:left="720"/>
      </w:pPr>
      <w:r/>
      <w:hyperlink r:id="rId11">
        <w:r>
          <w:rPr>
            <w:color w:val="0000EE"/>
            <w:u w:val="single"/>
          </w:rPr>
          <w:t>https://www.ohmaryplay.com/cast-creative</w:t>
        </w:r>
      </w:hyperlink>
      <w:r>
        <w:t xml:space="preserve"> - This official page introduces the cast and creative team of 'Oh, Mary!', including Bowen Yang as Mary Todd Lincoln, Bianca Leigh as Mary's Chaperone, and Barrett Foa as Mary's Teacher. It also lists the creative team, such as writer Cole Escola and director Sam Pinkleton, providing insights into the team's background and contributions to the play.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hot-for-teacher-your-guide-to-all-the-heartthrobs-whove-played-marys-teacher-in-oh-mary-so-far-20260921/" TargetMode="External"/><Relationship Id="rId10" Type="http://schemas.openxmlformats.org/officeDocument/2006/relationships/hyperlink" Target="https://www.broadway.com/shows/oh-mary/cast/" TargetMode="External"/><Relationship Id="rId11" Type="http://schemas.openxmlformats.org/officeDocument/2006/relationships/hyperlink" Target="https://www.ohmaryplay.com/cast-creative" TargetMode="External"/><Relationship Id="rId12" Type="http://schemas.openxmlformats.org/officeDocument/2006/relationships/hyperlink" Target="https://www.broadway.com/shows/oh-mary/story/" TargetMode="External"/><Relationship Id="rId13" Type="http://schemas.openxmlformats.org/officeDocument/2006/relationships/hyperlink" Target="https://www.nycbroadway.net/oh-mary.html" TargetMode="External"/><Relationship Id="rId14" Type="http://schemas.openxmlformats.org/officeDocument/2006/relationships/hyperlink" Target="https://www.broadwayatthenational.com/show/oh-mary/" TargetMode="External"/><Relationship Id="rId15" Type="http://schemas.openxmlformats.org/officeDocument/2006/relationships/hyperlink" Target="https://www.broadway.com/shows/oh-mary/buz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