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Sapphic Books for Ice Queen Romance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hunting for the best new sapphic books this September have a particularly tempting line-up to explore, from rich-girl and poor-girl love stories to guarded ice queens, romantic suspense and fantasy. With audiobooks, erotica, mysteries and young adult titles also in the mix, there’s something for almost every women-loving-women reader.</w:t>
      </w:r>
      <w:r/>
    </w:p>
    <w:p>
      <w:pPr>
        <w:pStyle w:val="Heading2"/>
      </w:pPr>
      <w:r>
        <w:t>This week’s sapphic releases bring plenty of range</w:t>
      </w:r>
      <w:r/>
    </w:p>
    <w:p>
      <w:r/>
      <w:r>
        <w:t>The latest sapphic book round-up serves up a lively spread of genres and romantic moods. Readers can move from a frosty, emotionally guarded heroine to a dangerous suspense plot, then switch gears entirely for fantasy, paranormal fiction or an anthology.</w:t>
      </w:r>
      <w:r/>
    </w:p>
    <w:p>
      <w:r/>
      <w:r>
        <w:t xml:space="preserve">That variety is part of the fun. As current sapphic reading lists show, lesbian romance is no longer confined to one familiar shape, and readers are increasingly browsing by trope, atmosphere and emotional payoff as much as by genre. The ice queen romance remains especially popular because its cool exterior promises a satisfying thaw. </w:t>
      </w:r>
      <w:hyperlink r:id="rId9">
        <w:r>
          <w:rPr>
            <w:color w:val="0000EE"/>
            <w:u w:val="single"/>
          </w:rPr>
          <w:t>[2]</w:t>
        </w:r>
      </w:hyperlink>
      <w:r>
        <w:t xml:space="preserve">, </w:t>
      </w:r>
      <w:hyperlink r:id="rId10">
        <w:r>
          <w:rPr>
            <w:color w:val="0000EE"/>
            <w:u w:val="single"/>
          </w:rPr>
          <w:t>[3]</w:t>
        </w:r>
      </w:hyperlink>
      <w:r/>
    </w:p>
    <w:p>
      <w:pPr>
        <w:pStyle w:val="Heading2"/>
      </w:pPr>
      <w:r>
        <w:t>Why ice queen romances still have readers hooked</w:t>
      </w:r>
      <w:r/>
    </w:p>
    <w:p>
      <w:r/>
      <w:r>
        <w:t>There’s something irresistible about a character who appears impossible to reach. Ice queen sapphic romances typically centre on a woman who is controlled, distant or intimidating, creating delicious tension when another heroine sees past the polished surface.</w:t>
      </w:r>
      <w:r/>
    </w:p>
    <w:p>
      <w:r/>
      <w:r>
        <w:t xml:space="preserve">Readers often enjoy the slow reveal: a guarded glance, a reluctant act of kindness, or one unexpectedly honest conversation. Recommendations from sapphic romance specialists and reader shelves continue to highlight the appeal of watching the woman who never falls first lose control of her carefully managed emotions. </w:t>
      </w:r>
      <w:hyperlink r:id="rId11">
        <w:r>
          <w:rPr>
            <w:color w:val="0000EE"/>
            <w:u w:val="single"/>
          </w:rPr>
          <w:t>[4]</w:t>
        </w:r>
      </w:hyperlink>
      <w:r>
        <w:t xml:space="preserve">, </w:t>
      </w:r>
      <w:hyperlink r:id="rId12">
        <w:r>
          <w:rPr>
            <w:color w:val="0000EE"/>
            <w:u w:val="single"/>
          </w:rPr>
          <w:t>[7]</w:t>
        </w:r>
      </w:hyperlink>
      <w:r/>
    </w:p>
    <w:p>
      <w:r/>
      <w:r>
        <w:t>The trope also works beautifully alongside other popular set-ups, including opposites attract, workplace romance and class-difference stories. Add a rich-girl and poor-girl dynamic, and the emotional stakes become even sharper, with status and vulnerability rubbing against each other.</w:t>
      </w:r>
      <w:r/>
    </w:p>
    <w:p>
      <w:pPr>
        <w:pStyle w:val="Heading2"/>
      </w:pPr>
      <w:r>
        <w:t>Romantic suspense adds a darker edge</w:t>
      </w:r>
      <w:r/>
    </w:p>
    <w:p>
      <w:r/>
      <w:r>
        <w:t>For readers who prefer their chemistry with danger attached, this week’s selection includes sapphic romantic suspense and mystery. These stories tend to keep the emotional plot moving while adding secrets, threats and the occasional reason to check the locks twice.</w:t>
      </w:r>
      <w:r/>
    </w:p>
    <w:p>
      <w:r/>
      <w:r>
        <w:t xml:space="preserve">That combination has broad appeal. The romance offers intimacy and warmth, while the suspense supplies momentum, making these books a natural choice for readers who find a purely cosy love story a little too quiet. Wider 2026 recommendation lists also suggest that sapphic readers are embracing books that blend romance with action, fantasy and high-stakes conflict. </w:t>
      </w:r>
      <w:hyperlink r:id="rId13">
        <w:r>
          <w:rPr>
            <w:color w:val="0000EE"/>
            <w:u w:val="single"/>
          </w:rPr>
          <w:t>[5]</w:t>
        </w:r>
      </w:hyperlink>
      <w:r>
        <w:t xml:space="preserve">, </w:t>
      </w:r>
      <w:hyperlink r:id="rId14">
        <w:r>
          <w:rPr>
            <w:color w:val="0000EE"/>
            <w:u w:val="single"/>
          </w:rPr>
          <w:t>[6]</w:t>
        </w:r>
      </w:hyperlink>
      <w:r/>
    </w:p>
    <w:p>
      <w:pPr>
        <w:pStyle w:val="Heading2"/>
      </w:pPr>
      <w:r>
        <w:t>Audiobooks make the reading list more flexible</w:t>
      </w:r>
      <w:r/>
    </w:p>
    <w:p>
      <w:r/>
      <w:r>
        <w:t>Several of the featured releases are available in audio, which is welcome news for anyone whose reading time happens during a commute, a dog walk or a hurried session of washing up. A well-cast narrator can make an ice queen’s clipped dialogue feel even sharper, while suspense benefits from a steady build of tension in the listener’s ear.</w:t>
      </w:r>
      <w:r/>
    </w:p>
    <w:p>
      <w:r/>
      <w:r>
        <w:t>It’s worth checking the format before buying, particularly if you prefer a full-cast performance, a particular narrator or a shorter listening commitment. For many readers, the best sapphic books are now the ones that fit around real life rather than demanding a quiet afternoon and a perfectly positioned reading chair.</w:t>
      </w:r>
      <w:r/>
    </w:p>
    <w:p>
      <w:pPr>
        <w:pStyle w:val="Heading2"/>
      </w:pPr>
      <w:r>
        <w:t>How to choose your next sapphic read</w:t>
      </w:r>
      <w:r/>
    </w:p>
    <w:p>
      <w:r/>
      <w:r>
        <w:t>Start with mood. Choose an ice queen romance if you want slow-burn tension and emotional thawing, or reach for romantic suspense if you’d rather have danger and unanswered questions driving the pages.</w:t>
      </w:r>
      <w:r/>
    </w:p>
    <w:p>
      <w:r/>
      <w:r>
        <w:t xml:space="preserve">Genre-hoppers have plenty to explore, from young adult and dystopian fantasy to paranormal fiction, erotica and action-led adventures. The featured author clue also points towards YA urban fantasy and dystopian fantasy, suggesting that the wider sapphic scene continues to make room for imaginative, high-concept stories alongside contemporary romance. </w:t>
      </w:r>
      <w:hyperlink r:id="rId13">
        <w:r>
          <w:rPr>
            <w:color w:val="0000EE"/>
            <w:u w:val="single"/>
          </w:rPr>
          <w:t>[5]</w:t>
        </w:r>
      </w:hyperlink>
      <w:r>
        <w:t xml:space="preserve">, </w:t>
      </w:r>
      <w:hyperlink r:id="rId14">
        <w:r>
          <w:rPr>
            <w:color w:val="0000EE"/>
            <w:u w:val="single"/>
          </w:rPr>
          <w:t>[6]</w:t>
        </w:r>
      </w:hyperlink>
      <w:r/>
    </w:p>
    <w:p>
      <w:r/>
      <w:r>
        <w:t>And if you’re an author or publisher with a new women-loving-women release, these weekly round-ups underline how useful discoverability remains. A strong trope, clear genre signal and accessible ebook or audio edition can help the right readers find a book they might otherwise miss.</w:t>
      </w:r>
      <w:r/>
    </w:p>
    <w:p>
      <w:r/>
      <w:r>
        <w:t>There’s no shortage of compelling sapphic fiction this week, so choose the trope that matches your mood and settle in.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https://iheartsapphfic.com/2026/09/22/september-22-edition-rich-girl-poor-girl-ice-queen-romantic-suspense-and-more/</w:t>
        </w:r>
      </w:hyperlink>
      <w:r>
        <w:t xml:space="preserve"> - Please view link - unable to able to access data</w:t>
      </w:r>
      <w:r/>
    </w:p>
    <w:p>
      <w:pPr>
        <w:pStyle w:val="ListNumber"/>
        <w:spacing w:line="240" w:lineRule="auto"/>
        <w:ind w:left="720"/>
      </w:pPr>
      <w:r/>
      <w:hyperlink r:id="rId9">
        <w:r>
          <w:rPr>
            <w:color w:val="0000EE"/>
            <w:u w:val="single"/>
          </w:rPr>
          <w:t>https://www.myqueersapphfic.com/2023/10/05/must-read-sapphic-ice-queen-books/</w:t>
        </w:r>
      </w:hyperlink>
      <w:r>
        <w:t xml:space="preserve"> - This article presents a selection of five must-read sapphic books featuring 'ice queen' characters. The 'ice queen' trope involves emotionally distant, mysterious female characters who gradually open up to love. The piece discusses the appeal of this trope, highlighting the challenge and satisfaction in watching the 'ice queen' thaw as another woman chips away at her frosty exterior. It also delves into the intriguing nature of these characters, emphasizing their complexity and the transformative power of love in such narratives.</w:t>
      </w:r>
      <w:r/>
    </w:p>
    <w:p>
      <w:pPr>
        <w:pStyle w:val="ListNumber"/>
        <w:spacing w:line="240" w:lineRule="auto"/>
        <w:ind w:left="720"/>
      </w:pPr>
      <w:r/>
      <w:hyperlink r:id="rId10">
        <w:r>
          <w:rPr>
            <w:color w:val="0000EE"/>
            <w:u w:val="single"/>
          </w:rPr>
          <w:t>https://www.goodreads.com/shelf/show/lesbian-ice-queen</w:t>
        </w:r>
      </w:hyperlink>
      <w:r>
        <w:t xml:space="preserve"> - This Goodreads shelf compiles a list of lesbian 'ice queen' books, showcasing titles where the 'ice queen' trope is central. The list includes various works, such as 'Reality In Check' by Emily Banting and 'Plot Twist: Love' by Tessa Vidal, among others. Each book is accompanied by its average rating and a brief description, providing readers with a curated selection of novels that explore the dynamics of emotionally distant female protagonists in sapphic romances.</w:t>
      </w:r>
      <w:r/>
    </w:p>
    <w:p>
      <w:pPr>
        <w:pStyle w:val="ListNumber"/>
        <w:spacing w:line="240" w:lineRule="auto"/>
        <w:ind w:left="720"/>
      </w:pPr>
      <w:r/>
      <w:hyperlink r:id="rId11">
        <w:r>
          <w:rPr>
            <w:color w:val="0000EE"/>
            <w:u w:val="single"/>
          </w:rPr>
          <w:t>https://rubyscott.shop/blogs/news-lesbian-romance-blog-posts/top-ice-queen-lesbian-romance-books-every-sapphic-reader-should-read</w:t>
        </w:r>
      </w:hyperlink>
      <w:r>
        <w:t xml:space="preserve"> - This blog post by Ruby Scott highlights top 'ice queen' lesbian romance books that captivate readers. The article discusses the allure of the 'ice queen' trope, characterized by emotionally guarded and powerful women who slowly open up to love. It features recommendations such as 'Thorn' by Anna Burke, 'Too Close To Touch' by Georgia Beers, and 'The Lily and the Crown' by Roslyn Sinclair, emphasizing the emotional depth and slow-burn romance these novels offer.</w:t>
      </w:r>
      <w:r/>
    </w:p>
    <w:p>
      <w:pPr>
        <w:pStyle w:val="ListNumber"/>
        <w:spacing w:line="240" w:lineRule="auto"/>
        <w:ind w:left="720"/>
      </w:pPr>
      <w:r/>
      <w:hyperlink r:id="rId13">
        <w:r>
          <w:rPr>
            <w:color w:val="0000EE"/>
            <w:u w:val="single"/>
          </w:rPr>
          <w:t>https://bookshop.org/lists/2026-sapphic-summer-into-sapphic-september</w:t>
        </w:r>
      </w:hyperlink>
      <w:r>
        <w:t xml:space="preserve"> - This curated list on Bookshop.org presents a selection of new sapphic fiction releases from summer 2026, along with pre-orders available for Sapphic September. The list includes titles like 'Mirrorwoven' by Bori Cser and 'The Infirmary for Dragon Burns and Midair Mishaps' by Elizabeth Hrib. Each book is accompanied by its format, price, and a brief description, offering readers a comprehensive guide to the latest sapphic literature.</w:t>
      </w:r>
      <w:r/>
    </w:p>
    <w:p>
      <w:pPr>
        <w:pStyle w:val="ListNumber"/>
        <w:spacing w:line="240" w:lineRule="auto"/>
        <w:ind w:left="720"/>
      </w:pPr>
      <w:r/>
      <w:hyperlink r:id="rId14">
        <w:r>
          <w:rPr>
            <w:color w:val="0000EE"/>
            <w:u w:val="single"/>
          </w:rPr>
          <w:t>https://lesbianromancereads.com/best-sapphic-romances-2026-so-far/</w:t>
        </w:r>
      </w:hyperlink>
      <w:r>
        <w:t xml:space="preserve"> - This mid-year masterlist compiles the best sapphic romances of 2026, highlighting a diverse range of subgenres from cozy contemporary to dark suspense. The article features titles such as 'The Book of Blood and Roses' by Annie Summerlee and 'Witch of the Shadow Wood' by Tori Anne Martin. Each book is accompanied by its release date, publisher, and a brief overview, providing readers with a curated selection of standout sapphic romances.</w:t>
      </w:r>
      <w:r/>
    </w:p>
    <w:p>
      <w:pPr>
        <w:pStyle w:val="ListNumber"/>
        <w:spacing w:line="240" w:lineRule="auto"/>
        <w:ind w:left="720"/>
      </w:pPr>
      <w:r/>
      <w:hyperlink r:id="rId12">
        <w:r>
          <w:rPr>
            <w:color w:val="0000EE"/>
            <w:u w:val="single"/>
          </w:rPr>
          <w:t>https://rubyscott.shop/blogs/news-lesbian-romance-blog-posts/best-ice-queen-sapphic-romance-books-why-readers-love-falling-for-the-woman-who-never-falls-first</w:t>
        </w:r>
      </w:hyperlink>
      <w:r>
        <w:t xml:space="preserve"> - This blog post by Ruby Scott delves into the appeal of 'ice queen' sapphic romance books, discussing why readers are drawn to the trope of emotionally distant, powerful women who slowly open up to love. The article features recommendations such as 'Truth and Measure' by Roslyn Sinclair and 'The Lily and the Crown' by Roslyn Sinclair, emphasizing the emotional depth and slow-burn romance these novels offer.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queersapphfic.com/2023/10/05/must-read-sapphic-ice-queen-books/" TargetMode="External"/><Relationship Id="rId10" Type="http://schemas.openxmlformats.org/officeDocument/2006/relationships/hyperlink" Target="https://www.goodreads.com/shelf/show/lesbian-ice-queen" TargetMode="External"/><Relationship Id="rId11" Type="http://schemas.openxmlformats.org/officeDocument/2006/relationships/hyperlink" Target="https://rubyscott.shop/blogs/news-lesbian-romance-blog-posts/top-ice-queen-lesbian-romance-books-every-sapphic-reader-should-read" TargetMode="External"/><Relationship Id="rId12" Type="http://schemas.openxmlformats.org/officeDocument/2006/relationships/hyperlink" Target="https://rubyscott.shop/blogs/news-lesbian-romance-blog-posts/best-ice-queen-sapphic-romance-books-why-readers-love-falling-for-the-woman-who-never-falls-first" TargetMode="External"/><Relationship Id="rId13" Type="http://schemas.openxmlformats.org/officeDocument/2006/relationships/hyperlink" Target="https://bookshop.org/lists/2026-sapphic-summer-into-sapphic-september" TargetMode="External"/><Relationship Id="rId14" Type="http://schemas.openxmlformats.org/officeDocument/2006/relationships/hyperlink" Target="https://lesbianromancereads.com/best-sapphic-romances-2026-so-far/" TargetMode="External"/><Relationship Id="rId15" Type="http://schemas.openxmlformats.org/officeDocument/2006/relationships/hyperlink" Target="https://iheartsapphfic.com/2026/09/22/september-22-edition-rich-girl-poor-girl-ice-queen-romantic-suspense-and-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