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TV Shows and Films to Watch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trading beach days for blankets as a packed autumn slate brings queer dramas, reality competitions and big-screen adventures to homes and cinemas. From Special Forces and American Horror Story to Slo Pitch and Andrew Scott’s Elsinore, there’s something for every kind of cosy-night-in mood.</w:t>
      </w:r>
      <w:r/>
    </w:p>
    <w:p>
      <w:pPr>
        <w:pStyle w:val="Heading2"/>
      </w:pPr>
      <w:r>
        <w:t>Essential Takeaways</w:t>
      </w:r>
      <w:r/>
      <w:r/>
    </w:p>
    <w:p>
      <w:pPr>
        <w:pStyle w:val="ListBullet"/>
        <w:spacing w:line="240" w:lineRule="auto"/>
        <w:ind w:left="720"/>
      </w:pPr>
      <w:r/>
      <w:r>
        <w:rPr>
          <w:b/>
        </w:rPr>
        <w:t>A busy September:</w:t>
      </w:r>
      <w:r>
        <w:t xml:space="preserve"> Special Forces: World’s Toughest Test and American Horror Story: 13 arrive on 24 September.</w:t>
      </w:r>
      <w:r/>
    </w:p>
    <w:p>
      <w:pPr>
        <w:pStyle w:val="ListBullet"/>
        <w:spacing w:line="240" w:lineRule="auto"/>
        <w:ind w:left="720"/>
      </w:pPr>
      <w:r/>
      <w:r>
        <w:rPr>
          <w:b/>
        </w:rPr>
        <w:t>Queer sports, sharper edges:</w:t>
      </w:r>
      <w:r>
        <w:t xml:space="preserve"> Slo Pitch brings sapphic chaos to beer-league softball, while Street Fighter adds Orville Peck to its cast.</w:t>
      </w:r>
      <w:r/>
    </w:p>
    <w:p>
      <w:pPr>
        <w:pStyle w:val="ListBullet"/>
        <w:spacing w:line="240" w:lineRule="auto"/>
        <w:ind w:left="720"/>
      </w:pPr>
      <w:r/>
      <w:r>
        <w:rPr>
          <w:b/>
        </w:rPr>
        <w:t>Reality gets theatrical:</w:t>
      </w:r>
      <w:r>
        <w:t xml:space="preserve"> The Celebrity Traitors and King of Drag offer competing blends of suspicion, performance and personality.</w:t>
      </w:r>
      <w:r/>
    </w:p>
    <w:p>
      <w:pPr>
        <w:pStyle w:val="ListBullet"/>
        <w:spacing w:line="240" w:lineRule="auto"/>
        <w:ind w:left="720"/>
      </w:pPr>
      <w:r/>
      <w:r>
        <w:rPr>
          <w:b/>
        </w:rPr>
        <w:t>Big emotional swings:</w:t>
      </w:r>
      <w:r>
        <w:t xml:space="preserve"> East of Eden, It Gets Worse and Yellowjackets promise family drama, friendship trouble and darker secrets.</w:t>
      </w:r>
      <w:r/>
    </w:p>
    <w:p>
      <w:pPr>
        <w:pStyle w:val="ListBullet"/>
        <w:spacing w:line="240" w:lineRule="auto"/>
        <w:ind w:left="720"/>
      </w:pPr>
      <w:r/>
      <w:r>
        <w:rPr>
          <w:b/>
        </w:rPr>
        <w:t>Cinema gets its moment:</w:t>
      </w:r>
      <w:r>
        <w:t xml:space="preserve"> Club Kid and Elsinore are among the autumn films worth leaving the sofa for.</w:t>
      </w:r>
      <w:r/>
      <w:r/>
    </w:p>
    <w:p>
      <w:pPr>
        <w:pStyle w:val="Heading2"/>
      </w:pPr>
      <w:r>
        <w:t>Autumn TV is bringing the drama</w:t>
      </w:r>
      <w:r/>
    </w:p>
    <w:p>
      <w:r/>
      <w:r>
        <w:t xml:space="preserve">The season opens with a particularly loud double bill. Special Forces: World’s Toughest Test returns on 24 September, sending its celebrity recruits into Malaysia for physically punishing challenges, while American Horror Story: 13 launches the same day on FX and Hulu. According to Rotten Tomatoes, the new Special Forces series includes Ruby Rose and George Santos among its cast, adding plenty of recognisable faces to the survival format. </w:t>
      </w:r>
      <w:hyperlink r:id="rId9">
        <w:r>
          <w:rPr>
            <w:color w:val="0000EE"/>
            <w:u w:val="single"/>
          </w:rPr>
          <w:t>[2]</w:t>
        </w:r>
      </w:hyperlink>
      <w:r>
        <w:t xml:space="preserve">, </w:t>
      </w:r>
      <w:hyperlink r:id="rId10">
        <w:r>
          <w:rPr>
            <w:color w:val="0000EE"/>
            <w:u w:val="single"/>
          </w:rPr>
          <w:t>[4]</w:t>
        </w:r>
      </w:hyperlink>
      <w:r/>
    </w:p>
    <w:p>
      <w:r/>
      <w:r>
        <w:t xml:space="preserve">American Horror Story, meanwhile, is leaning into the number 13 with an anthology season designed to reconnect with the show’s established mythology. Disney+ highlights the series’ long-running horror legacy, while TV Insider reports that the season brings back familiar faces and draws on earlier chapters including Murder House, Coven, Hotel and Apocalypse. </w:t>
      </w:r>
      <w:hyperlink r:id="rId11">
        <w:r>
          <w:rPr>
            <w:color w:val="0000EE"/>
            <w:u w:val="single"/>
          </w:rPr>
          <w:t>[3]</w:t>
        </w:r>
      </w:hyperlink>
      <w:r>
        <w:t xml:space="preserve">, </w:t>
      </w:r>
      <w:hyperlink r:id="rId12">
        <w:r>
          <w:rPr>
            <w:color w:val="0000EE"/>
            <w:u w:val="single"/>
          </w:rPr>
          <w:t>[5]</w:t>
        </w:r>
      </w:hyperlink>
      <w:r/>
    </w:p>
    <w:p>
      <w:r/>
      <w:r>
        <w:t>That makes 24 September a useful date for viewers who like their entertainment at opposite ends of the emotional scale. One show promises mud, endurance and exhaustion; the other offers dread, elaborate costumes and the comforting certainty that someone is about to make a terrible decision.</w:t>
      </w:r>
      <w:r/>
    </w:p>
    <w:p>
      <w:pPr>
        <w:pStyle w:val="Heading2"/>
      </w:pPr>
      <w:r>
        <w:t>Slo Pitch looks like the season’s warmest mess</w:t>
      </w:r>
      <w:r/>
    </w:p>
    <w:p>
      <w:r/>
      <w:r>
        <w:t>Slo Pitch arrives on Crave on 25 September with a premise that sounds instantly familiar to anyone who’s ever joined a recreational sports team for the social life and stayed for the grudges. Joanne Pico is coaching the losing Public Lass Brovaries while dealing with a breakup, a rival ex and a collection of teammates who appear to treat softball as a full-contact emotional outlet.</w:t>
      </w:r>
      <w:r/>
    </w:p>
    <w:p>
      <w:r/>
      <w:r>
        <w:t>The appeal is in that combination of sport and found family. There are rivalries, fundraising disasters and questionable sponsors, but the real engine is Joanne trying to rebuild both her team and her confidence. It’s the sort of series that should work well for viewers who prefer queer stories with jokes, messy friendships and a little romance rather than relentless gloom.</w:t>
      </w:r>
      <w:r/>
    </w:p>
    <w:p>
      <w:pPr>
        <w:pStyle w:val="Heading2"/>
      </w:pPr>
      <w:r>
        <w:t>Trust no one on reality TV</w:t>
      </w:r>
      <w:r/>
    </w:p>
    <w:p>
      <w:r/>
      <w:r>
        <w:t>The Celebrity Traitors returns to BBC One and BBC iPlayer on 1 October, bringing another group of public figures into the franchise’s paranoid world. Contestants must decide who is loyal, who is lying and who’s quietly plotting to remove them from the game. The format remains simple, but the pleasure comes from watching polished celebrities become increasingly suspicious over breakfast.</w:t>
      </w:r>
      <w:r/>
    </w:p>
    <w:p>
      <w:r/>
      <w:r>
        <w:t>King of Drag offers a very different kind of competition. The second season runs through 8 November on Revry, with eight drag kings competing across comedy, music, performance, fashion and make-up challenges. Hosted by Cameron Esposito, the series puts drag king artistry at the centre, which feels both overdue and refreshingly celebratory.</w:t>
      </w:r>
      <w:r/>
    </w:p>
    <w:p>
      <w:r/>
      <w:r>
        <w:t>Together, the shows point to a broader appetite for LGBTQ+ reality formats that don’t treat queer identity as a side note. One is built around deception and social strategy; the other is about craft, charisma and a spectacular outfit. Frankly, both are excellent excuses to avoid doing the washing-up.</w:t>
      </w:r>
      <w:r/>
    </w:p>
    <w:p>
      <w:pPr>
        <w:pStyle w:val="Heading2"/>
      </w:pPr>
      <w:r>
        <w:t>From classic literature to modern queer friendships</w:t>
      </w:r>
      <w:r/>
    </w:p>
    <w:p>
      <w:r/>
      <w:r>
        <w:t>Netflix’s East of Eden premieres on 1 October with a new take on the Steinbeck family saga, giving greater focus to Cathy, the story’s enduring antihero. It Gets Worse follows on 14 October on Channel 4 in the UK and Crave in Canada, turning its attention to three university friends whose London life starts unravelling when their landlord sells their home.</w:t>
      </w:r>
      <w:r/>
    </w:p>
    <w:p>
      <w:r/>
      <w:r>
        <w:t>These are very different kinds of drama, but both are interested in relationships under pressure. East of Eden brings inherited conflict and moral darkness, while It Gets Worse promises bad decisions, cramped living arrangements and the particular panic of discovering that adulthood has failed to arrive on schedule.</w:t>
      </w:r>
      <w:r/>
    </w:p>
    <w:p>
      <w:r/>
      <w:r>
        <w:t>For viewers searching for a long-tail option such as the best LGBTQ+ shows to stream in autumn 2026, this is where the list becomes especially useful. There’s literary prestige, contemporary friendship comedy and enough emotional chaos to carry a whole weekend binge.</w:t>
      </w:r>
      <w:r/>
    </w:p>
    <w:p>
      <w:pPr>
        <w:pStyle w:val="Heading2"/>
      </w:pPr>
      <w:r>
        <w:t>Horror, action and cinema add extra sparkle</w:t>
      </w:r>
      <w:r/>
    </w:p>
    <w:p>
      <w:r/>
      <w:r>
        <w:t>Tip Toe premieres on Starz on 2 October, with Alan Cumming playing a gay Manchester bar owner whose long-standing relationship with his neighbour begins to sour as hostility and radicalised opinions enter their lives. It sounds tense, intimate and uncomfortably close to the present day.</w:t>
      </w:r>
      <w:r/>
    </w:p>
    <w:p>
      <w:r/>
      <w:r>
        <w:t>The cinema slate is broader still. Street Fighter arrives on 16 October, featuring Orville Peck in his screen debut as Vega, while Club Kid opens on 6 November and follows a New York club promoter whose life changes when the son he never knew about appears. Yellowjackets returns to Paramount+ on 20 November, continuing its blend of wilderness survival, fractured memory and adult secrets.</w:t>
      </w:r>
      <w:r/>
    </w:p>
    <w:p>
      <w:r/>
      <w:r>
        <w:t>Then there’s Elsinore, also scheduled for 20 November, with Andrew Scott playing a performer inspired by Ian Charleson’s courageous decision to play Hamlet while living with AIDS. It promises a more reflective kind of queer storytelling, one rooted in theatre, illness and artistic determination. After all the camp, combat and conspiracy, a serious emotional landing might be exactly what the season needs.</w:t>
      </w:r>
      <w:r/>
    </w:p>
    <w:p>
      <w:pPr>
        <w:pStyle w:val="Heading2"/>
      </w:pPr>
      <w:r>
        <w:t>How to choose your next autumn watch</w:t>
      </w:r>
      <w:r/>
    </w:p>
    <w:p>
      <w:r/>
      <w:r>
        <w:t>Start with your mood rather than the release calendar. If you want something easy to watch with friends, try Slo Pitch or King of Drag. For a tense group viewing experience, The Celebrity Traitors and Yellowjackets should generate plenty of theories, accusations and increasingly wild text messages.</w:t>
      </w:r>
      <w:r/>
    </w:p>
    <w:p>
      <w:r/>
      <w:r>
        <w:t>Viewers who prefer atmosphere can turn to American Horror Story: 13 or Tip Toe, while anyone looking for a cinematic evening has Street Fighter, Club Kid and Elsinore to consider. Check local availability before settling in, as release platforms vary between the UK, Canada and the US.</w:t>
      </w:r>
      <w:r/>
    </w:p>
    <w:p>
      <w:r/>
      <w:r>
        <w:t>The best part of this line-up is its range. Queer autumn viewing isn’t confined to one mood, genre or type of audience anymore. Sometimes you want a thoughtful theatre drama; sometimes you want celebrities crawling through a jungle. Both choices are valid.</w:t>
      </w:r>
      <w:r/>
    </w:p>
    <w:p>
      <w:pPr>
        <w:pStyle w:val="Heading2"/>
      </w:pPr>
      <w:r>
        <w:t>Closing Line</w:t>
      </w:r>
      <w:r/>
    </w:p>
    <w:p>
      <w:r/>
      <w:r>
        <w:t>Grab the blanket, pick a platform and let autumn do the programming.</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[3]</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[5]</w:t>
        </w:r>
      </w:hyperlink>
      <w:r>
        <w:t xml:space="preserve">- Paragraph 13: </w:t>
      </w:r>
      <w:hyperlink r:id="rId9">
        <w:r>
          <w:rPr>
            <w:color w:val="0000EE"/>
            <w:u w:val="single"/>
          </w:rPr>
          <w:t>[2]</w:t>
        </w:r>
      </w:hyperlink>
      <w:r>
        <w:t xml:space="preserve">, </w:t>
      </w:r>
      <w:hyperlink r:id="rId10">
        <w:r>
          <w:rPr>
            <w:color w:val="0000EE"/>
            <w:u w:val="single"/>
          </w:rPr>
          <w:t>[4]</w:t>
        </w:r>
      </w:hyperlink>
      <w:r>
        <w:t xml:space="preserve">- Paragraph 14: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https://www.out.com/gay-entertainment/fall-2026-lgbtq-tv-shows</w:t>
        </w:r>
      </w:hyperlink>
      <w:r>
        <w:t xml:space="preserve"> - Please view link - unable to able to access data</w:t>
      </w:r>
      <w:r/>
    </w:p>
    <w:p>
      <w:pPr>
        <w:pStyle w:val="ListNumber"/>
        <w:spacing w:line="240" w:lineRule="auto"/>
        <w:ind w:left="720"/>
      </w:pPr>
      <w:r/>
      <w:hyperlink r:id="rId9">
        <w:r>
          <w:rPr>
            <w:color w:val="0000EE"/>
            <w:u w:val="single"/>
          </w:rPr>
          <w:t>https://www.rottentomatoes.com/tv/special_forces_worlds_toughest_test/s05</w:t>
        </w:r>
      </w:hyperlink>
      <w:r>
        <w:t xml:space="preserve"> - This page provides information about Season 5 of 'Special Forces: World's Toughest Test,' including details about the show's format, cast, and upcoming episodes. The season is set to premiere on September 24, 2026, on Fox, featuring fifteen new recruits deployed deep in the Malaysian jungle to face demanding training exercises led by ex-Special Forces operatives. The recruits must adapt to uncomfortable conditions, unpredictable terrain, and harsh jungle warfare tasks, including a claustrophobic, high-pressure search of an underground bunker to find crucial military weapons; a supply load retrieval while suspended 300 feet above the jungle floor; endure a barrage of chemical gassing while retrieving coordinates of an enemy vessel; and much more. In this experiment, there are no votes and no eliminations – just survival. These celebrities, who are so used to being in the spotlight, will quickly learn the meaning of “no guts, no glory” – and no glam. The page also includes information about the cast and crew involved in the season.</w:t>
      </w:r>
      <w:r/>
    </w:p>
    <w:p>
      <w:pPr>
        <w:pStyle w:val="ListNumber"/>
        <w:spacing w:line="240" w:lineRule="auto"/>
        <w:ind w:left="720"/>
      </w:pPr>
      <w:r/>
      <w:hyperlink r:id="rId11">
        <w:r>
          <w:rPr>
            <w:color w:val="0000EE"/>
            <w:u w:val="single"/>
          </w:rPr>
          <w:t>https://www.disneyplus.com/explore/articles/american-horror-story-13</w:t>
        </w:r>
      </w:hyperlink>
      <w:r>
        <w:t xml:space="preserve"> - This article provides details about 'American Horror Story: 13,' the latest installment in the horror anthology series. The season is set to premiere on September 24, 2026, on FX and Hulu, featuring an all-star cast, many reprising fan-favorite roles. The season builds on the anthology’s decades-long legacy of iconic horrors—from 'Murder House' and 'Coven' to 'Hotel' and 'Apocalypse.' The article also includes information about the cast and where to watch the series.</w:t>
      </w:r>
      <w:r/>
    </w:p>
    <w:p>
      <w:pPr>
        <w:pStyle w:val="ListNumber"/>
        <w:spacing w:line="240" w:lineRule="auto"/>
        <w:ind w:left="720"/>
      </w:pPr>
      <w:r/>
      <w:hyperlink r:id="rId10">
        <w:r>
          <w:rPr>
            <w:color w:val="0000EE"/>
            <w:u w:val="single"/>
          </w:rPr>
          <w:t>https://www.rottentomatoes.com/tv/special_forces_worlds_toughest_test/s05/cast-and-crew</w:t>
        </w:r>
      </w:hyperlink>
      <w:r>
        <w:t xml:space="preserve"> - This page provides information about the cast and crew of 'Special Forces: World's Toughest Test' Season 5. The season features fifteen new recruits, including Candace Cameron Bure, David Charvet, Brandi Glanville, Collin Gosselin, Oliver Hudson, LeSean McCoy, Maxim Naumov, Ruby Rose, George Santos, Hannah Stocking, Bre Tiesi, Alexia Umansky, and Mauricio Umansky. The page also includes information about the hosts and executive producers involved in the season.</w:t>
      </w:r>
      <w:r/>
    </w:p>
    <w:p>
      <w:pPr>
        <w:pStyle w:val="ListNumber"/>
        <w:spacing w:line="240" w:lineRule="auto"/>
        <w:ind w:left="720"/>
      </w:pPr>
      <w:r/>
      <w:hyperlink r:id="rId12">
        <w:r>
          <w:rPr>
            <w:color w:val="0000EE"/>
            <w:u w:val="single"/>
          </w:rPr>
          <w:t>https://www.tvinsider.com/show/american-horror-story-13/</w:t>
        </w:r>
      </w:hyperlink>
      <w:r>
        <w:t xml:space="preserve"> - This page provides information about 'American Horror Story: 13,' including the series premiere date, cast and crew details, and where to watch the series. The season is set to premiere on September 24, 2026, on FX and Hulu, featuring returning fan-favorite cast members including Jessica Lange, Sarah Paulson, and Evan Peters. The page also includes information about the show's genre and upcoming episodes.</w:t>
      </w:r>
      <w:r/>
    </w:p>
    <w:p>
      <w:pPr>
        <w:pStyle w:val="ListNumber"/>
        <w:spacing w:line="240" w:lineRule="auto"/>
        <w:ind w:left="720"/>
      </w:pPr>
      <w:r/>
      <w:hyperlink r:id="rId14">
        <w:r>
          <w:rPr>
            <w:color w:val="0000EE"/>
            <w:u w:val="single"/>
          </w:rPr>
          <w:t>https://www.memorabletv.com/news/special-forces-worlds-toughest-test-season-5-cast-revealed/</w:t>
        </w:r>
      </w:hyperlink>
      <w:r>
        <w:t xml:space="preserve"> - This article reveals the cast for 'Special Forces: World's Toughest Test' Season 5, featuring celebrities such as Candace Cameron Bure, Ruby Rose, and George Santos. The season is set to premiere on September 24, 2026, on Fox, with episodes streaming the following day on Hulu. The article includes quotes from George Santos expressing his enthusiasm for the experience and defending his fellow recruits from online criticism.</w:t>
      </w:r>
      <w:r/>
    </w:p>
    <w:p>
      <w:pPr>
        <w:pStyle w:val="ListNumber"/>
        <w:spacing w:line="240" w:lineRule="auto"/>
        <w:ind w:left="720"/>
      </w:pPr>
      <w:r/>
      <w:hyperlink r:id="rId15">
        <w:r>
          <w:rPr>
            <w:color w:val="0000EE"/>
            <w:u w:val="single"/>
          </w:rPr>
          <w:t>https://www.techradar.com/streaming/entertainment/american-horror-story-season-13-coven-sequel-update</w:t>
        </w:r>
      </w:hyperlink>
      <w:r>
        <w:t xml:space="preserve"> - This article provides an update on 'American Horror Story: 13,' confirming it as a direct sequel to the widely beloved Season 3, 'Coven.' Original cast members—including Sarah Paulson, Emma Roberts, Angela Bassett, Kathy Bates, and Gabourey Sidibe—will reprise their roles, and fan-favorite Jessica Lange will return to the show for the first time since Season 8. The article also includes information about the new cast member Berto Colón and teases a darker, more demonic storyline for the season.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ttentomatoes.com/tv/special_forces_worlds_toughest_test/s05" TargetMode="External"/><Relationship Id="rId10" Type="http://schemas.openxmlformats.org/officeDocument/2006/relationships/hyperlink" Target="https://www.rottentomatoes.com/tv/special_forces_worlds_toughest_test/s05/cast-and-crew" TargetMode="External"/><Relationship Id="rId11" Type="http://schemas.openxmlformats.org/officeDocument/2006/relationships/hyperlink" Target="https://www.disneyplus.com/explore/articles/american-horror-story-13" TargetMode="External"/><Relationship Id="rId12" Type="http://schemas.openxmlformats.org/officeDocument/2006/relationships/hyperlink" Target="https://www.tvinsider.com/show/american-horror-story-13/" TargetMode="External"/><Relationship Id="rId13" Type="http://schemas.openxmlformats.org/officeDocument/2006/relationships/hyperlink" Target="https://www.out.com/gay-entertainment/fall-2026-lgbtq-tv-shows" TargetMode="External"/><Relationship Id="rId14" Type="http://schemas.openxmlformats.org/officeDocument/2006/relationships/hyperlink" Target="https://www.memorabletv.com/news/special-forces-worlds-toughest-test-season-5-cast-revealed/" TargetMode="External"/><Relationship Id="rId15" Type="http://schemas.openxmlformats.org/officeDocument/2006/relationships/hyperlink" Target="https://www.techradar.com/streaming/entertainment/american-horror-story-season-13-coven-sequel-upd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