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Guide to Grand Junction Colorado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Grand Junction, Colorado, where red-rock scenery, creative downtown energy and welcoming LGBTQ+ spaces offer a refreshing alternative to the state’s better-known mountain resorts. From public art and historic theatres to canyon drives, wine-country cycling and lively nightlife, this high-desert city makes inclusivity part of the itinerary.</w:t>
      </w:r>
      <w:r/>
    </w:p>
    <w:p>
      <w:pPr>
        <w:pStyle w:val="Heading2"/>
      </w:pPr>
      <w:r>
        <w:t>Essential Takeaways</w:t>
      </w:r>
      <w:r/>
      <w:r/>
    </w:p>
    <w:p>
      <w:pPr>
        <w:pStyle w:val="ListBullet"/>
        <w:spacing w:line="240" w:lineRule="auto"/>
        <w:ind w:left="720"/>
      </w:pPr>
      <w:r/>
      <w:r>
        <w:rPr>
          <w:b/>
        </w:rPr>
        <w:t>Creative downtown:</w:t>
      </w:r>
      <w:r>
        <w:t xml:space="preserve"> Main Street doubles as an open-air gallery, with more than 115 sculptures and murals through the Art on the Corner programme.</w:t>
      </w:r>
      <w:r/>
    </w:p>
    <w:p>
      <w:pPr>
        <w:pStyle w:val="ListBullet"/>
        <w:spacing w:line="240" w:lineRule="auto"/>
        <w:ind w:left="720"/>
      </w:pPr>
      <w:r/>
      <w:r>
        <w:rPr>
          <w:b/>
        </w:rPr>
        <w:t>Big landscapes:</w:t>
      </w:r>
      <w:r>
        <w:t xml:space="preserve"> Colorado National Monument delivers dramatic canyon views, while Grand Mesa brings cooler air, lakes and year-round outdoor activities.</w:t>
      </w:r>
      <w:r/>
    </w:p>
    <w:p>
      <w:pPr>
        <w:pStyle w:val="ListBullet"/>
        <w:spacing w:line="240" w:lineRule="auto"/>
        <w:ind w:left="720"/>
      </w:pPr>
      <w:r/>
      <w:r>
        <w:rPr>
          <w:b/>
        </w:rPr>
        <w:t>Queer community:</w:t>
      </w:r>
      <w:r>
        <w:t xml:space="preserve"> Good Judy’s Bar &amp; Club is a lively gathering place for drag shows, themed nights and dancing.</w:t>
      </w:r>
      <w:r/>
    </w:p>
    <w:p>
      <w:pPr>
        <w:pStyle w:val="ListBullet"/>
        <w:spacing w:line="240" w:lineRule="auto"/>
        <w:ind w:left="720"/>
      </w:pPr>
      <w:r/>
      <w:r>
        <w:rPr>
          <w:b/>
        </w:rPr>
        <w:t>Wine and food:</w:t>
      </w:r>
      <w:r>
        <w:t xml:space="preserve"> Nearby Palisade offers tasting rooms, orchards and cycling routes, while Grand Junction serves up strong local dining.</w:t>
      </w:r>
      <w:r/>
    </w:p>
    <w:p>
      <w:pPr>
        <w:pStyle w:val="ListBullet"/>
        <w:spacing w:line="240" w:lineRule="auto"/>
        <w:ind w:left="720"/>
      </w:pPr>
      <w:r/>
      <w:r>
        <w:rPr>
          <w:b/>
        </w:rPr>
        <w:t>Historic stays:</w:t>
      </w:r>
      <w:r>
        <w:t xml:space="preserve"> Hotel Melrose suits design-conscious visitors, while Hotel Maverick offers a modern campus setting and rooftop views.</w:t>
      </w:r>
      <w:r/>
      <w:r/>
    </w:p>
    <w:p>
      <w:pPr>
        <w:pStyle w:val="Heading2"/>
      </w:pPr>
      <w:r>
        <w:t>A high-desert city with plenty of character</w:t>
      </w:r>
      <w:r/>
    </w:p>
    <w:p>
      <w:r/>
      <w:r>
        <w:t>Grand Junction makes a strong first impression with its mix of sun-baked red rock, broad skies and quietly confident cultural energy. The city sits on Colorado’s Western Slope, beyond the Continental Divide, and feels markedly different from the polished resort towns associated with the state.</w:t>
      </w:r>
      <w:r/>
    </w:p>
    <w:p>
      <w:r/>
      <w:r>
        <w:t>That contrast is part of the appeal. You can spend the morning among sandstone cliffs and the evening in a gallery, brewery or drag venue, without needing to navigate a sprawling metropolis. Downtown is compact, walkable and packed with reasons to linger, from murals and sculptures to independent cafés and performance spaces.</w:t>
      </w:r>
      <w:r/>
    </w:p>
    <w:p>
      <w:r/>
      <w:r>
        <w:t>Art on the Corner is one of the district’s defining features. The programme places more than 115 outdoor works around the city, transforming an ordinary stroll into a constantly changing sculpture trail, according to Grand Junction Creates. Some pieces are playful and approachable, while others are bold enough to make you stop mid-coffee and reconsider what counts as street furniture.</w:t>
      </w:r>
      <w:r/>
    </w:p>
    <w:p>
      <w:pPr>
        <w:pStyle w:val="Heading2"/>
      </w:pPr>
      <w:r>
        <w:t>Why downtown Grand Junction deserves a slow walk</w:t>
      </w:r>
      <w:r/>
    </w:p>
    <w:p>
      <w:r/>
      <w:r>
        <w:t>Main Street is the natural starting point for exploring the city. Its Colorado Creative District designation reflects a concentration of galleries, public art, music and locally run businesses rather than a single headline attraction.</w:t>
      </w:r>
      <w:r/>
    </w:p>
    <w:p>
      <w:r/>
      <w:r>
        <w:t>The Avalon Theatre adds a dose of old-school glamour. The restored 1923 venue hosts films, concerts and cultural events, giving visitors an atmospheric night out when the desert temperature drops. Colorado’s official tourism guide highlights it as one of downtown’s important historic and entertainment landmarks.</w:t>
      </w:r>
      <w:r/>
    </w:p>
    <w:p>
      <w:r/>
      <w:r>
        <w:t>For a quieter pause, the Art Center of Western Colorado offers exhibitions and a more reflective indoor experience. Together, these venues show how Grand Junction’s identity works: pioneer-era textures on one side, contemporary creativity on the other. It’s less about polished perfection and more about a place making something distinctive from what it already has.</w:t>
      </w:r>
      <w:r/>
    </w:p>
    <w:p>
      <w:pPr>
        <w:pStyle w:val="Heading2"/>
      </w:pPr>
      <w:r>
        <w:t>Red rocks, alpine lakes and river days</w:t>
      </w:r>
      <w:r/>
    </w:p>
    <w:p>
      <w:r/>
      <w:r>
        <w:t>Outdoor enthusiasts won’t need convincing. Colorado National Monument is the headline attraction, with towering rock formations, deep canyons and the panoramic Rim Rock Drive. The road covers roughly 23 miles and provides an accessible way to take in the landscape, even if your ideal holiday doesn’t involve serious hiking.</w:t>
      </w:r>
      <w:r/>
    </w:p>
    <w:p>
      <w:r/>
      <w:r>
        <w:t>The wider region also changes dramatically with elevation. Grand Mesa brings forests, fishing waters and more than 300 alpine lakes, offering a cooler escape from the high-desert heat. In winter, Powderhorn Mountain Resort adds skiing and snowboarding to the mix, so Grand Junction works as a base beyond the warmer months.</w:t>
      </w:r>
      <w:r/>
    </w:p>
    <w:p>
      <w:r/>
      <w:r>
        <w:t>For a gentler adventure, consider time on the Colorado River. Guided rafting and stand-up paddleboard trips offer a slower view of the sandstone scenery, particularly along the Ruby-Horsethief section. Pack sun protection, water and a hat that can survive a breeze; the landscape may be serene, but the high-altitude sun is not shy.</w:t>
      </w:r>
      <w:r/>
    </w:p>
    <w:p>
      <w:pPr>
        <w:pStyle w:val="Heading2"/>
      </w:pPr>
      <w:r>
        <w:t>LGBTQ+ Grand Junction is warm, visible and sociable</w:t>
      </w:r>
      <w:r/>
    </w:p>
    <w:p>
      <w:r/>
      <w:r>
        <w:t>Good Judy’s Bar &amp; Club sits at the centre of the city’s queer nightlife. It’s known for drag performances, themed parties and a relaxed atmosphere that feels more like a community living room than a formal nightspot. Visitors looking for LGBTQ+ travel in Grand Junction will find a venue where dressing up is welcome, but not compulsory.</w:t>
      </w:r>
      <w:r/>
    </w:p>
    <w:p>
      <w:r/>
      <w:r>
        <w:t>The Colorado West Pride Festival, generally held in September, brings together people from across the Grand Valley for a larger celebration. Even outside Pride season, the inclusive mood extends into everyday venues, including local breweries and neighbourhood bars where outdoor regulars and nightlife crowds overlap.</w:t>
      </w:r>
      <w:r/>
    </w:p>
    <w:p>
      <w:r/>
      <w:r>
        <w:t>That blend is especially appealing for travellers who prefer a destination where queer life isn’t cordoned off into one district. You might meet people over a pint after a hike, then end up discussing the best sunset viewpoint with someone heading to a drag show. It’s an easygoing social rhythm, and one of the city’s most memorable qualities.</w:t>
      </w:r>
      <w:r/>
    </w:p>
    <w:p>
      <w:pPr>
        <w:pStyle w:val="Heading2"/>
      </w:pPr>
      <w:r>
        <w:t>Wine-country flavours meet local creativity</w:t>
      </w:r>
      <w:r/>
    </w:p>
    <w:p>
      <w:r/>
      <w:r>
        <w:t>Palisade is around a 15-minute drive away and provides a natural companion to a Grand Junction stay. The town is known for wineries, meaderies and orchards, while the Palisade Fruit &amp; Wine Byway makes it possible to turn tastings into a leisurely cycling day.</w:t>
      </w:r>
      <w:r/>
    </w:p>
    <w:p>
      <w:r/>
      <w:r>
        <w:t>Back in Grand Junction, the food scene leans into regional ingredients and independent operators. Bin 707 Foodbar is a standout for seasonal Colorado cooking, while cafés such as Copeka Coffee and Kiln Coffee Bar combine drinks with a local-art atmosphere. For something more informal, breweries and pubs provide an easy landing spot after a day outdoors.</w:t>
      </w:r>
      <w:r/>
    </w:p>
    <w:p>
      <w:r/>
      <w:r>
        <w:t>Accommodation ranges from historic to contemporary. Hotel Melrose offers boutique character close to downtown, while Hotel Maverick has a modern feel, a rooftop bar and expansive views towards the Book Cliffs and Colorado National Monument. Choose based on your mood: walkable heritage charm or a sleek perch for watching the sun fade over the rocks.</w:t>
      </w:r>
      <w:r/>
    </w:p>
    <w:p>
      <w:pPr>
        <w:pStyle w:val="Heading2"/>
      </w:pPr>
      <w:r>
        <w:t>How to plan a more rewarding visit</w:t>
      </w:r>
      <w:r/>
    </w:p>
    <w:p>
      <w:r/>
      <w:r>
        <w:t>Give yourself at least two or three days if you want to combine downtown, the monument and Palisade without turning the trip into a checklist. Start outdoor activities early, particularly in warmer months, then keep afternoons for galleries, cafés or a long lunch.</w:t>
      </w:r>
      <w:r/>
    </w:p>
    <w:p>
      <w:r/>
      <w:r>
        <w:t>A car is useful for reaching Colorado National Monument, Grand Mesa and wine-country stops. Within downtown, however, walking is the better way to appreciate the public art programme and discover small businesses that can be easy to miss from behind a windscreen.</w:t>
      </w:r>
      <w:r/>
    </w:p>
    <w:p>
      <w:r/>
      <w:r>
        <w:t>Check event calendars before travelling, especially if you’re hoping to catch a performance at the Avalon Theatre, a Good Judy’s show or Colorado West Pride. Grand Junction’s appeal lies in that balance between planned highlights and happy detours. Sometimes the best moment is simply a cool drink, a vivid sculpture and a wide desert sky.</w:t>
      </w:r>
      <w:r/>
    </w:p>
    <w:p>
      <w:r/>
      <w:r>
        <w:t>Grand Junction proves that a memorable LGBTQ+ escape doesn’t need a famous resort postcode.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[7]</w:t>
        </w:r>
      </w:hyperlink>
      <w:r>
        <w:t xml:space="preserve">- Paragraph 5: </w:t>
      </w:r>
      <w:hyperlink r:id="rId12">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1">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https://www.vacationer.travel/high-desert-hues-discovering-the-queer-spirit-of-grand-junction-colorado/</w:t>
        </w:r>
      </w:hyperlink>
      <w:r>
        <w:t xml:space="preserve"> - Please view link - unable to able to access data</w:t>
      </w:r>
      <w:r/>
    </w:p>
    <w:p>
      <w:pPr>
        <w:pStyle w:val="ListNumber"/>
        <w:spacing w:line="240" w:lineRule="auto"/>
        <w:ind w:left="720"/>
      </w:pPr>
      <w:r/>
      <w:hyperlink r:id="rId10">
        <w:r>
          <w:rPr>
            <w:color w:val="0000EE"/>
            <w:u w:val="single"/>
          </w:rPr>
          <w:t>https://gjcreates.org/aotc/</w:t>
        </w:r>
      </w:hyperlink>
      <w:r>
        <w:t xml:space="preserve"> - Art on the Corner is Grand Junction's pioneering outdoor sculpture exhibition, established in 1984. It features over 100 rotating sculptures displayed throughout downtown, making it one of the largest and longest-running programs of its kind in the United States. The exhibition is managed by the Downtown Grand Junction Creative District, which collaborates with local artists to continually refresh the collection, ensuring a dynamic and engaging experience for both residents and visitors. The program has been instrumental in revitalising the downtown area and fostering a vibrant arts community.</w:t>
      </w:r>
      <w:r/>
    </w:p>
    <w:p>
      <w:pPr>
        <w:pStyle w:val="ListNumber"/>
        <w:spacing w:line="240" w:lineRule="auto"/>
        <w:ind w:left="720"/>
      </w:pPr>
      <w:r/>
      <w:hyperlink r:id="rId12">
        <w:r>
          <w:rPr>
            <w:color w:val="0000EE"/>
            <w:u w:val="single"/>
          </w:rPr>
          <w:t>https://www.colorado.com/grand-junction/avalon-theatre</w:t>
        </w:r>
      </w:hyperlink>
      <w:r>
        <w:t xml:space="preserve"> - The Avalon Theatre, located at 645 Main Street in Grand Junction, is a historic venue with a seating capacity of 1,095. Built in 1923, it has been meticulously restored to host a diverse array of performances, including indie films, live music, and the Grand Junction Film Festival. The theatre serves as a cultural hub in the community, offering a space for both local and national artists to showcase their work. Its architectural beauty and rich history make it a cherished landmark in downtown Grand Junction.</w:t>
      </w:r>
      <w:r/>
    </w:p>
    <w:p>
      <w:pPr>
        <w:pStyle w:val="ListNumber"/>
        <w:spacing w:line="240" w:lineRule="auto"/>
        <w:ind w:left="720"/>
      </w:pPr>
      <w:r/>
      <w:hyperlink r:id="rId11">
        <w:r>
          <w:rPr>
            <w:color w:val="0000EE"/>
            <w:u w:val="single"/>
          </w:rPr>
          <w:t>https://www.colorado.com/articles/downtown-grand-junction-things-see-do</w:t>
        </w:r>
      </w:hyperlink>
      <w:r>
        <w:t xml:space="preserve"> - Downtown Grand Junction is a Certified Creative District, home to over 500 locally and independently owned retail shops, art galleries, spas, and more. The area boasts over 40 unique restaurants, breweries, tasting rooms, and coffee shops. A highlight is the Art on the Corner display, a collection of more than 100 sculptures. Established in 1984 by local sculptor Dave Davis, it has grown into one of the largest outdoor art displays in the country. Some pieces are on permanent display, while others are rotated out each fall during the Downtown Art Festival.</w:t>
      </w:r>
      <w:r/>
    </w:p>
    <w:p>
      <w:pPr>
        <w:pStyle w:val="ListNumber"/>
        <w:spacing w:line="240" w:lineRule="auto"/>
        <w:ind w:left="720"/>
      </w:pPr>
      <w:r/>
      <w:hyperlink r:id="rId12">
        <w:r>
          <w:rPr>
            <w:color w:val="0000EE"/>
            <w:u w:val="single"/>
          </w:rPr>
          <w:t>https://www.colorado.com/grand-junction/avalon-theatre</w:t>
        </w:r>
      </w:hyperlink>
      <w:r>
        <w:t xml:space="preserve"> - The Avalon Theatre, located at 645 Main Street in Grand Junction, is a historic venue with a seating capacity of 1,095. Built in 1923, it has been meticulously restored to host a diverse array of performances, including indie films, live music, and the Grand Junction Film Festival. The theatre serves as a cultural hub in the community, offering a space for both local and national artists to showcase their work. Its architectural beauty and rich history make it a cherished landmark in downtown Grand Junction.</w:t>
      </w:r>
      <w:r/>
    </w:p>
    <w:p>
      <w:pPr>
        <w:pStyle w:val="ListNumber"/>
        <w:spacing w:line="240" w:lineRule="auto"/>
        <w:ind w:left="720"/>
      </w:pPr>
      <w:r/>
      <w:hyperlink r:id="rId11">
        <w:r>
          <w:rPr>
            <w:color w:val="0000EE"/>
            <w:u w:val="single"/>
          </w:rPr>
          <w:t>https://www.colorado.com/articles/downtown-grand-junction-things-see-do</w:t>
        </w:r>
      </w:hyperlink>
      <w:r>
        <w:t xml:space="preserve"> - Downtown Grand Junction is a Certified Creative District, home to over 500 locally and independently owned retail shops, art galleries, spas, and more. The area boasts over 40 unique restaurants, breweries, tasting rooms, and coffee shops. A highlight is the Art on the Corner display, a collection of more than 100 sculptures. Established in 1984 by local sculptor Dave Davis, it has grown into one of the largest outdoor art displays in the country. Some pieces are on permanent display, while others are rotated out each fall during the Downtown Art Festival.</w:t>
      </w:r>
      <w:r/>
    </w:p>
    <w:p>
      <w:pPr>
        <w:pStyle w:val="ListNumber"/>
        <w:spacing w:line="240" w:lineRule="auto"/>
        <w:ind w:left="720"/>
      </w:pPr>
      <w:r/>
      <w:hyperlink r:id="rId12">
        <w:r>
          <w:rPr>
            <w:color w:val="0000EE"/>
            <w:u w:val="single"/>
          </w:rPr>
          <w:t>https://www.colorado.com/grand-junction/avalon-theatre</w:t>
        </w:r>
      </w:hyperlink>
      <w:r>
        <w:t xml:space="preserve"> - The Avalon Theatre, located at 645 Main Street in Grand Junction, is a historic venue with a seating capacity of 1,095. Built in 1923, it has been meticulously restored to host a diverse array of performances, including indie films, live music, and the Grand Junction Film Festival. The theatre serves as a cultural hub in the community, offering a space for both local and national artists to showcase their work. Its architectural beauty and rich history make it a cherished landmark in downtown Grand Junction.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high-desert-hues-discovering-the-queer-spirit-of-grand-junction-colorado/" TargetMode="External"/><Relationship Id="rId10" Type="http://schemas.openxmlformats.org/officeDocument/2006/relationships/hyperlink" Target="https://gjcreates.org/aotc/" TargetMode="External"/><Relationship Id="rId11" Type="http://schemas.openxmlformats.org/officeDocument/2006/relationships/hyperlink" Target="https://www.colorado.com/articles/downtown-grand-junction-things-see-do" TargetMode="External"/><Relationship Id="rId12" Type="http://schemas.openxmlformats.org/officeDocument/2006/relationships/hyperlink" Target="https://www.colorado.com/grand-junction/avalon-theat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