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Orange County Pride in Santa Ana This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Orange County Pride is returning to downtown Santa Ana on 10 October, bringing back a free street parade and an all-day festival with music, food, community stalls and plenty of colour. The move matters because organisers say attendees wanted Pride to feel visible, welcoming and rooted in the city once again.</w:t>
      </w:r>
      <w:r/>
    </w:p>
    <w:p>
      <w:pPr>
        <w:pStyle w:val="Heading2"/>
      </w:pPr>
      <w:r>
        <w:t>Essential Takeaways</w:t>
      </w:r>
      <w:r/>
      <w:r/>
    </w:p>
    <w:p>
      <w:pPr>
        <w:pStyle w:val="ListBullet"/>
        <w:spacing w:line="240" w:lineRule="auto"/>
        <w:ind w:left="720"/>
      </w:pPr>
      <w:r/>
      <w:r>
        <w:rPr>
          <w:b/>
        </w:rPr>
        <w:t>Free parade:</w:t>
      </w:r>
      <w:r>
        <w:t xml:space="preserve"> The procession starts at 11am on Third Street, running from Ross Street to Bush Street.</w:t>
      </w:r>
      <w:r/>
    </w:p>
    <w:p>
      <w:pPr>
        <w:pStyle w:val="ListBullet"/>
        <w:spacing w:line="240" w:lineRule="auto"/>
        <w:ind w:left="720"/>
      </w:pPr>
      <w:r/>
      <w:r>
        <w:rPr>
          <w:b/>
        </w:rPr>
        <w:t>Festival hours:</w:t>
      </w:r>
      <w:r>
        <w:t xml:space="preserve"> The main event runs from noon until 10pm, with performances, food vendors, a beer garden and a marketplace.</w:t>
      </w:r>
      <w:r/>
    </w:p>
    <w:p>
      <w:pPr>
        <w:pStyle w:val="ListBullet"/>
        <w:spacing w:line="240" w:lineRule="auto"/>
        <w:ind w:left="720"/>
      </w:pPr>
      <w:r/>
      <w:r>
        <w:rPr>
          <w:b/>
        </w:rPr>
        <w:t>Back in Santa Ana:</w:t>
      </w:r>
      <w:r>
        <w:t xml:space="preserve"> After a 2024 event at the OC Fair and Events Centre in Costa Mesa, organisers are bringing Pride back to the streets.</w:t>
      </w:r>
      <w:r/>
    </w:p>
    <w:p>
      <w:pPr>
        <w:pStyle w:val="ListBullet"/>
        <w:spacing w:line="240" w:lineRule="auto"/>
        <w:ind w:left="720"/>
      </w:pPr>
      <w:r/>
      <w:r>
        <w:rPr>
          <w:b/>
        </w:rPr>
        <w:t>Plan ahead:</w:t>
      </w:r>
      <w:r>
        <w:t xml:space="preserve"> Parking may be limited, so arriving early and carrying water will make the day more comfortable.</w:t>
      </w:r>
      <w:r/>
    </w:p>
    <w:p>
      <w:pPr>
        <w:pStyle w:val="ListBullet"/>
        <w:spacing w:line="240" w:lineRule="auto"/>
        <w:ind w:left="720"/>
      </w:pPr>
      <w:r/>
      <w:r>
        <w:rPr>
          <w:b/>
        </w:rPr>
        <w:t>Community focus:</w:t>
      </w:r>
      <w:r>
        <w:t xml:space="preserve"> Partnerships and local stalls are expected to give the festival a distinctly grassroots feel.</w:t>
      </w:r>
      <w:r/>
      <w:r/>
    </w:p>
    <w:p>
      <w:pPr>
        <w:pStyle w:val="Heading2"/>
      </w:pPr>
      <w:r>
        <w:t>Orange County Pride returns to the streets</w:t>
      </w:r>
      <w:r/>
    </w:p>
    <w:p>
      <w:r/>
      <w:r>
        <w:t>There’s a particular energy to a Pride parade moving through a city centre. Music bounces off the buildings, flags turn ordinary pavements into a moving rainbow, and passers-by can join the celebration without needing a ticket.</w:t>
      </w:r>
      <w:r/>
    </w:p>
    <w:p>
      <w:r/>
      <w:r>
        <w:t>That’s the feeling Orange County Pride organisers want to restore in Santa Ana this autumn. The free parade will travel along Third Street at 11am on 10 October, before the wider festival opens from noon and continues into the evening. LAist reported that the return follows strong feedback from people who wanted Pride to be more visible and accessible.</w:t>
      </w:r>
      <w:r/>
    </w:p>
    <w:p>
      <w:pPr>
        <w:pStyle w:val="Heading2"/>
      </w:pPr>
      <w:r>
        <w:t>Why the festival moved back to Santa Ana</w:t>
      </w:r>
      <w:r/>
    </w:p>
    <w:p>
      <w:r/>
      <w:r>
        <w:t>The 2024 celebration was held at the OC Fair and Events Centre in Costa Mesa, a change linked to costs and safety concerns. The venue offered a more controlled setting, but it also changed the experience of attending a public celebration that had traditionally been woven into the city streets.</w:t>
      </w:r>
      <w:r/>
    </w:p>
    <w:p>
      <w:r/>
      <w:r>
        <w:t>Pride OC's public information describes the organisation's broader work around LGBTQ+ visibility, advocacy and community connection. That helps explain why the location is more than a logistical detail. For many attendees, being out in Santa Ana is part of the message.</w:t>
      </w:r>
      <w:r/>
    </w:p>
    <w:p>
      <w:pPr>
        <w:pStyle w:val="Heading2"/>
      </w:pPr>
      <w:r>
        <w:t>What to expect at the 2025 festival</w:t>
      </w:r>
      <w:r/>
    </w:p>
    <w:p>
      <w:r/>
      <w:r>
        <w:t>Once the parade winds down, visitors can settle in for a full programme of food, drinks, live entertainment and shopping. The festival is expected to include food vendors, a beer garden, a marketplace and community partners, so there should be plenty to browse between performances.</w:t>
      </w:r>
      <w:r/>
    </w:p>
    <w:p>
      <w:r/>
      <w:r>
        <w:t>Earlier Orange County Pride coverage highlighted the event's mix of parade spectacle and festival programming, including a broad entertainment line-up. The result is less a single show and more a long, sociable day, whether you're arriving with friends, family or simply curious to see what the local community has planned.</w:t>
      </w:r>
      <w:r/>
    </w:p>
    <w:p>
      <w:pPr>
        <w:pStyle w:val="Heading2"/>
      </w:pPr>
      <w:r>
        <w:t>How to plan your visit</w:t>
      </w:r>
      <w:r/>
    </w:p>
    <w:p>
      <w:r/>
      <w:r>
        <w:t>Parking is likely to be the biggest practical headache. Arriving early is the sensible move, particularly if you want to catch the parade and avoid circling downtown while streets close or fill up.</w:t>
      </w:r>
      <w:r/>
    </w:p>
    <w:p>
      <w:r/>
      <w:r>
        <w:t>Wear comfortable shoes, bring water and consider using public transport or sharing a ride if that's practical. Pride OC's contact information and event channels are useful places to check for final access details, timings and any last-minute changes before setting off.</w:t>
      </w:r>
      <w:r/>
    </w:p>
    <w:p>
      <w:pPr>
        <w:pStyle w:val="Heading2"/>
      </w:pPr>
      <w:r>
        <w:t>A bigger, more visible Pride for Santa Ana</w:t>
      </w:r>
      <w:r/>
    </w:p>
    <w:p>
      <w:r/>
      <w:r>
        <w:t>Organisers say this year's event is shaping up to be the largest festival yet, with community partnerships helping expand its reach. Local participation has long been central to Orange County Pride, and previous event activity has included community organisations and educational groups joining the celebration.</w:t>
      </w:r>
      <w:r/>
    </w:p>
    <w:p>
      <w:r/>
      <w:r>
        <w:t>That mix gives the day its character. The parade brings the spectacle, but the stalls, conversations and small encounters often make the strongest impression. Bringing Pride back to Santa Ana should make it feel less like an event you visit and more like a celebration the city is hosting together.</w:t>
      </w:r>
      <w:r/>
    </w:p>
    <w:p>
      <w:r/>
      <w:r>
        <w:t>Plan for crowds, sunshine and a little street-level magic.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4">
        <w:r>
          <w:rPr>
            <w:color w:val="0000EE"/>
            <w:u w:val="single"/>
          </w:rPr>
          <w:t>[6]</w:t>
        </w:r>
      </w:hyperlink>
      <w:r>
        <w:t xml:space="preserve">, </w:t>
      </w:r>
      <w:hyperlink r:id="rId12">
        <w:r>
          <w:rPr>
            <w:color w:val="0000EE"/>
            <w:u w:val="single"/>
          </w:rPr>
          <w:t>[7]</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https://laist.com/news/oc-pride-returns-to-santa-ana-october</w:t>
        </w:r>
      </w:hyperlink>
      <w:r>
        <w:t xml:space="preserve"> - Please view link - unable to able to access data</w:t>
      </w:r>
      <w:r/>
    </w:p>
    <w:p>
      <w:pPr>
        <w:pStyle w:val="ListNumber"/>
        <w:spacing w:line="240" w:lineRule="auto"/>
        <w:ind w:left="720"/>
      </w:pPr>
      <w:r/>
      <w:hyperlink r:id="rId10">
        <w:r>
          <w:rPr>
            <w:color w:val="0000EE"/>
            <w:u w:val="single"/>
          </w:rPr>
          <w:t>https://www.prideparade.net/events/view/united-states/costa-mesa-ca/orange-county-fair-event-center/orange-county-pride-2024</w:t>
        </w:r>
      </w:hyperlink>
      <w:r>
        <w:t xml:space="preserve"> - The Orange County Pride 2024 event is scheduled for Saturday, October 5, 2024, from 12:00 PM to 10:00 PM PST at the OC Fair &amp; Event Center in Costa Mesa, California. The festival will feature live music, drag performances, community zones, art, workshops, and more. Performers include Wendy Guevara, Vanessa Vanjie Mateo, and Jessica Wild from RuPaul's Drag Race. General Admission and VIP tickets are available, with free admission for youth (ages 15 and under) and seniors (ages 65+). VIP perks include exclusive access to lounges, meet-and-greets, and merchandise discounts. Tickets can be purchased through Eventbrite.</w:t>
      </w:r>
      <w:r/>
    </w:p>
    <w:p>
      <w:pPr>
        <w:pStyle w:val="ListNumber"/>
        <w:spacing w:line="240" w:lineRule="auto"/>
        <w:ind w:left="720"/>
      </w:pPr>
      <w:r/>
      <w:hyperlink r:id="rId11">
        <w:r>
          <w:rPr>
            <w:color w:val="0000EE"/>
            <w:u w:val="single"/>
          </w:rPr>
          <w:t>https://www.prideoc.com/about</w:t>
        </w:r>
      </w:hyperlink>
      <w:r>
        <w:t xml:space="preserve"> - OC Pride is a 501(c)(3) non-profit organization dedicated to empowering the LGBTQIA+ community in Orange County through celebration, education, and activism. Established in 1989 as the Orange County Cultural Pride Festival in Santa Ana, the event experienced a hiatus starting in 2001. It was revived in 2009 following the passage of Proposition 8 and became an independent nonprofit in 2013. In 2024, OC Pride moved to the OC Fair &amp; Event Center to accommodate its growing attendance. After two years away, OC Pride returned to downtown Santa Ana in 2026.</w:t>
      </w:r>
      <w:r/>
    </w:p>
    <w:p>
      <w:pPr>
        <w:pStyle w:val="ListNumber"/>
        <w:spacing w:line="240" w:lineRule="auto"/>
        <w:ind w:left="720"/>
      </w:pPr>
      <w:r/>
      <w:hyperlink r:id="rId13">
        <w:r>
          <w:rPr>
            <w:color w:val="0000EE"/>
            <w:u w:val="single"/>
          </w:rPr>
          <w:t>https://www.prideoc.com/contact-us</w:t>
        </w:r>
      </w:hyperlink>
      <w:r>
        <w:t xml:space="preserve"> - For inquiries about OC Pride, contact them at PO Box 10118, Costa Mesa, CA 92627. General inquiries can be directed to info@prideoc.com, media inquiries to media@prideoc.com, and sponsorship inquiries to sponsors@prideoc.com. The phone number is 714-869-7399.</w:t>
      </w:r>
      <w:r/>
    </w:p>
    <w:p>
      <w:pPr>
        <w:pStyle w:val="ListNumber"/>
        <w:spacing w:line="240" w:lineRule="auto"/>
        <w:ind w:left="720"/>
      </w:pPr>
      <w:r/>
      <w:hyperlink r:id="rId15">
        <w:r>
          <w:rPr>
            <w:color w:val="0000EE"/>
            <w:u w:val="single"/>
          </w:rPr>
          <w:t>https://ucanr.edu/site/uc-master-gardeners-orange-county/event/costa-mesa-booth-oc-pride</w:t>
        </w:r>
      </w:hyperlink>
      <w:r>
        <w:t xml:space="preserve"> - The UC Master Gardeners of Orange County will have a booth at OC Pride 2024, scheduled for October 5, 2024, from 11:00 AM to 8:00 PM at the OC Fair &amp; Event Center in Costa Mesa, California. The event features a parade, live music, art, food, workshops, community zones, and more. Admission is $20, with $12 parking. For more information, visit the event's website.</w:t>
      </w:r>
      <w:r/>
    </w:p>
    <w:p>
      <w:pPr>
        <w:pStyle w:val="ListNumber"/>
        <w:spacing w:line="240" w:lineRule="auto"/>
        <w:ind w:left="720"/>
      </w:pPr>
      <w:r/>
      <w:hyperlink r:id="rId14">
        <w:r>
          <w:rPr>
            <w:color w:val="0000EE"/>
            <w:u w:val="single"/>
          </w:rPr>
          <w:t>https://www.24-7pressrelease.com/press-release/514969/oc-pride-2024-to-celebrate-colors-of-strength-with-blaze-it-forwards-parade-and-star-studded-festival-lineup</w:t>
        </w:r>
      </w:hyperlink>
      <w:r>
        <w:t xml:space="preserve"> - OC Pride 2024, themed 'Colors of Strength,' is set for Saturday, October 5, 2024, at the OC Fair &amp; Event Center in Costa Mesa, California. The event includes the Blaze It Forward Parade at 11:00 AM, followed by the Colors of Strength Festival at 12:00 PM. The festival offers family-friendly activities, wellness services, and a lineup of performers. OC Pride collaborates with local law enforcement and community partners to ensure a safe and inclusive environment for all attendees.</w:t>
      </w:r>
      <w:r/>
    </w:p>
    <w:p>
      <w:pPr>
        <w:pStyle w:val="ListNumber"/>
        <w:spacing w:line="240" w:lineRule="auto"/>
        <w:ind w:left="720"/>
      </w:pPr>
      <w:r/>
      <w:hyperlink r:id="rId12">
        <w:r>
          <w:rPr>
            <w:color w:val="0000EE"/>
            <w:u w:val="single"/>
          </w:rPr>
          <w:t>https://www.latimes.com/socal/daily-pilot/news/story/2024-10-09/oc-pride-parade-fest-blaze-brightly-at-county-fairgrounds</w:t>
        </w:r>
      </w:hyperlink>
      <w:r>
        <w:t xml:space="preserve"> - The OC Pride Parade and Festival took place at the OC Fair &amp; Event Center in Costa Mesa on October 5, 2024. The parade made its way along the perimeter of the fairgrounds, leading to the entrance where the daylong Colors of Strength Pride Festival was held. The event featured vibrant celebrations of LGBTQ+ unity, strength, and resilience, with various performances and activities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ist.com/news/oc-pride-returns-to-santa-ana-october" TargetMode="External"/><Relationship Id="rId10" Type="http://schemas.openxmlformats.org/officeDocument/2006/relationships/hyperlink" Target="https://www.prideparade.net/events/view/united-states/costa-mesa-ca/orange-county-fair-event-center/orange-county-pride-2024" TargetMode="External"/><Relationship Id="rId11" Type="http://schemas.openxmlformats.org/officeDocument/2006/relationships/hyperlink" Target="https://www.prideoc.com/about" TargetMode="External"/><Relationship Id="rId12" Type="http://schemas.openxmlformats.org/officeDocument/2006/relationships/hyperlink" Target="https://www.latimes.com/socal/daily-pilot/news/story/2024-10-09/oc-pride-parade-fest-blaze-brightly-at-county-fairgrounds" TargetMode="External"/><Relationship Id="rId13" Type="http://schemas.openxmlformats.org/officeDocument/2006/relationships/hyperlink" Target="https://www.prideoc.com/contact-us" TargetMode="External"/><Relationship Id="rId14" Type="http://schemas.openxmlformats.org/officeDocument/2006/relationships/hyperlink" Target="https://www.24-7pressrelease.com/press-release/514969/oc-pride-2024-to-celebrate-colors-of-strength-with-blaze-it-forwards-parade-and-star-studded-festival-lineup" TargetMode="External"/><Relationship Id="rId15" Type="http://schemas.openxmlformats.org/officeDocument/2006/relationships/hyperlink" Target="https://ucanr.edu/site/uc-master-gardeners-orange-county/event/costa-mesa-booth-oc-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