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Greater Palm Springs Pride Travel Guide for November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eyeing Palm Springs for Greater Palm Springs Pride, which returns from 6 to 8 November for a landmark 40th anniversary celebration. With cooler desert weather, a major parade, daily festival events and LGBTQ+ friendly accommodation, it’s shaping up to be one of California’s most appealing autumn escapes.</w:t>
      </w:r>
      <w:r/>
    </w:p>
    <w:p>
      <w:pPr>
        <w:pStyle w:val="Heading2"/>
      </w:pPr>
      <w:r>
        <w:t>Essential Takeaways</w:t>
      </w:r>
      <w:r/>
      <w:r/>
    </w:p>
    <w:p>
      <w:pPr>
        <w:pStyle w:val="ListBullet"/>
        <w:spacing w:line="240" w:lineRule="auto"/>
        <w:ind w:left="720"/>
      </w:pPr>
      <w:r/>
      <w:r>
        <w:rPr>
          <w:b/>
        </w:rPr>
        <w:t>Dates:</w:t>
      </w:r>
      <w:r>
        <w:t xml:space="preserve"> Greater Palm Springs Pride runs from Friday 6 to Sunday 8 November.</w:t>
      </w:r>
      <w:r/>
    </w:p>
    <w:p>
      <w:pPr>
        <w:pStyle w:val="ListBullet"/>
        <w:spacing w:line="240" w:lineRule="auto"/>
        <w:ind w:left="720"/>
      </w:pPr>
      <w:r/>
      <w:r>
        <w:rPr>
          <w:b/>
        </w:rPr>
        <w:t>Big celebration:</w:t>
      </w:r>
      <w:r>
        <w:t xml:space="preserve"> The milestone anniversary is expected to draw a large LGBTQ+ crowd.</w:t>
      </w:r>
      <w:r/>
    </w:p>
    <w:p>
      <w:pPr>
        <w:pStyle w:val="ListBullet"/>
        <w:spacing w:line="240" w:lineRule="auto"/>
        <w:ind w:left="720"/>
      </w:pPr>
      <w:r/>
      <w:r>
        <w:rPr>
          <w:b/>
        </w:rPr>
        <w:t>What to do:</w:t>
      </w:r>
      <w:r>
        <w:t xml:space="preserve"> Expect a parade, Arenas District festival events, parties and pool time.</w:t>
      </w:r>
      <w:r/>
    </w:p>
    <w:p>
      <w:pPr>
        <w:pStyle w:val="ListBullet"/>
        <w:spacing w:line="240" w:lineRule="auto"/>
        <w:ind w:left="720"/>
      </w:pPr>
      <w:r/>
      <w:r>
        <w:rPr>
          <w:b/>
        </w:rPr>
        <w:t>Where to stay:</w:t>
      </w:r>
      <w:r>
        <w:t xml:space="preserve"> LGBTQ+ focused and clothing-optional resorts offer a more tailored atmosphere.</w:t>
      </w:r>
      <w:r/>
    </w:p>
    <w:p>
      <w:pPr>
        <w:pStyle w:val="ListBullet"/>
        <w:spacing w:line="240" w:lineRule="auto"/>
        <w:ind w:left="720"/>
      </w:pPr>
      <w:r/>
      <w:r>
        <w:rPr>
          <w:b/>
        </w:rPr>
        <w:t>Weather watch:</w:t>
      </w:r>
      <w:r>
        <w:t xml:space="preserve"> Early November is typically warmer in the daytime and cooler after dark.</w:t>
      </w:r>
      <w:r/>
      <w:r/>
    </w:p>
    <w:p>
      <w:pPr>
        <w:pStyle w:val="Heading2"/>
      </w:pPr>
      <w:r>
        <w:t>Cooler weather makes Palm Springs tempting</w:t>
      </w:r>
      <w:r/>
    </w:p>
    <w:p>
      <w:r/>
      <w:r>
        <w:t>Palm Springs may be famous for blazing sunshine, but early November offers a much more comfortable version of the desert. Days can hover around the high 20s Celsius, while evenings may feel distinctly crisp, especially after sunset.</w:t>
      </w:r>
      <w:r/>
    </w:p>
    <w:p>
      <w:r/>
      <w:r>
        <w:t>That shift matters when you're planning a packed Pride weekend. You can watch the parade, wander between events and still enjoy the pool without feeling as though you've been left inside a hairdryer. After dark, a light jumper is a sensible addition to the suitcase.</w:t>
      </w:r>
      <w:r/>
    </w:p>
    <w:p>
      <w:r/>
      <w:r>
        <w:t>Greater Palm Springs Pride's event listing places the celebration across the first weekend of November, making it an easy long-weekend choice for visitors travelling from elsewhere in California or further afield. According to Palm Springs Life, the event remains a major fixture in the area's calendar.</w:t>
      </w:r>
      <w:r/>
    </w:p>
    <w:p>
      <w:pPr>
        <w:pStyle w:val="Heading2"/>
      </w:pPr>
      <w:r>
        <w:t>A milestone Pride weekend is taking shape</w:t>
      </w:r>
      <w:r/>
    </w:p>
    <w:p>
      <w:r/>
      <w:r>
        <w:t>The 40th anniversary gives this year's festival extra sparkle. Pride celebrations are always about visibility and community, but milestone editions tend to bring a little more energy, nostalgia and occasion to the streets.</w:t>
      </w:r>
      <w:r/>
    </w:p>
    <w:p>
      <w:r/>
      <w:r>
        <w:t>The parade is set to move along Palm Canyon Drive, while festival activity is expected in the Arenas District. That combination gives visitors plenty of ways to spend the day, whether they prefer cheering from the roadside, dancing through a crowd or dipping in and out of events at their own pace.</w:t>
      </w:r>
      <w:r/>
    </w:p>
    <w:p>
      <w:r/>
      <w:r>
        <w:t>Palm Springs Life lists Greater Palm Springs Pride as a key local event, reinforcing its place as more than a single parade. It's a full weekend programme, so leaving room in your itinerary is wise.</w:t>
      </w:r>
      <w:r/>
    </w:p>
    <w:p>
      <w:pPr>
        <w:pStyle w:val="Heading2"/>
      </w:pPr>
      <w:r>
        <w:t>What should visitors do between events?</w:t>
      </w:r>
      <w:r/>
    </w:p>
    <w:p>
      <w:r/>
      <w:r>
        <w:t>The appeal is partly in the gaps. Palm Springs is built for slow mornings, long lunches and a few unhurried hours by the water, which means you don't have to treat the weekend like an endurance test.</w:t>
      </w:r>
      <w:r/>
    </w:p>
    <w:p>
      <w:r/>
      <w:r>
        <w:t>Plan one main event each day, then keep the rest flexible. The Arenas District is a natural base for exploring, while the parade provides an obvious focal point. A pool afternoon can be just as welcome as another party, particularly if the desert sun has caught up with you.</w:t>
      </w:r>
      <w:r/>
    </w:p>
    <w:p>
      <w:r/>
      <w:r>
        <w:t>For a smoother trip, book dinner and accommodation early, and check event details before travelling. Festival schedules can change, and popular venues tend to fill quickly during Pride weekend.</w:t>
      </w:r>
      <w:r/>
    </w:p>
    <w:p>
      <w:pPr>
        <w:pStyle w:val="Heading2"/>
      </w:pPr>
      <w:r>
        <w:t>Choosing the right place to stay</w:t>
      </w:r>
      <w:r/>
    </w:p>
    <w:p>
      <w:r/>
      <w:r>
        <w:t>Accommodation can shape the whole experience. Visitors looking for a strongly LGBTQ+ centred atmosphere may prefer one of Palm Springs' gay men's resorts, including clothing-optional properties, where the mood is generally more relaxed and community-focused.</w:t>
      </w:r>
      <w:r/>
    </w:p>
    <w:p>
      <w:r/>
      <w:r>
        <w:t>INNdulge is presented by the original travel feature as a long-standing favourite, with a tranquil setting, useful amenities and well-appointed rooms. That kind of resort can be especially appealing when you want to return from a busy festival day to somewhere quieter.</w:t>
      </w:r>
      <w:r/>
    </w:p>
    <w:p>
      <w:r/>
      <w:r>
        <w:t>Of course, clothing-optional accommodation isn't for everyone. Check the property's policies, guest profile and facilities before booking, and choose somewhere that matches your comfort level rather than simply following the crowd. The best room is the one that lets you relax.</w:t>
      </w:r>
      <w:r/>
    </w:p>
    <w:p>
      <w:pPr>
        <w:pStyle w:val="Heading2"/>
      </w:pPr>
      <w:r>
        <w:t>Book early for this popular desert escape</w:t>
      </w:r>
      <w:r/>
    </w:p>
    <w:p>
      <w:r/>
      <w:r>
        <w:t>A 40th anniversary is likely to increase demand, particularly across LGBTQ+ friendly hotels and resorts. Palm Springs has plenty of accommodation, but the most sought-after properties can disappear quickly when a major Pride weekend lands on the calendar.</w:t>
      </w:r>
      <w:r/>
    </w:p>
    <w:p>
      <w:r/>
      <w:r>
        <w:t>Compare cancellation terms, resort fees, parking arrangements and the distance to parade and festival areas. If you're flying in, factor in transfers and allow time for busy roads around the event.</w:t>
      </w:r>
      <w:r/>
    </w:p>
    <w:p>
      <w:r/>
      <w:r>
        <w:t>There's also a pleasing seasonal logic to the trip. With autumn temperatures, sunshine and a lively community celebration in one package, Greater Palm Springs Pride offers a bright start to the festive travel season. Sometimes the best escape is the one that swaps grey skies for palm trees.</w:t>
      </w:r>
      <w:r/>
    </w:p>
    <w:p>
      <w:r/>
      <w:r>
        <w:t>A little early planning could turn this milestone celebration into a wonderfully easy weekend away.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[3]</w:t>
        </w:r>
      </w:hyperlink>
      <w:r>
        <w:t xml:space="preserve">, </w:t>
      </w:r>
      <w:hyperlink r:id="rId10">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0">
        <w:r>
          <w:rPr>
            <w:color w:val="0000EE"/>
            <w:u w:val="single"/>
          </w:rPr>
          <w:t>[4]</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https://hesaiddallas.com/2026/09/22/travel-tuesday-head-to-the-desert-for-a-milestone-pride-celebration/</w:t>
        </w:r>
      </w:hyperlink>
      <w:r>
        <w:t xml:space="preserve"> - Please view link - unable to able to access data</w:t>
      </w:r>
      <w:r/>
    </w:p>
    <w:p>
      <w:pPr>
        <w:pStyle w:val="ListNumber"/>
        <w:spacing w:line="240" w:lineRule="auto"/>
        <w:ind w:left="720"/>
      </w:pPr>
      <w:r/>
      <w:hyperlink r:id="rId10">
        <w:r>
          <w:rPr>
            <w:color w:val="0000EE"/>
            <w:u w:val="single"/>
          </w:rPr>
          <w:t>https://www.palmspringslife.com/event/greater-palm-springs-pride/</w:t>
        </w:r>
      </w:hyperlink>
      <w:r>
        <w:t xml:space="preserve"> - The Greater Palm Springs Pride is scheduled for November 6–8, 2026, marking its 40th anniversary. The event will feature stages, community organizations, vendors, nightlife, and public gatherings under the theme 'Be Included'. The signature Pride Parade will commence at 10 a.m. on Sunday, November 8, traveling south on Palm Canyon Drive from Tachevah Drive toward downtown. This celebration continues to be a significant expression of the city's LGBTQ+ community, allies, businesses, and civic life.</w:t>
      </w:r>
      <w:r/>
    </w:p>
    <w:p>
      <w:pPr>
        <w:pStyle w:val="ListNumber"/>
        <w:spacing w:line="240" w:lineRule="auto"/>
        <w:ind w:left="720"/>
      </w:pPr>
      <w:r/>
      <w:hyperlink r:id="rId10">
        <w:r>
          <w:rPr>
            <w:color w:val="0000EE"/>
            <w:u w:val="single"/>
          </w:rPr>
          <w:t>https://www.palmspringslife.com/event/greater-palm-springs-pride/</w:t>
        </w:r>
      </w:hyperlink>
      <w:r>
        <w:t xml:space="preserve"> - The Greater Palm Springs Pride is scheduled for November 6–8, 2026, marking its 40th anniversary. The event will feature stages, community organizations, vendors, nightlife, and public gatherings under the theme 'Be Included'. The signature Pride Parade will commence at 10 a.m. on Sunday, November 8, traveling south on Palm Canyon Drive from Tachevah Drive toward downtown. This celebration continues to be a significant expression of the city's LGBTQ+ community, allies, businesses, and civic life.</w:t>
      </w:r>
      <w:r/>
    </w:p>
    <w:p>
      <w:pPr>
        <w:pStyle w:val="ListNumber"/>
        <w:spacing w:line="240" w:lineRule="auto"/>
        <w:ind w:left="720"/>
      </w:pPr>
      <w:r/>
      <w:hyperlink r:id="rId10">
        <w:r>
          <w:rPr>
            <w:color w:val="0000EE"/>
            <w:u w:val="single"/>
          </w:rPr>
          <w:t>https://www.palmspringslife.com/event/greater-palm-springs-pride/</w:t>
        </w:r>
      </w:hyperlink>
      <w:r>
        <w:t xml:space="preserve"> - The Greater Palm Springs Pride is scheduled for November 6–8, 2026, marking its 40th anniversary. The event will feature stages, community organizations, vendors, nightlife, and public gatherings under the theme 'Be Included'. The signature Pride Parade will commence at 10 a.m. on Sunday, November 8, traveling south on Palm Canyon Drive from Tachevah Drive toward downtown. This celebration continues to be a significant expression of the city's LGBTQ+ community, allies, businesses, and civic life.</w:t>
      </w:r>
      <w:r/>
    </w:p>
    <w:p>
      <w:pPr>
        <w:pStyle w:val="ListNumber"/>
        <w:spacing w:line="240" w:lineRule="auto"/>
        <w:ind w:left="720"/>
      </w:pPr>
      <w:r/>
      <w:hyperlink r:id="rId10">
        <w:r>
          <w:rPr>
            <w:color w:val="0000EE"/>
            <w:u w:val="single"/>
          </w:rPr>
          <w:t>https://www.palmspringslife.com/event/greater-palm-springs-pride/</w:t>
        </w:r>
      </w:hyperlink>
      <w:r>
        <w:t xml:space="preserve"> - The Greater Palm Springs Pride is scheduled for November 6–8, 2026, marking its 40th anniversary. The event will feature stages, community organizations, vendors, nightlife, and public gatherings under the theme 'Be Included'. The signature Pride Parade will commence at 10 a.m. on Sunday, November 8, traveling south on Palm Canyon Drive from Tachevah Drive toward downtown. This celebration continues to be a significant expression of the city's LGBTQ+ community, allies, businesses, and civic life.</w:t>
      </w:r>
      <w:r/>
    </w:p>
    <w:p>
      <w:pPr>
        <w:pStyle w:val="ListNumber"/>
        <w:spacing w:line="240" w:lineRule="auto"/>
        <w:ind w:left="720"/>
      </w:pPr>
      <w:r/>
      <w:hyperlink r:id="rId10">
        <w:r>
          <w:rPr>
            <w:color w:val="0000EE"/>
            <w:u w:val="single"/>
          </w:rPr>
          <w:t>https://www.palmspringslife.com/event/greater-palm-springs-pride/</w:t>
        </w:r>
      </w:hyperlink>
      <w:r>
        <w:t xml:space="preserve"> - The Greater Palm Springs Pride is scheduled for November 6–8, 2026, marking its 40th anniversary. The event will feature stages, community organizations, vendors, nightlife, and public gatherings under the theme 'Be Included'. The signature Pride Parade will commence at 10 a.m. on Sunday, November 8, traveling south on Palm Canyon Drive from Tachevah Drive toward downtown. This celebration continues to be a significant expression of the city's LGBTQ+ community, allies, businesses, and civic life.</w:t>
      </w:r>
      <w:r/>
    </w:p>
    <w:p>
      <w:pPr>
        <w:pStyle w:val="ListNumber"/>
        <w:spacing w:line="240" w:lineRule="auto"/>
        <w:ind w:left="720"/>
      </w:pPr>
      <w:r/>
      <w:hyperlink r:id="rId10">
        <w:r>
          <w:rPr>
            <w:color w:val="0000EE"/>
            <w:u w:val="single"/>
          </w:rPr>
          <w:t>https://www.palmspringslife.com/event/greater-palm-springs-pride/</w:t>
        </w:r>
      </w:hyperlink>
      <w:r>
        <w:t xml:space="preserve"> - The Greater Palm Springs Pride is scheduled for November 6–8, 2026, marking its 40th anniversary. The event will feature stages, community organizations, vendors, nightlife, and public gatherings under the theme 'Be Included'. The signature Pride Parade will commence at 10 a.m. on Sunday, November 8, traveling south on Palm Canyon Drive from Tachevah Drive toward downtown. This celebration continues to be a significant expression of the city's LGBTQ+ community, allies, businesses, and civic life.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esaiddallas.com/2026/09/22/travel-tuesday-head-to-the-desert-for-a-milestone-pride-celebration/" TargetMode="External"/><Relationship Id="rId10" Type="http://schemas.openxmlformats.org/officeDocument/2006/relationships/hyperlink" Target="https://www.palmspringslife.com/event/greater-palm-springs-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