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Drag Bingo in Annapolis for a Colourful 2026 Night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of dazzling performances and lively bingo can look forward to Drag Bingo in Annapolis on 26 September 2026. With Queen Jalah and friends, prizes from LGBTQIA+-friendly local businesses, food, drinks and plenty of laughs, the 21-plus fundraiser promises a memorable evening supporting UUCA and Annapolis Pride.</w:t>
      </w:r>
      <w:r/>
    </w:p>
    <w:p>
      <w:pPr>
        <w:pStyle w:val="Heading2"/>
      </w:pPr>
      <w:r>
        <w:t>Essential Takeaways</w:t>
      </w:r>
      <w:r/>
      <w:r/>
    </w:p>
    <w:p>
      <w:pPr>
        <w:pStyle w:val="ListBullet"/>
        <w:spacing w:line="240" w:lineRule="auto"/>
        <w:ind w:left="720"/>
      </w:pPr>
      <w:r/>
      <w:r>
        <w:rPr>
          <w:b/>
        </w:rPr>
        <w:t>When:</w:t>
      </w:r>
      <w:r>
        <w:t xml:space="preserve"> Doors open at 6pm, with bingo starting at 7pm on 26 September 2026.</w:t>
      </w:r>
      <w:r/>
    </w:p>
    <w:p>
      <w:pPr>
        <w:pStyle w:val="ListBullet"/>
        <w:spacing w:line="240" w:lineRule="auto"/>
        <w:ind w:left="720"/>
      </w:pPr>
      <w:r/>
      <w:r>
        <w:rPr>
          <w:b/>
        </w:rPr>
        <w:t>Where:</w:t>
      </w:r>
      <w:r>
        <w:t xml:space="preserve"> The event is hosted by the Unitarian Universalist Congregation of Annapolis.</w:t>
      </w:r>
      <w:r/>
    </w:p>
    <w:p>
      <w:pPr>
        <w:pStyle w:val="ListBullet"/>
        <w:spacing w:line="240" w:lineRule="auto"/>
        <w:ind w:left="720"/>
      </w:pPr>
      <w:r/>
      <w:r>
        <w:rPr>
          <w:b/>
        </w:rPr>
        <w:t>What to expect:</w:t>
      </w:r>
      <w:r>
        <w:t xml:space="preserve"> Drag performances, bingo, comedy, food, drinks and speciality cocktails.</w:t>
      </w:r>
      <w:r/>
    </w:p>
    <w:p>
      <w:pPr>
        <w:pStyle w:val="ListBullet"/>
        <w:spacing w:line="240" w:lineRule="auto"/>
        <w:ind w:left="720"/>
      </w:pPr>
      <w:r/>
      <w:r>
        <w:rPr>
          <w:b/>
        </w:rPr>
        <w:t>Who can attend:</w:t>
      </w:r>
      <w:r>
        <w:t xml:space="preserve"> It’s strictly for adults aged 21 and over, with mature content.</w:t>
      </w:r>
      <w:r/>
    </w:p>
    <w:p>
      <w:pPr>
        <w:pStyle w:val="ListBullet"/>
        <w:spacing w:line="240" w:lineRule="auto"/>
        <w:ind w:left="720"/>
      </w:pPr>
      <w:r/>
      <w:r>
        <w:rPr>
          <w:b/>
        </w:rPr>
        <w:t>Bring along:</w:t>
      </w:r>
      <w:r>
        <w:t xml:space="preserve"> Tickets, a lucky charm and some singles for performer tips.</w:t>
      </w:r>
      <w:r/>
      <w:r/>
    </w:p>
    <w:p>
      <w:pPr>
        <w:pStyle w:val="Heading2"/>
      </w:pPr>
      <w:r>
        <w:t>Annapolis Drag Bingo is bringing the sparkle</w:t>
      </w:r>
      <w:r/>
    </w:p>
    <w:p>
      <w:r/>
      <w:r>
        <w:t>Forget quiet evenings with a standard bingo card. This Annapolis drag bingo event is built around big performances, quick laughs and the kind of colourful atmosphere that makes strangers cheer together.</w:t>
      </w:r>
      <w:r/>
    </w:p>
    <w:p>
      <w:r/>
      <w:r>
        <w:t>Queen Jalah and friends will lead the entertainment, while guests can play for prizes donated by local LGBTQIA+-friendly businesses. That mix of community spirit and playful competition gives the night a warm purpose beneath all the glitter.</w:t>
      </w:r>
      <w:r/>
    </w:p>
    <w:p>
      <w:r/>
      <w:r>
        <w:t xml:space="preserve">According to the event listing, proceeds will support the Unitarian Universalist Congregation of Annapolis and Annapolis Pride. It’s a feel-good reason to book a night out, especially if you’d rather your entertainment dollars do a little extra work. </w:t>
      </w:r>
      <w:hyperlink r:id="rId9">
        <w:r>
          <w:rPr>
            <w:color w:val="0000EE"/>
            <w:u w:val="single"/>
          </w:rPr>
          <w:t>[2]</w:t>
        </w:r>
      </w:hyperlink>
      <w:r>
        <w:t xml:space="preserve">, </w:t>
      </w:r>
      <w:hyperlink r:id="rId10">
        <w:r>
          <w:rPr>
            <w:color w:val="0000EE"/>
            <w:u w:val="single"/>
          </w:rPr>
          <w:t>[6]</w:t>
        </w:r>
      </w:hyperlink>
      <w:r/>
    </w:p>
    <w:p>
      <w:pPr>
        <w:pStyle w:val="Heading2"/>
      </w:pPr>
      <w:r>
        <w:t>What time does Drag Bingo start?</w:t>
      </w:r>
      <w:r/>
    </w:p>
    <w:p>
      <w:r/>
      <w:r>
        <w:t>Doors open at 6pm, giving guests time to settle in, order refreshments and find their seats before bingo begins at 7pm. Arriving early should make the evening feel less rushed, particularly if you’re meeting friends or want to browse the drinks menu.</w:t>
      </w:r>
      <w:r/>
    </w:p>
    <w:p>
      <w:r/>
      <w:r>
        <w:t>Food, drinks and speciality cocktails will be available to purchase, so the event is designed as a full evening rather than a quick game squeezed between other plans. The atmosphere should be sociable from the moment guests arrive, with conversation, music and plenty of anticipation in the room.</w:t>
      </w:r>
      <w:r/>
    </w:p>
    <w:p>
      <w:r/>
      <w:r>
        <w:t xml:space="preserve">The event is listed for Saturday 26 September 2026. Annapolis Pride’s event calendar is a useful place to check for wider community listings and any updates before travelling. </w:t>
      </w:r>
      <w:hyperlink r:id="rId11">
        <w:r>
          <w:rPr>
            <w:color w:val="0000EE"/>
            <w:u w:val="single"/>
          </w:rPr>
          <w:t>[3]</w:t>
        </w:r>
      </w:hyperlink>
      <w:r>
        <w:t xml:space="preserve">, </w:t>
      </w:r>
      <w:hyperlink r:id="rId12">
        <w:r>
          <w:rPr>
            <w:color w:val="0000EE"/>
            <w:u w:val="single"/>
          </w:rPr>
          <w:t>[4]</w:t>
        </w:r>
      </w:hyperlink>
      <w:r/>
    </w:p>
    <w:p>
      <w:pPr>
        <w:pStyle w:val="Heading2"/>
      </w:pPr>
      <w:r>
        <w:t>Prizes, performers and a little friendly chaos</w:t>
      </w:r>
      <w:r/>
    </w:p>
    <w:p>
      <w:r/>
      <w:r>
        <w:t>The appeal here isn’t simply winning a game. Live drag adds a theatrical edge to every round, turning familiar bingo calls into part of a larger show. Expect audience interaction, laughter and the possibility that your concentration may be tested by a particularly dramatic entrance.</w:t>
      </w:r>
      <w:r/>
    </w:p>
    <w:p>
      <w:r/>
      <w:r>
        <w:t>Prizes have been donated by local LGBTQIA+-friendly businesses, which keeps the evening connected to Annapolis’s wider community. The result is more personal than a standard commercial promotion, with local support helping make the event happen.</w:t>
      </w:r>
      <w:r/>
    </w:p>
    <w:p>
      <w:r/>
      <w:r>
        <w:t xml:space="preserve">And yes, guests are encouraged to bring singles to tip the performers. It’s a small practical detail, but one worth remembering before you leave home. </w:t>
      </w:r>
      <w:hyperlink r:id="rId9">
        <w:r>
          <w:rPr>
            <w:color w:val="0000EE"/>
            <w:u w:val="single"/>
          </w:rPr>
          <w:t>[2]</w:t>
        </w:r>
      </w:hyperlink>
      <w:r>
        <w:t xml:space="preserve">, </w:t>
      </w:r>
      <w:hyperlink r:id="rId13">
        <w:r>
          <w:rPr>
            <w:color w:val="0000EE"/>
            <w:u w:val="single"/>
          </w:rPr>
          <w:t>[5]</w:t>
        </w:r>
      </w:hyperlink>
      <w:r/>
    </w:p>
    <w:p>
      <w:pPr>
        <w:pStyle w:val="Heading2"/>
      </w:pPr>
      <w:r>
        <w:t>Who should book, and what should you know?</w:t>
      </w:r>
      <w:r/>
    </w:p>
    <w:p>
      <w:r/>
      <w:r>
        <w:t>This is a 21-plus event, and the organisers flag that it includes racy, mature content. It’s therefore best suited to adults looking for an energetic night out rather than a family-friendly afternoon activity.</w:t>
      </w:r>
      <w:r/>
    </w:p>
    <w:p>
      <w:r/>
      <w:r>
        <w:t>If you’re attending with friends, agree on a meeting point and plan your journey in advance. Comfortable clothes are sensible, but this is also exactly the sort of occasion where a little extra colour or sparkle won’t feel out of place.</w:t>
      </w:r>
      <w:r/>
    </w:p>
    <w:p>
      <w:r/>
      <w:r>
        <w:t xml:space="preserve">Tickets should be purchased through the event organiser before attending. Checking the official listing closer to the date is wise, as timings, availability and practical information can change. </w:t>
      </w:r>
      <w:hyperlink r:id="rId9">
        <w:r>
          <w:rPr>
            <w:color w:val="0000EE"/>
            <w:u w:val="single"/>
          </w:rPr>
          <w:t>[2]</w:t>
        </w:r>
      </w:hyperlink>
      <w:r>
        <w:t xml:space="preserve">, </w:t>
      </w:r>
      <w:hyperlink r:id="rId10">
        <w:r>
          <w:rPr>
            <w:color w:val="0000EE"/>
            <w:u w:val="single"/>
          </w:rPr>
          <w:t>[6]</w:t>
        </w:r>
      </w:hyperlink>
      <w:r/>
    </w:p>
    <w:p>
      <w:pPr>
        <w:pStyle w:val="Heading2"/>
      </w:pPr>
      <w:r>
        <w:t>A lively way to support Annapolis Pride</w:t>
      </w:r>
      <w:r/>
    </w:p>
    <w:p>
      <w:r/>
      <w:r>
        <w:t>Drag bingo works because it combines several pleasures at once: performance, competition, food, drinks and a room full of people ready to have fun. The charitable element adds substance without weighing down the mood.</w:t>
      </w:r>
      <w:r/>
    </w:p>
    <w:p>
      <w:r/>
      <w:r>
        <w:t>For regular Pride supporters, it offers another way to show up locally. For newcomers, it could be an easy, cheerful introduction to Annapolis’s LGBTQIA+ community events, with the bingo cards providing an instant conversation starter.</w:t>
      </w:r>
      <w:r/>
    </w:p>
    <w:p>
      <w:r/>
      <w:r>
        <w:t xml:space="preserve">Bring your lucky charm, keep a few singles handy and expect an evening that’s louder, brighter and far more entertaining than ordinary bingo. </w:t>
      </w:r>
      <w:hyperlink r:id="rId11">
        <w:r>
          <w:rPr>
            <w:color w:val="0000EE"/>
            <w:u w:val="single"/>
          </w:rPr>
          <w:t>[3]</w:t>
        </w:r>
      </w:hyperlink>
      <w:r>
        <w:t xml:space="preserve">, </w:t>
      </w:r>
      <w:hyperlink r:id="rId12">
        <w:r>
          <w:rPr>
            <w:color w:val="0000EE"/>
            <w:u w:val="single"/>
          </w:rPr>
          <w:t>[4]</w:t>
        </w:r>
      </w:hyperlink>
      <w:r/>
    </w:p>
    <w:p>
      <w:r/>
      <w:r>
        <w:t>It’s a small card game with a very big personality.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https://www.uuannapolis.org/dragbingo/</w:t>
        </w:r>
      </w:hyperlink>
      <w:r>
        <w:t xml:space="preserve"> - Please view link - unable to able to access data</w:t>
      </w:r>
      <w:r/>
    </w:p>
    <w:p>
      <w:pPr>
        <w:pStyle w:val="ListNumber"/>
        <w:spacing w:line="240" w:lineRule="auto"/>
        <w:ind w:left="720"/>
      </w:pPr>
      <w:r/>
      <w:hyperlink r:id="rId9">
        <w:r>
          <w:rPr>
            <w:color w:val="0000EE"/>
            <w:u w:val="single"/>
          </w:rPr>
          <w:t>https://www.annapolispride.org/event/drag-bingo-4/</w:t>
        </w:r>
      </w:hyperlink>
      <w:r>
        <w:t xml:space="preserve"> - Annapolis Pride is hosting a Drag Bingo event on September 26, 2026, at the Unitarian Universalist Church in Annapolis. The event features Queen Jalah &amp; Friends, offering dazzling performances, exciting bingo, and community engagement. Doors open at 6:00 PM, with bingo and the show running from 7:00 to 9:30 PM. This 21+ event includes racy, mature content. Prizes are donated by local LGBTQIA+ friendly businesses, and food, drinks, and specialty cocktails are available for purchase. Attendees are encouraged to bring singles to tip the performers. Tickets are $30, which includes entrance and one bingo card; additional cards can be purchased for $10. The event supports UUCA and Annapolis Pride.</w:t>
      </w:r>
      <w:r/>
    </w:p>
    <w:p>
      <w:pPr>
        <w:pStyle w:val="ListNumber"/>
        <w:spacing w:line="240" w:lineRule="auto"/>
        <w:ind w:left="720"/>
      </w:pPr>
      <w:r/>
      <w:hyperlink r:id="rId11">
        <w:r>
          <w:rPr>
            <w:color w:val="0000EE"/>
            <w:u w:val="single"/>
          </w:rPr>
          <w:t>https://www.annapolispride.org/events/</w:t>
        </w:r>
      </w:hyperlink>
      <w:r>
        <w:t xml:space="preserve"> - Annapolis Pride's event calendar lists the Drag Bingo event on September 26, 2026, at the Unitarian Universalist Church in Annapolis. The event features Queen Jalah &amp; Friends, offering dazzling performances, exciting bingo, and community engagement. Doors open at 6:00 PM, with bingo and the show running from 7:00 to 9:30 PM. This 21+ event includes racy, mature content. Prizes are donated by local LGBTQIA+ friendly businesses, and food, drinks, and specialty cocktails are available for purchase. Attendees are encouraged to bring singles to tip the performers. Tickets are $30, which includes entrance and one bingo card; additional cards can be purchased for $10. The event supports UUCA and Annapolis Pride.</w:t>
      </w:r>
      <w:r/>
    </w:p>
    <w:p>
      <w:pPr>
        <w:pStyle w:val="ListNumber"/>
        <w:spacing w:line="240" w:lineRule="auto"/>
        <w:ind w:left="720"/>
      </w:pPr>
      <w:r/>
      <w:hyperlink r:id="rId12">
        <w:r>
          <w:rPr>
            <w:color w:val="0000EE"/>
            <w:u w:val="single"/>
          </w:rPr>
          <w:t>https://www.annapolispride.org/events/category/general-calendar/</w:t>
        </w:r>
      </w:hyperlink>
      <w:r>
        <w:t xml:space="preserve"> - Annapolis Pride's general calendar includes the Drag Bingo event on September 26, 2026, at the Unitarian Universalist Church in Annapolis. The event features Queen Jalah &amp; Friends, offering dazzling performances, exciting bingo, and community engagement. Doors open at 6:00 PM, with bingo and the show running from 7:00 to 9:30 PM. This 21+ event includes racy, mature content. Prizes are donated by local LGBTQIA+ friendly businesses, and food, drinks, and specialty cocktails are available for purchase. Attendees are encouraged to bring singles to tip the performers. Tickets are $30, which includes entrance and one bingo card; additional cards can be purchased for $10. The event supports UUCA and Annapolis Pride.</w:t>
      </w:r>
      <w:r/>
    </w:p>
    <w:p>
      <w:pPr>
        <w:pStyle w:val="ListNumber"/>
        <w:spacing w:line="240" w:lineRule="auto"/>
        <w:ind w:left="720"/>
      </w:pPr>
      <w:r/>
      <w:hyperlink r:id="rId13">
        <w:r>
          <w:rPr>
            <w:color w:val="0000EE"/>
            <w:u w:val="single"/>
          </w:rPr>
          <w:t>https://www.annapolispride.org/events/list/</w:t>
        </w:r>
      </w:hyperlink>
      <w:r>
        <w:t xml:space="preserve"> - Annapolis Pride's event list features the Drag Bingo event on September 26, 2026, at the Unitarian Universalist Church in Annapolis. The event features Queen Jalah &amp; Friends, offering dazzling performances, exciting bingo, and community engagement. Doors open at 6:00 PM, with bingo and the show running from 7:00 to 9:30 PM. This 21+ event includes racy, mature content. Prizes are donated by local LGBTQIA+ friendly businesses, and food, drinks, and specialty cocktails are available for purchase. Attendees are encouraged to bring singles to tip the performers. Tickets are $30, which includes entrance and one bingo card; additional cards can be purchased for $10. The event supports UUCA and Annapolis Pride.</w:t>
      </w:r>
      <w:r/>
    </w:p>
    <w:p>
      <w:pPr>
        <w:pStyle w:val="ListNumber"/>
        <w:spacing w:line="240" w:lineRule="auto"/>
        <w:ind w:left="720"/>
      </w:pPr>
      <w:r/>
      <w:hyperlink r:id="rId10">
        <w:r>
          <w:rPr>
            <w:color w:val="0000EE"/>
            <w:u w:val="single"/>
          </w:rPr>
          <w:t>https://www.annapolispride.org/community-events/</w:t>
        </w:r>
      </w:hyperlink>
      <w:r>
        <w:t xml:space="preserve"> - Annapolis Pride's community events page lists the Drag Bingo event on September 26, 2026, at the Unitarian Universalist Church in Annapolis. The event features Queen Jalah &amp; Friends, offering dazzling performances, exciting bingo, and community engagement. Doors open at 6:00 PM, with bingo and the show running from 7:00 to 9:30 PM. This 21+ event includes racy, mature content. Prizes are donated by local LGBTQIA+ friendly businesses, and food, drinks, and specialty cocktails are available for purchase. Attendees are encouraged to bring singles to tip the performers. Tickets are $30, which includes entrance and one bingo card; additional cards can be purchased for $10. The event supports UUCA and Annapolis Pride.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nnapolispride.org/event/drag-bingo-4/" TargetMode="External"/><Relationship Id="rId10" Type="http://schemas.openxmlformats.org/officeDocument/2006/relationships/hyperlink" Target="https://www.annapolispride.org/community-events/" TargetMode="External"/><Relationship Id="rId11" Type="http://schemas.openxmlformats.org/officeDocument/2006/relationships/hyperlink" Target="https://www.annapolispride.org/events/" TargetMode="External"/><Relationship Id="rId12" Type="http://schemas.openxmlformats.org/officeDocument/2006/relationships/hyperlink" Target="https://www.annapolispride.org/events/category/general-calendar/" TargetMode="External"/><Relationship Id="rId13" Type="http://schemas.openxmlformats.org/officeDocument/2006/relationships/hyperlink" Target="https://www.annapolispride.org/events/list/" TargetMode="External"/><Relationship Id="rId14" Type="http://schemas.openxmlformats.org/officeDocument/2006/relationships/hyperlink" Target="https://www.uuannapolis.org/dragbing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