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Thomas Hitzlsperger’s Coming Out Still Matters in Football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Thomas Hitzlsperger has revisited the fear and isolation he felt before coming out, offering a candid look at why one of football’s most significant LGBTQ+ moments took years to happen. His story matters because professional sport may have changed, but the pressure to fit in can still feel painfully real.</w:t>
      </w:r>
      <w:r/>
    </w:p>
    <w:p>
      <w:pPr>
        <w:pStyle w:val="Heading2"/>
      </w:pPr>
      <w:r>
        <w:t>The lonely reality behind the footballer’s public image</w:t>
      </w:r>
      <w:r/>
    </w:p>
    <w:p>
      <w:r/>
      <w:r>
        <w:t>Thomas Hitzlsperger knew during his playing career that something in his life didn’t fit the expectations around him. While teammates talked about women and relationships, he was privately wishing he could meet a man, with no trusted person in the dressing room to tell.</w:t>
      </w:r>
      <w:r/>
    </w:p>
    <w:p>
      <w:r/>
      <w:r>
        <w:t>That gap between public confidence and private anxiety can be difficult to spot. According to the tz, Hitzlsperger described intense stress during his time at Lazio Rome, including sudden sweating attacks. Behind the polished image of an international footballer was someone trying to keep a deeply personal part of himself hidden.</w:t>
      </w:r>
      <w:r/>
    </w:p>
    <w:p>
      <w:pPr>
        <w:pStyle w:val="Heading2"/>
      </w:pPr>
      <w:r>
        <w:t>Lazio made the pressure impossible to ignore</w:t>
      </w:r>
      <w:r/>
    </w:p>
    <w:p>
      <w:r/>
      <w:r>
        <w:t>The move away from VfB Stuttgart became a particularly difficult chapter. At Lazio, invitations involving women left Hitzlsperger worrying about how to escape conversations he couldn't honestly join. He reportedly felt trapped, unable to explain either his anxiety or his sexuality to his manager.</w:t>
      </w:r>
      <w:r/>
    </w:p>
    <w:p>
      <w:r/>
      <w:r>
        <w:t>The situation became so painful that he began thinking he needed to leave. As tagesschau has reported, his experience helped underline how little support openly gay male footballers had around them at the time. The silence wasn't simply personal; it reflected a wider culture in which masculinity and heterosexuality were often treated as automatic parts of the game.</w:t>
      </w:r>
      <w:r/>
    </w:p>
    <w:p>
      <w:pPr>
        <w:pStyle w:val="Heading2"/>
      </w:pPr>
      <w:r>
        <w:t>A serious injury created room to breathe</w:t>
      </w:r>
      <w:r/>
    </w:p>
    <w:p>
      <w:r/>
      <w:r>
        <w:t>A major injury in 2010 eventually gave Hitzlsperger an unexpected pause. During rehabilitation at Lake Tegernsee, he had time away from the weekly intensity of professional football and began to reassess his life.</w:t>
      </w:r>
      <w:r/>
    </w:p>
    <w:p>
      <w:r/>
      <w:r>
        <w:t>That quieter period proved important. Rather than being defined only by frustration, the rehabilitation became a chance to understand what he could no longer suppress. His later relationship during his time at Everton also helped him move towards a life that felt more honest, even if the public step still lay ahead.</w:t>
      </w:r>
      <w:r/>
    </w:p>
    <w:p>
      <w:pPr>
        <w:pStyle w:val="Heading2"/>
      </w:pPr>
      <w:r>
        <w:t>Why the timing of his coming out mattered</w:t>
      </w:r>
      <w:r/>
    </w:p>
    <w:p>
      <w:r/>
      <w:r>
        <w:t>Hitzlsperger came out publicly in January 2014, after ending his playing career. His decision followed years of weighing personal freedom against the fear that speaking openly could damage his reputation or performance.</w:t>
      </w:r>
      <w:r/>
    </w:p>
    <w:p>
      <w:r/>
      <w:r>
        <w:t>Contemporary coverage by Die Zeit described the announcement as a landmark moment for German football. It was significant partly because he wasn't an obscure figure: he had played for Germany, won the Bundesliga with Stuttgart and competed at the highest level. His visibility made the message harder for football to ignore.</w:t>
      </w:r>
      <w:r/>
    </w:p>
    <w:p>
      <w:r/>
      <w:r>
        <w:t>There was also a practical calculation behind the timing. Hitzlsperger didn't want to risk struggling in front of a huge audience while still expected to perform every weekend. That isn't a lack of courage; it's a reminder of how high the perceived cost of honesty could be.</w:t>
      </w:r>
      <w:r/>
    </w:p>
    <w:p>
      <w:pPr>
        <w:pStyle w:val="Heading2"/>
      </w:pPr>
      <w:r>
        <w:t>Football has moved forward, but not finished the job</w:t>
      </w:r>
      <w:r/>
    </w:p>
    <w:p>
      <w:r/>
      <w:r>
        <w:t>Hitzlsperger has suggested that football has made progress, while warning that complete acceptance can't be assumed. Outsports has continued to document the significance of his coming-out anniversary and his place among openly gay figures connected with elite football.</w:t>
      </w:r>
      <w:r/>
    </w:p>
    <w:p>
      <w:r/>
      <w:r>
        <w:t>The landscape is certainly different from 2014, but visibility doesn't remove pressure overnight. Players still navigate dressing-room banter, media scrutiny, sponsorship concerns and the fear of becoming known primarily for their sexuality. Hitzlsperger's story remains powerful because it shows that coming out isn't one dramatic instant. Often, it's a long series of private decisions before anyone else hears the truth.</w:t>
      </w:r>
      <w:r/>
    </w:p>
    <w:p>
      <w:r/>
      <w:r>
        <w:t>His experience also offers a human lesson beyond sport. For many people, the hardest part isn't knowing who they are; it's wondering whether the world around them will let them live openly without punishment.</w:t>
      </w:r>
      <w:r/>
    </w:p>
    <w:p>
      <w:r/>
      <w:r>
        <w:t>The story is a reminder that acceptance needs to be lived, not merely announced.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[4]</w:t>
        </w:r>
      </w:hyperlink>
      <w:r>
        <w:t xml:space="preserve">, </w:t>
      </w:r>
      <w:hyperlink r:id="rId12">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5">
        <w:r>
          <w:rPr>
            <w:color w:val="0000EE"/>
            <w:u w:val="single"/>
          </w:rPr>
          <w:t>[7]</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https://www.focus.de/kultur/stars/hat-mich-echt-zerrissen-so-sehr-hat-thomas-hitzlsperger-vor-seinem-coming-out-gelitten_5559ad55-cfbb-4a93-9007-d26e146cae48.html</w:t>
        </w:r>
      </w:hyperlink>
      <w:r>
        <w:t xml:space="preserve"> - Please view link - unable to able to access data</w:t>
      </w:r>
      <w:r/>
    </w:p>
    <w:p>
      <w:pPr>
        <w:pStyle w:val="ListNumber"/>
        <w:spacing w:line="240" w:lineRule="auto"/>
        <w:ind w:left="720"/>
      </w:pPr>
      <w:r/>
      <w:hyperlink r:id="rId10">
        <w:r>
          <w:rPr>
            <w:color w:val="0000EE"/>
            <w:u w:val="single"/>
          </w:rPr>
          <w:t>https://www.tagesschau.de/inland/gesellschaft/hitzlsperger-114.html</w:t>
        </w:r>
      </w:hyperlink>
      <w:r>
        <w:t xml:space="preserve"> - In an interview with Tagesschau, Thomas Hitzlsperger reflects on his 2014 coming out as gay, expressing positive feelings about the event and the support he received. He discusses the process leading up to his public disclosure and the significance of the moment in his life.</w:t>
      </w:r>
      <w:r/>
    </w:p>
    <w:p>
      <w:pPr>
        <w:pStyle w:val="ListNumber"/>
        <w:spacing w:line="240" w:lineRule="auto"/>
        <w:ind w:left="720"/>
      </w:pPr>
      <w:r/>
      <w:hyperlink r:id="rId11">
        <w:r>
          <w:rPr>
            <w:color w:val="0000EE"/>
            <w:u w:val="single"/>
          </w:rPr>
          <w:t>https://www.tz.de/stars/war-echt-die-hoelle-thomas-hitzlsperger-berichtet-von-schweissattacken-vor-coming-out-zr-94501926.html</w:t>
        </w:r>
      </w:hyperlink>
      <w:r>
        <w:t xml:space="preserve"> - An article from tz.de details Thomas Hitzlsperger's experiences before his coming out, highlighting the internal struggles he faced, including stress-induced sweating. It provides insights into the challenges he encountered during his football career prior to publicly acknowledging his sexuality.</w:t>
      </w:r>
      <w:r/>
    </w:p>
    <w:p>
      <w:pPr>
        <w:pStyle w:val="ListNumber"/>
        <w:spacing w:line="240" w:lineRule="auto"/>
        <w:ind w:left="720"/>
      </w:pPr>
      <w:r/>
      <w:hyperlink r:id="rId13">
        <w:r>
          <w:rPr>
            <w:color w:val="0000EE"/>
            <w:u w:val="single"/>
          </w:rPr>
          <w:t>https://www.zeit.de/sport/2014-01/hitzlsperger-video-botschaft</w:t>
        </w:r>
      </w:hyperlink>
      <w:r>
        <w:t xml:space="preserve"> - In a video message reported by DIE ZEIT, Thomas Hitzlsperger discusses his decision to come out as gay, expressing that it was never an issue for him during his active playing career. He aims to encourage young athletes to embrace their sexuality openly.</w:t>
      </w:r>
      <w:r/>
    </w:p>
    <w:p>
      <w:pPr>
        <w:pStyle w:val="ListNumber"/>
        <w:spacing w:line="240" w:lineRule="auto"/>
        <w:ind w:left="720"/>
      </w:pPr>
      <w:r/>
      <w:hyperlink r:id="rId14">
        <w:r>
          <w:rPr>
            <w:color w:val="0000EE"/>
            <w:u w:val="single"/>
          </w:rPr>
          <w:t>https://web.de/magazine/sport/fussball/deutscher-fussballprofi-coming-out-herr-hitzlsperger-39290782</w:t>
        </w:r>
      </w:hyperlink>
      <w:r>
        <w:t xml:space="preserve"> - An interview with Thomas Hitzlsperger on WEB.DE, where he addresses the absence of openly gay professional footballers in Germany. He reflects on his own coming out and discusses the challenges and hopes for future inclusivity in the sport.</w:t>
      </w:r>
      <w:r/>
    </w:p>
    <w:p>
      <w:pPr>
        <w:pStyle w:val="ListNumber"/>
        <w:spacing w:line="240" w:lineRule="auto"/>
        <w:ind w:left="720"/>
      </w:pPr>
      <w:r/>
      <w:hyperlink r:id="rId12">
        <w:r>
          <w:rPr>
            <w:color w:val="0000EE"/>
            <w:u w:val="single"/>
          </w:rPr>
          <w:t>https://en.wikipedia.org/wiki/Thomas_Hitzlsperger</w:t>
        </w:r>
      </w:hyperlink>
      <w:r>
        <w:t xml:space="preserve"> - The Wikipedia page on Thomas Hitzlsperger provides a comprehensive overview of his football career and personal life, including his coming out as gay in 2014. It details his experiences and the reactions from the football community.</w:t>
      </w:r>
      <w:r/>
    </w:p>
    <w:p>
      <w:pPr>
        <w:pStyle w:val="ListNumber"/>
        <w:spacing w:line="240" w:lineRule="auto"/>
        <w:ind w:left="720"/>
      </w:pPr>
      <w:r/>
      <w:hyperlink r:id="rId15">
        <w:r>
          <w:rPr>
            <w:color w:val="0000EE"/>
            <w:u w:val="single"/>
          </w:rPr>
          <w:t>https://www.outsports.com/2024/1/8/24030609/thomas-hitzlsperger-gay-footballer-premier-league-soccer-lgbtq-coming-out-anniversary/</w:t>
        </w:r>
      </w:hyperlink>
      <w:r>
        <w:t xml:space="preserve"> - An article from Outsports discussing Thomas Hitzlsperger's reflections on his decision to come out as gay a decade ago. It highlights his impact on the sport and the ongoing journey towards inclusivity in football.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cus.de/kultur/stars/hat-mich-echt-zerrissen-so-sehr-hat-thomas-hitzlsperger-vor-seinem-coming-out-gelitten_5559ad55-cfbb-4a93-9007-d26e146cae48.html" TargetMode="External"/><Relationship Id="rId10" Type="http://schemas.openxmlformats.org/officeDocument/2006/relationships/hyperlink" Target="https://www.tagesschau.de/inland/gesellschaft/hitzlsperger-114.html" TargetMode="External"/><Relationship Id="rId11" Type="http://schemas.openxmlformats.org/officeDocument/2006/relationships/hyperlink" Target="https://www.tz.de/stars/war-echt-die-hoelle-thomas-hitzlsperger-berichtet-von-schweissattacken-vor-coming-out-zr-94501926.html" TargetMode="External"/><Relationship Id="rId12" Type="http://schemas.openxmlformats.org/officeDocument/2006/relationships/hyperlink" Target="https://en.wikipedia.org/wiki/Thomas_Hitzlsperger" TargetMode="External"/><Relationship Id="rId13" Type="http://schemas.openxmlformats.org/officeDocument/2006/relationships/hyperlink" Target="https://www.zeit.de/sport/2014-01/hitzlsperger-video-botschaft" TargetMode="External"/><Relationship Id="rId14" Type="http://schemas.openxmlformats.org/officeDocument/2006/relationships/hyperlink" Target="https://web.de/magazine/sport/fussball/deutscher-fussballprofi-coming-out-herr-hitzlsperger-39290782" TargetMode="External"/><Relationship Id="rId15" Type="http://schemas.openxmlformats.org/officeDocument/2006/relationships/hyperlink" Target="https://www.outsports.com/2024/1/8/24030609/thomas-hitzlsperger-gay-footballer-premier-league-soccer-lgbtq-coming-out-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