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Heated Rivalry’s Hockey Story Still Feels Uncomfortably Real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that Heated Rivalry’s secret romance hits differently for Brock McGillis, one of the first professional men’s hockey players to come out publicly. His panic attack while watching the opening episode exposes why queer representation on screen matters, while also highlighting the stubborn silence around active NHL players.</w:t>
      </w:r>
      <w:r/>
    </w:p>
    <w:p>
      <w:pPr>
        <w:pStyle w:val="Heading2"/>
      </w:pPr>
      <w:r>
        <w:t>Essential Takeaways</w:t>
      </w:r>
      <w:r/>
      <w:r/>
    </w:p>
    <w:p>
      <w:pPr>
        <w:pStyle w:val="ListBullet"/>
        <w:spacing w:line="240" w:lineRule="auto"/>
        <w:ind w:left="720"/>
      </w:pPr>
      <w:r/>
      <w:r>
        <w:rPr>
          <w:b/>
        </w:rPr>
        <w:t>A powerful trigger:</w:t>
      </w:r>
      <w:r>
        <w:t xml:space="preserve"> McGillis said the first episode prompted a panic attack because it echoed his own hidden relationship.</w:t>
      </w:r>
      <w:r/>
    </w:p>
    <w:p>
      <w:pPr>
        <w:pStyle w:val="ListBullet"/>
        <w:spacing w:line="240" w:lineRule="auto"/>
        <w:ind w:left="720"/>
      </w:pPr>
      <w:r/>
      <w:r>
        <w:rPr>
          <w:b/>
        </w:rPr>
        <w:t>A long-standing silence:</w:t>
      </w:r>
      <w:r>
        <w:t xml:space="preserve"> No active NHL player has publicly come out as gay.</w:t>
      </w:r>
      <w:r/>
    </w:p>
    <w:p>
      <w:pPr>
        <w:pStyle w:val="ListBullet"/>
        <w:spacing w:line="240" w:lineRule="auto"/>
        <w:ind w:left="720"/>
      </w:pPr>
      <w:r/>
      <w:r>
        <w:rPr>
          <w:b/>
        </w:rPr>
        <w:t>Representation has limits:</w:t>
      </w:r>
      <w:r>
        <w:t xml:space="preserve"> A successful television drama can open conversations, but it can't replace change inside professional sport.</w:t>
      </w:r>
      <w:r/>
    </w:p>
    <w:p>
      <w:pPr>
        <w:pStyle w:val="ListBullet"/>
        <w:spacing w:line="240" w:lineRule="auto"/>
        <w:ind w:left="720"/>
      </w:pPr>
      <w:r/>
      <w:r>
        <w:rPr>
          <w:b/>
        </w:rPr>
        <w:t>The locker-room problem:</w:t>
      </w:r>
      <w:r>
        <w:t xml:space="preserve"> Homophobic language and macho expectations can make coming out feel dangerously risky.</w:t>
      </w:r>
      <w:r/>
    </w:p>
    <w:p>
      <w:pPr>
        <w:pStyle w:val="ListBullet"/>
        <w:spacing w:line="240" w:lineRule="auto"/>
        <w:ind w:left="720"/>
      </w:pPr>
      <w:r/>
      <w:r>
        <w:rPr>
          <w:b/>
        </w:rPr>
        <w:t>Support is available:</w:t>
      </w:r>
      <w:r>
        <w:t xml:space="preserve"> QLife offers free LGBTQIA+ peer support on 1800 184 527, from 3pm to 9pm daily.</w:t>
      </w:r>
      <w:r/>
      <w:r/>
    </w:p>
    <w:p>
      <w:pPr>
        <w:pStyle w:val="Heading2"/>
      </w:pPr>
      <w:r>
        <w:t>Heated Rivalry brought an old fear back</w:t>
      </w:r>
      <w:r/>
    </w:p>
    <w:p>
      <w:r/>
      <w:r>
        <w:t>For many viewers, Heated Rivalry is a gripping sports romance. For Brock McGillis, it was much closer to home. The former goaltender told PinkNews that watching the first episode caused a panic attack, because its hidden relationship recalled the three-year romance he kept secret during his playing life.</w:t>
      </w:r>
      <w:r/>
    </w:p>
    <w:p>
      <w:r/>
      <w:r>
        <w:t>That reaction gives the series a sharper edge than its dramatic rivalries and polished television sheen. The fear isn't abstract. It comes from remembering what it felt like to share an intimate life with someone while making sure nobody in the dressing room, or beyond it, found out.</w:t>
      </w:r>
      <w:r/>
    </w:p>
    <w:p>
      <w:r/>
      <w:r>
        <w:t>McGillis later finished the series and said he liked it, but his response remains uneasy. According to DNA Magazine, he warned that the show's language and behaviour could even make coming out feel more daunting for a current player.</w:t>
      </w:r>
      <w:r/>
    </w:p>
    <w:p>
      <w:pPr>
        <w:pStyle w:val="Heading2"/>
      </w:pPr>
      <w:r>
        <w:t>The NHL still has a representation gap</w:t>
      </w:r>
      <w:r/>
    </w:p>
    <w:p>
      <w:r/>
      <w:r>
        <w:t>The striking fact at the centre of the conversation is simple: no active NHL player has publicly come out as gay. That silence has lasted throughout the league's history, even as other parts of hockey have become more visibly inclusive.</w:t>
      </w:r>
      <w:r/>
    </w:p>
    <w:p>
      <w:r/>
      <w:r>
        <w:t>Daniel Gawthrop's book, Cutting Edge: Hockey As Queer Culture, explores that contradiction. As discussed in The British Columbia Review, the sport has room for queer history and gender-diverse participation, yet men's elite professional hockey continues to lag behind the culture around it.</w:t>
      </w:r>
      <w:r/>
    </w:p>
    <w:p>
      <w:r/>
      <w:r>
        <w:t>That makes Heated Rivalry feel both timely and slightly surreal. Audiences can watch fictional players navigate secrecy, desire and fear, while the real league remains without an openly gay active player. Television has supplied the storyline; professional sport has yet to supply the equivalent reality.</w:t>
      </w:r>
      <w:r/>
    </w:p>
    <w:p>
      <w:pPr>
        <w:pStyle w:val="Heading2"/>
      </w:pPr>
      <w:r>
        <w:t>Why a panic attack matters here</w:t>
      </w:r>
      <w:r/>
    </w:p>
    <w:p>
      <w:r/>
      <w:r>
        <w:t>It would be easy to treat McGillis's reaction as a publicity-friendly detail, but that would miss the point. A panic attack can be a physical reminder that old fear hasn't vanished simply because someone eventually found the courage to speak publicly.</w:t>
      </w:r>
      <w:r/>
    </w:p>
    <w:p>
      <w:r/>
      <w:r>
        <w:t>His experience also underlines the difference between being out after retirement and being out while competing. A retired player may no longer face selection decisions, contract negotiations or daily scrutiny from teammates. An active player has to weigh those risks while still depending on the institution around them.</w:t>
      </w:r>
      <w:r/>
    </w:p>
    <w:p>
      <w:r/>
      <w:r>
        <w:t>McGillis's own work has focused on LGBTQIA+ inclusion in sport, and his public advocacy gives context to the emotional response. His message isn't that queer hockey stories shouldn't be told. It's that the culture surrounding them must become safer, too, as information shared through his official website reinforces.</w:t>
      </w:r>
      <w:r/>
    </w:p>
    <w:p>
      <w:pPr>
        <w:pStyle w:val="Heading2"/>
      </w:pPr>
      <w:r>
        <w:t>Screen romance can start the conversation</w:t>
      </w:r>
      <w:r/>
    </w:p>
    <w:p>
      <w:r/>
      <w:r>
        <w:t>The popularity of Heated Rivalry shows there's an audience for queer sports stories that are emotional, sexy and genuinely invested in character. That matters. Viewers aren't being offered a token subplot; they're watching two athletes wrestle with ambition, identity and the costs of being known.</w:t>
      </w:r>
      <w:r/>
    </w:p>
    <w:p>
      <w:r/>
      <w:r>
        <w:t>CinemaBlend reported on McGillis's reaction to the series and the wider significance of its premise. The attention suggests that representation can reach people who might never pick up a book about queer history in hockey, bringing the issue into ordinary living rooms instead.</w:t>
      </w:r>
      <w:r/>
    </w:p>
    <w:p>
      <w:r/>
      <w:r>
        <w:t>Still, a drama can only take the conversation so far. A fictional locker room can be rewritten between scenes. A real one needs leadership, accountability and credible protection for players who choose to come out. That part is much less tidy, but it's where meaningful progress would have to happen.</w:t>
      </w:r>
      <w:r/>
    </w:p>
    <w:p>
      <w:pPr>
        <w:pStyle w:val="Heading2"/>
      </w:pPr>
      <w:r>
        <w:t>What would make hockey safer?</w:t>
      </w:r>
      <w:r/>
    </w:p>
    <w:p>
      <w:r/>
      <w:r>
        <w:t>Changing the atmosphere won't depend on one brave player alone. It would require clubs and leagues to challenge homophobic language consistently, support players privately before any public announcement, and make it clear that inclusion isn't merely a campaign slogan.</w:t>
      </w:r>
      <w:r/>
    </w:p>
    <w:p>
      <w:r/>
      <w:r>
        <w:t>Harrison Browne's place in hockey's history also shows that the sport's relationship with identity is broader than the NHL's record suggests. Coverage and discussion of queer hockey culture, including Gawthrop's work, help recover stories that have too often been overlooked.</w:t>
      </w:r>
      <w:r/>
    </w:p>
    <w:p>
      <w:r/>
      <w:r>
        <w:t>For anyone who recognises the fear in McGillis's account, support matters more than a neat headline. QLife provides free LGBTQIA+ peer support by phone on 1800 184 527, daily from 3pm to 9pm. Sometimes the first step isn't making a grand announcement; it's finding one person who understands.</w:t>
      </w:r>
      <w:r/>
    </w:p>
    <w:p>
      <w:r/>
      <w:r>
        <w:t>A popular series can make hidden lives visible, but real change begins when players no longer have to hide.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12">
        <w:r>
          <w:rPr>
            <w:color w:val="0000EE"/>
            <w:u w:val="single"/>
          </w:rPr>
          <w:t>[4]</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4">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0">
        <w:r>
          <w:rPr>
            <w:color w:val="0000EE"/>
            <w:u w:val="single"/>
          </w:rPr>
          <w:t>[5]</w:t>
        </w:r>
      </w:hyperlink>
      <w:r>
        <w:t xml:space="preserve">- Paragraph 13: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https://www.dnamagazine.com.au/heated-rivalry-brock-mcgillis-panic-attack/</w:t>
        </w:r>
      </w:hyperlink>
      <w:r>
        <w:t xml:space="preserve"> - Please view link - unable to able to access data</w:t>
      </w:r>
      <w:r/>
    </w:p>
    <w:p>
      <w:pPr>
        <w:pStyle w:val="ListNumber"/>
        <w:spacing w:line="240" w:lineRule="auto"/>
        <w:ind w:left="720"/>
      </w:pPr>
      <w:r/>
      <w:hyperlink r:id="rId9">
        <w:r>
          <w:rPr>
            <w:color w:val="0000EE"/>
            <w:u w:val="single"/>
          </w:rPr>
          <w:t>https://www.dnamagazine.com.au/heated-rivalry-brock-mcgillis-panic-attack/</w:t>
        </w:r>
      </w:hyperlink>
      <w:r>
        <w:t xml:space="preserve"> - Brock McGillis, one of the first openly gay professional men's hockey players, experienced a panic attack while watching the first episode of 'Heated Rivalry'. The series portrays two rival players concealing a relationship, mirroring McGillis's own past. Despite appreciating the show's representation, McGillis doubts it will encourage active NHL players to come out, citing entrenched locker room cultures. The article also highlights Daniel Gawthrop's forthcoming book, 'Cutting Edge: Hockey As Queer Culture', which examines the absence of openly gay active NHL players and the sport's historical resistance to queerness.</w:t>
      </w:r>
      <w:r/>
    </w:p>
    <w:p>
      <w:pPr>
        <w:pStyle w:val="ListNumber"/>
        <w:spacing w:line="240" w:lineRule="auto"/>
        <w:ind w:left="720"/>
      </w:pPr>
      <w:r/>
      <w:hyperlink r:id="rId11">
        <w:r>
          <w:rPr>
            <w:color w:val="0000EE"/>
            <w:u w:val="single"/>
          </w:rPr>
          <w:t>https://www.brockmcgillis.com/</w:t>
        </w:r>
      </w:hyperlink>
      <w:r>
        <w:t xml:space="preserve"> - Brock McGillis is a former professional hockey player and public speaker, recognised as the first openly gay men's professional hockey player. After retiring, he transitioned to public speaking, focusing on mental health awareness, breaking down barriers, and promoting inclusion in sports and other areas of life. His work has earned him honours, including being named one of the Hockey News' 100 Most Influential People in Hockey in 2022, 2023, and 2024, and receiving the Herbert Carnegie Trailblazer Award in 2023.</w:t>
      </w:r>
      <w:r/>
    </w:p>
    <w:p>
      <w:pPr>
        <w:pStyle w:val="ListNumber"/>
        <w:spacing w:line="240" w:lineRule="auto"/>
        <w:ind w:left="720"/>
      </w:pPr>
      <w:r/>
      <w:hyperlink r:id="rId12">
        <w:r>
          <w:rPr>
            <w:color w:val="0000EE"/>
            <w:u w:val="single"/>
          </w:rPr>
          <w:t>https://www.thebcreview.ca/2026/09/10/3037-chong-gawthrop/</w:t>
        </w:r>
      </w:hyperlink>
      <w:r>
        <w:t xml:space="preserve"> - Zoe Chong reviews 'Cutting Edge: Hockey as Queer Culture' by Daniel Gawthrop, highlighting the book's insightful and witty examination of Canada's queer hockey culture from the 1970s to the present. Gawthrop draws on personal experiences to critique the misogynistic underbelly of the sport, blending history, research, and memoir to analyse the changing political and social landscape of hockey, and emphasising the importance of queer representation in keeping the sport appealing to all audiences.</w:t>
      </w:r>
      <w:r/>
    </w:p>
    <w:p>
      <w:pPr>
        <w:pStyle w:val="ListNumber"/>
        <w:spacing w:line="240" w:lineRule="auto"/>
        <w:ind w:left="720"/>
      </w:pPr>
      <w:r/>
      <w:hyperlink r:id="rId10">
        <w:r>
          <w:rPr>
            <w:color w:val="0000EE"/>
            <w:u w:val="single"/>
          </w:rPr>
          <w:t>https://www.cinemablend.com/television/first-openly-gay-hockey-player-hot-take-heated-rivalry-brock-mcgillis</w:t>
        </w:r>
      </w:hyperlink>
      <w:r>
        <w:t xml:space="preserve"> - In an interview with Pink News, Brock McGillis, the first openly gay professional hockey player, shared his candid thoughts on the HBO series 'Heated Rivalry'. While he appreciates the visibility and personally relates to the characters' secret relationship, McGillis remains sceptical about the show's potential to inspire real-life change in the hockey world. He argues that despite the show's popularity, it is unlikely to positively influence the 'hockey bro' community, which remains resistant and even homophobic.</w:t>
      </w:r>
      <w:r/>
    </w:p>
    <w:p>
      <w:pPr>
        <w:pStyle w:val="ListNumber"/>
        <w:spacing w:line="240" w:lineRule="auto"/>
        <w:ind w:left="720"/>
      </w:pPr>
      <w:r/>
      <w:hyperlink r:id="rId13">
        <w:r>
          <w:rPr>
            <w:color w:val="0000EE"/>
            <w:u w:val="single"/>
          </w:rPr>
          <w:t>https://www.youtube.com/watch?v=vgP703gdCgw</w:t>
        </w:r>
      </w:hyperlink>
      <w:r>
        <w:t xml:space="preserve"> - In this interview, Brock McGillis, the first openly gay professional hockey player, discusses his experiences navigating professional hockey while concealing his sexuality. He shares insights into the three-year relationship he kept private before coming out and the moment he decided to stop living for people who would never understand him. Now a leading voice in LGBTQ+ advocacy and mental health, McGillis talks about his advocacy work that has saved thousands of lives and how to live life with purpose, focusing on societal impact rather than approval.</w:t>
      </w:r>
      <w:r/>
    </w:p>
    <w:p>
      <w:pPr>
        <w:pStyle w:val="ListNumber"/>
        <w:spacing w:line="240" w:lineRule="auto"/>
        <w:ind w:left="720"/>
      </w:pPr>
      <w:r/>
      <w:hyperlink r:id="rId14">
        <w:r>
          <w:rPr>
            <w:color w:val="0000EE"/>
            <w:u w:val="single"/>
          </w:rPr>
          <w:t>https://www.youtube.com/watch?v=h3RSuuVUBPw</w:t>
        </w:r>
      </w:hyperlink>
      <w:r>
        <w:t xml:space="preserve"> - Brock McGillis, the first openly gay professional hockey player, discusses his experiences in the sport and his advocacy work. He talks about the challenges of living a dual life, his coming out journey, and the importance of addressing homophobia, racism, and inclusion in sports. McGillis shares insights from his Shiftmakers Tour, which aims to create inclusive cultures in sports teams, and reflects on his personal experiences and the lessons learned from engaging with youth on these critical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heated-rivalry-brock-mcgillis-panic-attack/" TargetMode="External"/><Relationship Id="rId10" Type="http://schemas.openxmlformats.org/officeDocument/2006/relationships/hyperlink" Target="https://www.cinemablend.com/television/first-openly-gay-hockey-player-hot-take-heated-rivalry-brock-mcgillis" TargetMode="External"/><Relationship Id="rId11" Type="http://schemas.openxmlformats.org/officeDocument/2006/relationships/hyperlink" Target="https://www.brockmcgillis.com/" TargetMode="External"/><Relationship Id="rId12" Type="http://schemas.openxmlformats.org/officeDocument/2006/relationships/hyperlink" Target="https://www.thebcreview.ca/2026/09/10/3037-chong-gawthrop/" TargetMode="External"/><Relationship Id="rId13" Type="http://schemas.openxmlformats.org/officeDocument/2006/relationships/hyperlink" Target="https://www.youtube.com/watch?v=vgP703gdCgw" TargetMode="External"/><Relationship Id="rId14" Type="http://schemas.openxmlformats.org/officeDocument/2006/relationships/hyperlink" Target="https://www.youtube.com/watch?v=h3RSuuVUBP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