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Charlie Hunnam Still Champions Queer As Folk’s Lasting Impact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Fans still recognise Charlie Hunnam as Nathan Maloney, decades after Queer As Folk first shook up British television. His warm reflections on the Channel 4 drama show why the series remains important, from its fearless intimacy to its honest portrayal of queer life in late-1990s Manchester.</w:t>
      </w:r>
      <w:r/>
    </w:p>
    <w:p>
      <w:pPr>
        <w:pStyle w:val="Heading2"/>
      </w:pPr>
      <w:r>
        <w:t>Essential Takeaways</w:t>
      </w:r>
      <w:r/>
      <w:r/>
    </w:p>
    <w:p>
      <w:pPr>
        <w:pStyle w:val="ListBullet"/>
        <w:spacing w:line="240" w:lineRule="auto"/>
        <w:ind w:left="720"/>
      </w:pPr>
      <w:r/>
      <w:r>
        <w:rPr>
          <w:b/>
        </w:rPr>
        <w:t>A career-defining role:</w:t>
      </w:r>
      <w:r>
        <w:t xml:space="preserve"> Hunnam was 18 when he played 15-year-old Nathan Maloney.</w:t>
      </w:r>
      <w:r/>
    </w:p>
    <w:p>
      <w:pPr>
        <w:pStyle w:val="ListBullet"/>
        <w:spacing w:line="240" w:lineRule="auto"/>
        <w:ind w:left="720"/>
      </w:pPr>
      <w:r/>
      <w:r>
        <w:rPr>
          <w:b/>
        </w:rPr>
        <w:t>A landmark drama:</w:t>
      </w:r>
      <w:r>
        <w:t xml:space="preserve"> Queer As Folk brought queer stories and sexual frankness into mainstream British television.</w:t>
      </w:r>
      <w:r/>
    </w:p>
    <w:p>
      <w:pPr>
        <w:pStyle w:val="ListBullet"/>
        <w:spacing w:line="240" w:lineRule="auto"/>
        <w:ind w:left="720"/>
      </w:pPr>
      <w:r/>
      <w:r>
        <w:rPr>
          <w:b/>
        </w:rPr>
        <w:t>No distance from the past:</w:t>
      </w:r>
      <w:r>
        <w:t xml:space="preserve"> Hunnam continues to describe the experience as positive and creatively important.</w:t>
      </w:r>
      <w:r/>
    </w:p>
    <w:p>
      <w:pPr>
        <w:pStyle w:val="ListBullet"/>
        <w:spacing w:line="240" w:lineRule="auto"/>
        <w:ind w:left="720"/>
      </w:pPr>
      <w:r/>
      <w:r>
        <w:rPr>
          <w:b/>
        </w:rPr>
        <w:t>A personal cost:</w:t>
      </w:r>
      <w:r>
        <w:t xml:space="preserve"> The role prompted difficult questions about his sexuality within his family.</w:t>
      </w:r>
      <w:r/>
    </w:p>
    <w:p>
      <w:pPr>
        <w:pStyle w:val="ListBullet"/>
        <w:spacing w:line="240" w:lineRule="auto"/>
        <w:ind w:left="720"/>
      </w:pPr>
      <w:r/>
      <w:r>
        <w:rPr>
          <w:b/>
        </w:rPr>
        <w:t>A new queer connection:</w:t>
      </w:r>
      <w:r>
        <w:t xml:space="preserve"> His later work includes Monster: The Lizzie Borden Story, centred partly on Lizzie Borden's relationship with Bridget Sullivan.</w:t>
      </w:r>
      <w:r/>
      <w:r/>
    </w:p>
    <w:p>
      <w:pPr>
        <w:pStyle w:val="Heading2"/>
      </w:pPr>
      <w:r>
        <w:t>Charlie Hunnam still answers to Nathan</w:t>
      </w:r>
      <w:r/>
    </w:p>
    <w:p>
      <w:r/>
      <w:r>
        <w:t>Some actors spend years trying to outrun their earliest roles. Charlie Hunnam has taken a different route. When British fans recognise him as Nathan Maloney, the teenager at the centre of Queer As Folk, he doesn't seem embarrassed by the association. If anything, he appears quietly proud.</w:t>
      </w:r>
      <w:r/>
    </w:p>
    <w:p>
      <w:r/>
      <w:r>
        <w:t xml:space="preserve">That affection matters because Nathan wasn't a cautious first step into television. He was a teenager discovering Manchester's Canal Street, sexuality and adult nightlife in a drama that arrived with startling confidence. As Gay Times reported, Hunnam still regards the production as a formative and deeply positive experience. </w:t>
      </w:r>
      <w:hyperlink r:id="rId9">
        <w:r>
          <w:rPr>
            <w:color w:val="0000EE"/>
            <w:u w:val="single"/>
          </w:rPr>
          <w:t>[4]</w:t>
        </w:r>
      </w:hyperlink>
      <w:r/>
    </w:p>
    <w:p>
      <w:r/>
      <w:r>
        <w:t>The series premiered on Channel 4 in 1999, when queer representation on mainstream television was far less common and far more likely to be softened for broad audiences. Queer As Folk did the opposite. It was loud, sexual, funny and unapologetically alive.</w:t>
      </w:r>
      <w:r/>
    </w:p>
    <w:p>
      <w:pPr>
        <w:pStyle w:val="Heading2"/>
      </w:pPr>
      <w:r>
        <w:t>The scene that changed the conversation</w:t>
      </w:r>
      <w:r/>
    </w:p>
    <w:p>
      <w:r/>
      <w:r>
        <w:t>The show's opening episode made an immediate impression, particularly through Nathan's encounter with Stuart, played by Aidan Gillen. It was intimate, explicit and designed to challenge viewers who might never have seen queer desire presented so directly in a popular British drama.</w:t>
      </w:r>
      <w:r/>
    </w:p>
    <w:p>
      <w:r/>
      <w:r>
        <w:t xml:space="preserve">Looking back, the production also belongs to a very different era of television. There were no intimacy coordinators on set, and conversations about consent, choreography and performer welfare were less formalised. Later reflections from the cast and creator have made clear that the scene was carefully rehearsed and filmed with a closed set, even if the language around that process has since evolved. </w:t>
      </w:r>
      <w:hyperlink r:id="rId10">
        <w:r>
          <w:rPr>
            <w:color w:val="0000EE"/>
            <w:u w:val="single"/>
          </w:rPr>
          <w:t>[6]</w:t>
        </w:r>
      </w:hyperlink>
      <w:r/>
    </w:p>
    <w:p>
      <w:r/>
      <w:r>
        <w:t>That contrast is revealing. The scene still feels daring, but today's viewers also notice what the industry has learned since. Television can preserve the boldness while becoming more thoughtful about how vulnerable material is made.</w:t>
      </w:r>
      <w:r/>
    </w:p>
    <w:p>
      <w:pPr>
        <w:pStyle w:val="Heading2"/>
      </w:pPr>
      <w:r>
        <w:t>Why Queer As Folk still feels bigger than nostalgia</w:t>
      </w:r>
      <w:r/>
    </w:p>
    <w:p>
      <w:r/>
      <w:r>
        <w:t>It would be easy to treat Queer As Folk as a colourful time capsule, complete with club nights, sharp dialogue and a soundtrack that practically demands movement. But its influence goes beyond nostalgia. The series helped place queer characters at the centre of a mainstream story without requiring them to apologise for sex, pleasure or messiness.</w:t>
      </w:r>
      <w:r/>
    </w:p>
    <w:p>
      <w:r/>
      <w:r>
        <w:t xml:space="preserve">Time's account of the show's place in television history underlines how significant that shift was. Queer As Folk arrived during a period when gay representation was expanding, but it pushed much further than the respectable, carefully contained portrayals that had often come before. </w:t>
      </w:r>
      <w:hyperlink r:id="rId11">
        <w:r>
          <w:rPr>
            <w:color w:val="0000EE"/>
            <w:u w:val="single"/>
          </w:rPr>
          <w:t>[7]</w:t>
        </w:r>
      </w:hyperlink>
      <w:r/>
    </w:p>
    <w:p>
      <w:r/>
      <w:r>
        <w:t xml:space="preserve">The timing also explains why the drama provoked such a strong reaction. Its frankness wasn't simply decoration. Sex was part of the show's argument: queer lives were not a special category to be discussed from a distance, but ordinary lives full of risk, humour, desire and contradiction. Out's retrospective on the cast makes much the same point about the role intimacy played in the series' wider cultural impact. </w:t>
      </w:r>
      <w:hyperlink r:id="rId12">
        <w:r>
          <w:rPr>
            <w:color w:val="0000EE"/>
            <w:u w:val="single"/>
          </w:rPr>
          <w:t>[5]</w:t>
        </w:r>
      </w:hyperlink>
      <w:r/>
    </w:p>
    <w:p>
      <w:pPr>
        <w:pStyle w:val="Heading2"/>
      </w:pPr>
      <w:r>
        <w:t>Hunnam's role came with personal questions</w:t>
      </w:r>
      <w:r/>
    </w:p>
    <w:p>
      <w:r/>
      <w:r>
        <w:t>The public conversation around Nathan was only one part of the story. Hunnam has spoken about the questions the role raised at home, including his father's assumption that playing a gay teenager might reflect his private life. Those conversations were uncomfortable, particularly at a time when attitudes were less open and a young actor's career could still be viewed with suspicion.</w:t>
      </w:r>
      <w:r/>
    </w:p>
    <w:p>
      <w:r/>
      <w:r>
        <w:t xml:space="preserve">That experience sits alongside another family tension: Hunnam has described disappointing his father by choosing acting over the family scrap-metal business. It gives his memories of the show an extra layer. Queer As Folk wasn't only a professional opportunity; it arrived during a period when he was already choosing an uncertain life for himself. Out has revisited his comments about those early questions and the pressure surrounding them. </w:t>
      </w:r>
      <w:hyperlink r:id="rId13">
        <w:r>
          <w:rPr>
            <w:color w:val="0000EE"/>
            <w:u w:val="single"/>
          </w:rPr>
          <w:t>[3]</w:t>
        </w:r>
      </w:hyperlink>
      <w:r/>
    </w:p>
    <w:p>
      <w:r/>
      <w:r>
        <w:t>Yet he hasn't turned that history into a grievance against the production. His tone remains more appreciative than defensive, which is unusual in an industry where performers sometimes retreat from youthful work once they become better known.</w:t>
      </w:r>
      <w:r/>
    </w:p>
    <w:p>
      <w:pPr>
        <w:pStyle w:val="Heading2"/>
      </w:pPr>
      <w:r>
        <w:t>From Manchester to Lizzie Borden</w:t>
      </w:r>
      <w:r/>
    </w:p>
    <w:p>
      <w:r/>
      <w:r>
        <w:t xml:space="preserve">Hunnam's later career has moved through blockbusters, historical dramas and darker character work, but queer storytelling has remained part of his screen landscape. In Netflix's Monster: The Lizzie Borden Story, he plays Andrew Borden, within a season that explores the relationship between Lizzie and the housemaid Bridget Sullivan. Out has highlighted that queer thread as a key element of the series. </w:t>
      </w:r>
      <w:hyperlink r:id="rId14">
        <w:r>
          <w:rPr>
            <w:color w:val="0000EE"/>
            <w:u w:val="single"/>
          </w:rPr>
          <w:t>[2]</w:t>
        </w:r>
      </w:hyperlink>
      <w:r/>
    </w:p>
    <w:p>
      <w:r/>
      <w:r>
        <w:t>It isn't a direct continuation of Nathan Maloney, of course. Still, there's a neat connection between the projects. In both, Hunnam is part of a story that asks audiences to look at sexuality, secrecy and social pressure rather than treating them as background detail.</w:t>
      </w:r>
      <w:r/>
    </w:p>
    <w:p>
      <w:r/>
      <w:r>
        <w:t>Nearly three decades on, the most striking thing is perhaps how little he has tried to rewrite the past. He has become a major film and television star, but Queer As Folk remains a role he discusses with real warmth. That kind of openness helps explain why Nathan still follows him, and why many viewers are happy to see him there.</w:t>
      </w:r>
      <w:r/>
    </w:p>
    <w:p>
      <w:r/>
      <w:r>
        <w:t>Queer As Folk remains a reminder that bold television can outlive its moment.</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9">
        <w:r>
          <w:rPr>
            <w:color w:val="0000EE"/>
            <w:u w:val="single"/>
          </w:rPr>
          <w:t>[4]</w:t>
        </w:r>
      </w:hyperlink>
      <w:r>
        <w:t xml:space="preserve">, </w:t>
      </w:r>
      <w:hyperlink r:id="rId11">
        <w:r>
          <w:rPr>
            <w:color w:val="0000EE"/>
            <w:u w:val="single"/>
          </w:rPr>
          <w:t>[7]</w:t>
        </w:r>
      </w:hyperlink>
      <w:r>
        <w:t xml:space="preserve">- Paragraph 3: </w:t>
      </w:r>
      <w:hyperlink r:id="rId11">
        <w:r>
          <w:rPr>
            <w:color w:val="0000EE"/>
            <w:u w:val="single"/>
          </w:rPr>
          <w:t>[7]</w:t>
        </w:r>
      </w:hyperlink>
      <w:r>
        <w:t xml:space="preserve">- Paragraph 4: </w:t>
      </w:r>
      <w:hyperlink r:id="rId10">
        <w:r>
          <w:rPr>
            <w:color w:val="0000EE"/>
            <w:u w:val="single"/>
          </w:rPr>
          <w:t>[6]</w:t>
        </w:r>
      </w:hyperlink>
      <w:r>
        <w:t xml:space="preserve">- Paragraph 5: </w:t>
      </w:r>
      <w:hyperlink r:id="rId11">
        <w:r>
          <w:rPr>
            <w:color w:val="0000EE"/>
            <w:u w:val="single"/>
          </w:rPr>
          <w:t>[7]</w:t>
        </w:r>
      </w:hyperlink>
      <w:r>
        <w:t xml:space="preserve">- Paragraph 6: </w:t>
      </w:r>
      <w:hyperlink r:id="rId12">
        <w:r>
          <w:rPr>
            <w:color w:val="0000EE"/>
            <w:u w:val="single"/>
          </w:rPr>
          <w:t>[5]</w:t>
        </w:r>
      </w:hyperlink>
      <w:r>
        <w:t xml:space="preserve">, </w:t>
      </w:r>
      <w:hyperlink r:id="rId11">
        <w:r>
          <w:rPr>
            <w:color w:val="0000EE"/>
            <w:u w:val="single"/>
          </w:rPr>
          <w:t>[7]</w:t>
        </w:r>
      </w:hyperlink>
      <w:r>
        <w:t xml:space="preserve">- Paragraph 7: </w:t>
      </w:r>
      <w:hyperlink r:id="rId13">
        <w:r>
          <w:rPr>
            <w:color w:val="0000EE"/>
            <w:u w:val="single"/>
          </w:rPr>
          <w:t>[3]</w:t>
        </w:r>
      </w:hyperlink>
      <w:r>
        <w:t xml:space="preserve">- Paragraph 8: </w:t>
      </w:r>
      <w:hyperlink r:id="rId13">
        <w:r>
          <w:rPr>
            <w:color w:val="0000EE"/>
            <w:u w:val="single"/>
          </w:rPr>
          <w:t>[3]</w:t>
        </w:r>
      </w:hyperlink>
      <w:r>
        <w:t xml:space="preserve">- Paragraph 9: </w:t>
      </w:r>
      <w:hyperlink r:id="rId14">
        <w:r>
          <w:rPr>
            <w:color w:val="0000EE"/>
            <w:u w:val="single"/>
          </w:rPr>
          <w:t>[2]</w:t>
        </w:r>
      </w:hyperlink>
      <w:r>
        <w:t xml:space="preserve">- Paragraph 10: </w:t>
      </w:r>
      <w:hyperlink r:id="rId14">
        <w:r>
          <w:rPr>
            <w:color w:val="0000EE"/>
            <w:u w:val="single"/>
          </w:rPr>
          <w:t>[2]</w:t>
        </w:r>
      </w:hyperlink>
      <w:r>
        <w:t xml:space="preserve">, </w:t>
      </w:r>
      <w:hyperlink r:id="rId9">
        <w:r>
          <w:rPr>
            <w:color w:val="0000EE"/>
            <w:u w:val="single"/>
          </w:rPr>
          <w:t>[4]</w:t>
        </w:r>
      </w:hyperlink>
      <w:r>
        <w:t xml:space="preserve">- Paragraph 11: </w:t>
      </w:r>
      <w:hyperlink r:id="rId9">
        <w:r>
          <w:rPr>
            <w:color w:val="0000EE"/>
            <w:u w:val="single"/>
          </w:rPr>
          <w:t>[4]</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https://www.dnamagazine.com.au/charlie-hunnam-queer-as-folk-nathan-maloney/</w:t>
        </w:r>
      </w:hyperlink>
      <w:r>
        <w:t xml:space="preserve"> - Please view link - unable to able to access data</w:t>
      </w:r>
      <w:r/>
    </w:p>
    <w:p>
      <w:pPr>
        <w:pStyle w:val="ListNumber"/>
        <w:spacing w:line="240" w:lineRule="auto"/>
        <w:ind w:left="720"/>
      </w:pPr>
      <w:r/>
      <w:hyperlink r:id="rId14">
        <w:r>
          <w:rPr>
            <w:color w:val="0000EE"/>
            <w:u w:val="single"/>
          </w:rPr>
          <w:t>https://www.out.com/celebs/monster-netflix-lizzie-borden</w:t>
        </w:r>
      </w:hyperlink>
      <w:r>
        <w:t xml:space="preserve"> - In a recent interview with Out magazine, Charlie Hunnam reflected on his role in 'Queer as Folk,' describing it as a 'beautiful experience' that significantly contributed to his career. He noted that the show sparked important conversations about LGBTQ+ issues during a time when equality was lacking. Hunnam also discussed his upcoming role in 'Monster: The Lizzie Borden Story,' where he portrays Lizzie's father, Andrew Borden, in a narrative exploring complex family dynamics and queer relationships.</w:t>
      </w:r>
      <w:r/>
    </w:p>
    <w:p>
      <w:pPr>
        <w:pStyle w:val="ListNumber"/>
        <w:spacing w:line="240" w:lineRule="auto"/>
        <w:ind w:left="720"/>
      </w:pPr>
      <w:r/>
      <w:hyperlink r:id="rId13">
        <w:r>
          <w:rPr>
            <w:color w:val="0000EE"/>
            <w:u w:val="single"/>
          </w:rPr>
          <w:t>https://www.out.com/celebs/charlie-hunnam-gay-questioning</w:t>
        </w:r>
      </w:hyperlink>
      <w:r>
        <w:t xml:space="preserve"> - Charlie Hunnam shared insights into the personal challenges he faced during his time on 'Queer as Folk.' He recounted an incident where his father questioned his sexuality due to his portrayal of Nathan Maloney. Hunnam also mentioned confronting homophobia during that period, including an altercation that nearly escalated into violence. Despite these challenges, he expressed gratitude for the role and its impact on his career.</w:t>
      </w:r>
      <w:r/>
    </w:p>
    <w:p>
      <w:pPr>
        <w:pStyle w:val="ListNumber"/>
        <w:spacing w:line="240" w:lineRule="auto"/>
        <w:ind w:left="720"/>
      </w:pPr>
      <w:r/>
      <w:hyperlink r:id="rId9">
        <w:r>
          <w:rPr>
            <w:color w:val="0000EE"/>
            <w:u w:val="single"/>
          </w:rPr>
          <w:t>https://www.gaytimes.com/charlie-hunnam-looks-back-on-queer-as-folk-it-was-such-a-beautiful-experience/</w:t>
        </w:r>
      </w:hyperlink>
      <w:r>
        <w:t xml:space="preserve"> - Charlie Hunnam reminisced about his role as Nathan Maloney in 'Queer as Folk,' describing it as a 'beautiful experience' that marked a significant start to his career. He highlighted the show's role in initiating important conversations about LGBTQ+ issues during a time when equality was not yet achieved. Hunnam also discussed his upcoming role in 'Monster: The Lizzie Borden Story,' where he portrays Lizzie's father, Andrew Borden, in a narrative exploring complex family dynamics and queer relationships.</w:t>
      </w:r>
      <w:r/>
    </w:p>
    <w:p>
      <w:pPr>
        <w:pStyle w:val="ListNumber"/>
        <w:spacing w:line="240" w:lineRule="auto"/>
        <w:ind w:left="720"/>
      </w:pPr>
      <w:r/>
      <w:hyperlink r:id="rId12">
        <w:r>
          <w:rPr>
            <w:color w:val="0000EE"/>
            <w:u w:val="single"/>
          </w:rPr>
          <w:t>https://www.out.com/interviews/2015/8/07/queer-folk-cast-explains-why-sex-mattered-movement</w:t>
        </w:r>
      </w:hyperlink>
      <w:r>
        <w:t xml:space="preserve"> - In this 2015 interview, six cast members from 'Queer as Folk' reflect on the show's impact on LGBTQ+ representation. They discuss how the series broke new ground by depicting explicit same-sex relationships, challenging societal norms and contributing to the movement for queer visibility. The actors share personal anecdotes and insights into the cultural significance of the show, emphasizing its role in fostering acceptance and understanding.</w:t>
      </w:r>
      <w:r/>
    </w:p>
    <w:p>
      <w:pPr>
        <w:pStyle w:val="ListNumber"/>
        <w:spacing w:line="240" w:lineRule="auto"/>
        <w:ind w:left="720"/>
      </w:pPr>
      <w:r/>
      <w:hyperlink r:id="rId10">
        <w:r>
          <w:rPr>
            <w:color w:val="0000EE"/>
            <w:u w:val="single"/>
          </w:rPr>
          <w:t>https://www.queerty.com/queer-as-folk-creator-wants-more-male-nudity-on-tv-20150122/</w:t>
        </w:r>
      </w:hyperlink>
      <w:r>
        <w:t xml:space="preserve"> - Russell T. Davies, creator of 'Queer as Folk,' advocates for increased male nudity on television. In an interview with The Telegraph, he criticizes the lack of male frontal nudity compared to female nudity, attributing it to television's general reluctance to address sex and body image openly. Davies emphasizes that his intention is not to shock but to normalize the portrayal of male bodies in media.</w:t>
      </w:r>
      <w:r/>
    </w:p>
    <w:p>
      <w:pPr>
        <w:pStyle w:val="ListNumber"/>
        <w:spacing w:line="240" w:lineRule="auto"/>
        <w:ind w:left="720"/>
      </w:pPr>
      <w:r/>
      <w:hyperlink r:id="rId11">
        <w:r>
          <w:rPr>
            <w:color w:val="0000EE"/>
            <w:u w:val="single"/>
          </w:rPr>
          <w:t>https://time.com/6188510/queer-as-folk-gay-television/</w:t>
        </w:r>
      </w:hyperlink>
      <w:r>
        <w:t xml:space="preserve"> - This article explores the cultural significance of 'Queer as Folk,' highlighting its role as a defining show for LGBTQ+ representation. The piece discusses the series' impact in both the UK and the US, noting its authenticity and boldness in portraying queer life. It also addresses critiques regarding the show's lack of diversity and its influence on shifting public perceptions of the queer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aytimes.com/charlie-hunnam-looks-back-on-queer-as-folk-it-was-such-a-beautiful-experience/" TargetMode="External"/><Relationship Id="rId10" Type="http://schemas.openxmlformats.org/officeDocument/2006/relationships/hyperlink" Target="https://www.queerty.com/queer-as-folk-creator-wants-more-male-nudity-on-tv-20150122/" TargetMode="External"/><Relationship Id="rId11" Type="http://schemas.openxmlformats.org/officeDocument/2006/relationships/hyperlink" Target="https://time.com/6188510/queer-as-folk-gay-television/" TargetMode="External"/><Relationship Id="rId12" Type="http://schemas.openxmlformats.org/officeDocument/2006/relationships/hyperlink" Target="https://www.out.com/interviews/2015/8/07/queer-folk-cast-explains-why-sex-mattered-movement" TargetMode="External"/><Relationship Id="rId13" Type="http://schemas.openxmlformats.org/officeDocument/2006/relationships/hyperlink" Target="https://www.out.com/celebs/charlie-hunnam-gay-questioning" TargetMode="External"/><Relationship Id="rId14" Type="http://schemas.openxmlformats.org/officeDocument/2006/relationships/hyperlink" Target="https://www.out.com/celebs/monster-netflix-lizzie-borden" TargetMode="External"/><Relationship Id="rId15" Type="http://schemas.openxmlformats.org/officeDocument/2006/relationships/hyperlink" Target="https://www.dnamagazine.com.au/charlie-hunnam-queer-as-folk-nathan-malone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