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What Sex Positivity Really Means for Healthy Sexual Choices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People are increasingly using the phrase sex positivity, but its meaning is broader than sexual freedom alone. From consent and safer sex to pleasure, boundaries and personal values, the movement encourages informed choices without shame, while recognising that context and wellbeing matter.</w:t>
      </w:r>
      <w:r/>
    </w:p>
    <w:p>
      <w:pPr>
        <w:pStyle w:val="Heading2"/>
      </w:pPr>
      <w:r>
        <w:t>Essential Takeaways</w:t>
      </w:r>
      <w:r/>
      <w:r/>
    </w:p>
    <w:p>
      <w:pPr>
        <w:pStyle w:val="ListBullet"/>
        <w:spacing w:line="240" w:lineRule="auto"/>
        <w:ind w:left="720"/>
      </w:pPr>
      <w:r/>
      <w:r>
        <w:rPr>
          <w:b/>
        </w:rPr>
        <w:t>Consent comes first:</w:t>
      </w:r>
      <w:r>
        <w:t xml:space="preserve"> Healthy sexual choices require clear, voluntary and ongoing agreement.</w:t>
      </w:r>
      <w:r/>
    </w:p>
    <w:p>
      <w:pPr>
        <w:pStyle w:val="ListBullet"/>
        <w:spacing w:line="240" w:lineRule="auto"/>
        <w:ind w:left="720"/>
      </w:pPr>
      <w:r/>
      <w:r>
        <w:rPr>
          <w:b/>
        </w:rPr>
        <w:t>There’s no single script:</w:t>
      </w:r>
      <w:r>
        <w:t xml:space="preserve"> Sex positivity doesn’t prescribe how often, or in what way, someone should have sex.</w:t>
      </w:r>
      <w:r/>
    </w:p>
    <w:p>
      <w:pPr>
        <w:pStyle w:val="ListBullet"/>
        <w:spacing w:line="240" w:lineRule="auto"/>
        <w:ind w:left="720"/>
      </w:pPr>
      <w:r/>
      <w:r>
        <w:rPr>
          <w:b/>
        </w:rPr>
        <w:t>Motivation matters:</w:t>
      </w:r>
      <w:r>
        <w:t xml:space="preserve"> Understanding what you want can help you make decisions that feel safer and more authentic.</w:t>
      </w:r>
      <w:r/>
    </w:p>
    <w:p>
      <w:pPr>
        <w:pStyle w:val="ListBullet"/>
        <w:spacing w:line="240" w:lineRule="auto"/>
        <w:ind w:left="720"/>
      </w:pPr>
      <w:r/>
      <w:r>
        <w:rPr>
          <w:b/>
        </w:rPr>
        <w:t>Boundaries are empowering:</w:t>
      </w:r>
      <w:r>
        <w:t xml:space="preserve"> Being able to say no, pause or change your mind is central to sexual wellbeing.</w:t>
      </w:r>
      <w:r/>
    </w:p>
    <w:p>
      <w:pPr>
        <w:pStyle w:val="ListBullet"/>
        <w:spacing w:line="240" w:lineRule="auto"/>
        <w:ind w:left="720"/>
      </w:pPr>
      <w:r/>
      <w:r>
        <w:rPr>
          <w:b/>
        </w:rPr>
        <w:t>The movement has roots:</w:t>
      </w:r>
      <w:r>
        <w:t xml:space="preserve"> Sex-positive ideas are linked to feminist, LGBTQIA and free-love activism.</w:t>
      </w:r>
      <w:r/>
      <w:r/>
    </w:p>
    <w:p>
      <w:pPr>
        <w:pStyle w:val="Heading2"/>
      </w:pPr>
      <w:r>
        <w:t>Sex positivity is more than saying yes</w:t>
      </w:r>
      <w:r/>
    </w:p>
    <w:p>
      <w:r/>
      <w:r>
        <w:t>Sex positivity is often mistaken for an enthusiastic endorsement of every kind of sexual behaviour. In reality, it’s closer to a framework for making informed, consensual and personally meaningful decisions. Healthline describes it as an approach that challenges shame while keeping respect, communication and safety firmly in view.</w:t>
      </w:r>
      <w:r/>
    </w:p>
    <w:p>
      <w:r/>
      <w:r>
        <w:t>That distinction matters. A person can be sex-positive and have lots of sex, little sex or none at all. The point isn’t to perform confidence or match anyone else’s idea of liberation. It’s to understand your choices and make them freely.</w:t>
      </w:r>
      <w:r/>
    </w:p>
    <w:p>
      <w:pPr>
        <w:pStyle w:val="Heading2"/>
      </w:pPr>
      <w:r>
        <w:t>Consent and safer sex are the foundation</w:t>
      </w:r>
      <w:r/>
    </w:p>
    <w:p>
      <w:r/>
      <w:r>
        <w:t>At its most practical, sex positivity begins with conversations that aren’t always glamorous but are essential. Partners need room to discuss contraception, sexually transmitted infections, testing, boundaries and what they’re comfortable trying. Consent also needs to be active, specific and reversible, rather than treated as a one-off permission slip.</w:t>
      </w:r>
      <w:r/>
    </w:p>
    <w:p>
      <w:r/>
      <w:r>
        <w:t>Research published in the Archives of Sexual Behavior has examined how sexual attitudes, communication and social context shape people’s experiences. That wider view is useful because safety isn’t only about physical protection. Feeling respected, heard and able to stop can make an enormous difference to emotional wellbeing too.</w:t>
      </w:r>
      <w:r/>
    </w:p>
    <w:p>
      <w:pPr>
        <w:pStyle w:val="Heading2"/>
      </w:pPr>
      <w:r>
        <w:t>Why are you having sex?</w:t>
      </w:r>
      <w:r/>
    </w:p>
    <w:p>
      <w:r/>
      <w:r>
        <w:t>There isn’t one acceptable reason to have sex. Desire, affection, curiosity, connection and pleasure can all be valid motivations, provided the decision is freely made and everyone involved understands what’s happening. Problems can arise when someone feels pressured, disconnected from their wishes or unable to consider the consequences.</w:t>
      </w:r>
      <w:r/>
    </w:p>
    <w:p>
      <w:r/>
      <w:r>
        <w:t>That doesn’t mean every encounter has to carry profound emotional meaning. Sometimes a good experience is simply enjoyable. But pausing to ask, “What do I want from this?” can reveal whether you’re acting from genuine desire or from loneliness, expectation, fear of disappointing someone or social pressure.</w:t>
      </w:r>
      <w:r/>
    </w:p>
    <w:p>
      <w:pPr>
        <w:pStyle w:val="Heading2"/>
      </w:pPr>
      <w:r>
        <w:t>Saying no is part of a sex-positive life</w:t>
      </w:r>
      <w:r/>
    </w:p>
    <w:p>
      <w:r/>
      <w:r>
        <w:t>A confident sexual life isn’t measured by how adventurous someone appears. It’s also visible in the ability to decline, slow down, renegotiate or leave. Feminist Campus frames sex positivity as a challenge to shame-based attitudes, while still centring agency and respect.</w:t>
      </w:r>
      <w:r/>
    </w:p>
    <w:p>
      <w:r/>
      <w:r>
        <w:t>Mistakes can happen, and people can misread situations or discover that a choice didn’t feel right afterwards. A healthier response is accountability rather than perfectionism: acknowledge what happened, communicate honestly and learn what you need next time. Boundaries aren’t cold or awkward; they’re useful information.</w:t>
      </w:r>
      <w:r/>
    </w:p>
    <w:p>
      <w:pPr>
        <w:pStyle w:val="Heading2"/>
      </w:pPr>
      <w:r>
        <w:t>The movement has a political history</w:t>
      </w:r>
      <w:r/>
    </w:p>
    <w:p>
      <w:r/>
      <w:r>
        <w:t>Sex positivity grew alongside feminist and LGBTQIA activism that challenged laws and social rules governing bodies, relationships and reproduction. The sex-positive movement is often associated with resistance to restrictive ideas about gender, marriage, sexuality and who gets to make decisions about intimate life.</w:t>
      </w:r>
      <w:r/>
    </w:p>
    <w:p>
      <w:r/>
      <w:r>
        <w:t>The history of the free-love movement also shows why the subject is political, not merely personal. PBS’s account of Emma Goldman’s activism illustrates how debates about sex were tied to women’s autonomy, marriage, contraception and wider civil liberties. Today, sex positivity continues to ask who has access to accurate education, healthcare, pleasure and protection from discrimination.</w:t>
      </w:r>
      <w:r/>
    </w:p>
    <w:p>
      <w:pPr>
        <w:pStyle w:val="Heading2"/>
      </w:pPr>
      <w:r>
        <w:t>A more useful definition</w:t>
      </w:r>
      <w:r/>
    </w:p>
    <w:p>
      <w:r/>
      <w:r>
        <w:t>The most helpful definition is perhaps the least flashy one: sex positivity means approaching sexuality with openness, consent, knowledge and respect, without assuming that one lifestyle fits everyone. It leaves space for pleasure, caution, ambivalence and change.</w:t>
      </w:r>
      <w:r/>
    </w:p>
    <w:p>
      <w:r/>
      <w:r>
        <w:t>For anyone trying to put the idea into practice, start small. Learn the facts, talk plainly with partners, check in with yourself and treat a no as complete information. That’s not restrictive; it’s what makes sexual freedom meaningful.</w:t>
      </w:r>
      <w:r/>
    </w:p>
    <w:p>
      <w:r/>
      <w:r>
        <w:t>A healthy sex-positive approach gives people more choice, not more pressure.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0">
        <w:r>
          <w:rPr>
            <w:color w:val="0000EE"/>
            <w:u w:val="single"/>
          </w:rPr>
          <w:t>[2]</w:t>
        </w:r>
      </w:hyperlink>
      <w:r>
        <w:t xml:space="preserve">, </w:t>
      </w:r>
      <w:hyperlink r:id="rId12">
        <w:r>
          <w:rPr>
            <w:color w:val="0000EE"/>
            <w:u w:val="single"/>
          </w:rPr>
          <w:t>[4]</w:t>
        </w:r>
      </w:hyperlink>
      <w:r>
        <w:t xml:space="preserve">- Paragraph 4: </w:t>
      </w:r>
      <w:hyperlink r:id="rId13">
        <w:r>
          <w:rPr>
            <w:color w:val="0000EE"/>
            <w:u w:val="single"/>
          </w:rPr>
          <w:t>[5]</w:t>
        </w:r>
      </w:hyperlink>
      <w:r>
        <w:t xml:space="preserve">, </w:t>
      </w:r>
      <w:hyperlink r:id="rId14">
        <w:r>
          <w:rPr>
            <w:color w:val="0000EE"/>
            <w:u w:val="single"/>
          </w:rPr>
          <w:t>[6]</w:t>
        </w:r>
      </w:hyperlink>
      <w:r>
        <w:t xml:space="preserve">- Paragraph 5: </w:t>
      </w:r>
      <w:hyperlink r:id="rId11">
        <w:r>
          <w:rPr>
            <w:color w:val="0000EE"/>
            <w:u w:val="single"/>
          </w:rPr>
          <w:t>[3]</w:t>
        </w:r>
      </w:hyperlink>
      <w:r>
        <w:t xml:space="preserve">, </w:t>
      </w:r>
      <w:hyperlink r:id="rId15">
        <w:r>
          <w:rPr>
            <w:color w:val="0000EE"/>
            <w:u w:val="single"/>
          </w:rPr>
          <w:t>[7]</w:t>
        </w:r>
      </w:hyperlink>
      <w:r>
        <w:t xml:space="preserve">- Paragraph 6: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https://www.sdc.com/health/mental/what-is-sex-positivity/</w:t>
        </w:r>
      </w:hyperlink>
      <w:r>
        <w:t xml:space="preserve"> - Please view link - unable to able to access data</w:t>
      </w:r>
      <w:r/>
    </w:p>
    <w:p>
      <w:pPr>
        <w:pStyle w:val="ListNumber"/>
        <w:spacing w:line="240" w:lineRule="auto"/>
        <w:ind w:left="720"/>
      </w:pPr>
      <w:r/>
      <w:hyperlink r:id="rId10">
        <w:r>
          <w:rPr>
            <w:color w:val="0000EE"/>
            <w:u w:val="single"/>
          </w:rPr>
          <w:t>https://www.healthline.com/health/healthy-sex/sex-positive-meaning</w:t>
        </w:r>
      </w:hyperlink>
      <w:r>
        <w:t xml:space="preserve"> - This article from Healthline defines sex positivity as an approach that views sexuality as a natural and beneficial part of human life, contributing to happiness and fulfilment. It emphasises the importance of consent, communication, and education, allowing individuals to make informed choices about their bodies and relationships. The piece also discusses the origins of sex positivity, tracing back to psychoanalyst Wilhelm Reich in the 1920s and its resurgence during the sexual revolution of the 1960s. It highlights the movement's focus on removing shame and judgment from sexual expression.</w:t>
      </w:r>
      <w:r/>
    </w:p>
    <w:p>
      <w:pPr>
        <w:pStyle w:val="ListNumber"/>
        <w:spacing w:line="240" w:lineRule="auto"/>
        <w:ind w:left="720"/>
      </w:pPr>
      <w:r/>
      <w:hyperlink r:id="rId11">
        <w:r>
          <w:rPr>
            <w:color w:val="0000EE"/>
            <w:u w:val="single"/>
          </w:rPr>
          <w:t>https://en.wikipedia.org/wiki/Sex-positive_movement</w:t>
        </w:r>
      </w:hyperlink>
      <w:r>
        <w:t xml:space="preserve"> - The Wikipedia page on the sex-positive movement provides a comprehensive overview of this social and philosophical movement that seeks to change cultural attitudes and norms around sexuality. It promotes the recognition of sexuality in its various forms as a natural and healthy part of human experience, emphasising personal sovereignty, safer sex practices, and consensual sex free from violence or coercion. The article traces the movement's roots to figures like Wilhelm Reich and Simone de Beauvoir and discusses its advocacy for comprehensive sex education and safe sex practices.</w:t>
      </w:r>
      <w:r/>
    </w:p>
    <w:p>
      <w:pPr>
        <w:pStyle w:val="ListNumber"/>
        <w:spacing w:line="240" w:lineRule="auto"/>
        <w:ind w:left="720"/>
      </w:pPr>
      <w:r/>
      <w:hyperlink r:id="rId12">
        <w:r>
          <w:rPr>
            <w:color w:val="0000EE"/>
            <w:u w:val="single"/>
          </w:rPr>
          <w:t>https://link.springer.com/article/10.1007/s13178-021-00647-x</w:t>
        </w:r>
      </w:hyperlink>
      <w:r>
        <w:t xml:space="preserve"> - This scholarly article from Sexuality Research and Social Policy discusses the biopsychosocial model and the sex-positive approach, integrating perspectives from sexology and general health care. It highlights the importance of viewing sexuality as a natural, healthy, and central part of human behaviour and well-being. The piece critiques sex-negative societies that encourage sexual abstinence and construct sex as risky or taboo, advocating instead for a sex-positive approach that normalises a range of sexual experiences and focuses on the complexities of human interactions.</w:t>
      </w:r>
      <w:r/>
    </w:p>
    <w:p>
      <w:pPr>
        <w:pStyle w:val="ListNumber"/>
        <w:spacing w:line="240" w:lineRule="auto"/>
        <w:ind w:left="720"/>
      </w:pPr>
      <w:r/>
      <w:hyperlink r:id="rId13">
        <w:r>
          <w:rPr>
            <w:color w:val="0000EE"/>
            <w:u w:val="single"/>
          </w:rPr>
          <w:t>https://journals.sagepub.com/doi/10.1177/1363460713516334</w:t>
        </w:r>
      </w:hyperlink>
      <w:r>
        <w:t xml:space="preserve"> - This article from Feminism &amp; Psychology presents a new vision for sex-positive politics, distinguishing between 'freedom to' and 'freedom from' in the context of women's sexuality. It draws upon anarchist theories, political theories of liberty, and feminist arguments to explore the tension between women's freedom to express their sexuality and freedom from oppressive mandates. The piece calls for a focus on the political and material effects of pro-sexuality, contributing to feminist and queer discourses on sexual freedom.</w:t>
      </w:r>
      <w:r/>
    </w:p>
    <w:p>
      <w:pPr>
        <w:pStyle w:val="ListNumber"/>
        <w:spacing w:line="240" w:lineRule="auto"/>
        <w:ind w:left="720"/>
      </w:pPr>
      <w:r/>
      <w:hyperlink r:id="rId14">
        <w:r>
          <w:rPr>
            <w:color w:val="0000EE"/>
            <w:u w:val="single"/>
          </w:rPr>
          <w:t>https://feministcampus.org/campaigns/sex-positivity/</w:t>
        </w:r>
      </w:hyperlink>
      <w:r>
        <w:t xml:space="preserve"> - Feminist Campus's campaign on sex positivity emphasises that there is no 'right' way to engage in sex and express sexuality, as long as consent, empowerment, and respect are involved. It celebrates healthy sexual relationships, different identities and sexual expressions, and bodily autonomy, empowering individuals to define and control their own sex lives. The campaign is grounded in comprehensive sex education, deconstruction of gender norms, and promotion of body positivity and self-love, fostering safe spaces where bodily autonomy is paramount.</w:t>
      </w:r>
      <w:r/>
    </w:p>
    <w:p>
      <w:pPr>
        <w:pStyle w:val="ListNumber"/>
        <w:spacing w:line="240" w:lineRule="auto"/>
        <w:ind w:left="720"/>
      </w:pPr>
      <w:r/>
      <w:hyperlink r:id="rId15">
        <w:r>
          <w:rPr>
            <w:color w:val="0000EE"/>
            <w:u w:val="single"/>
          </w:rPr>
          <w:t>https://www.pbs.org/wgbh/americanexperience/features/goldman-free-love/</w:t>
        </w:r>
      </w:hyperlink>
      <w:r>
        <w:t xml:space="preserve"> - This article from PBS's American Experience explores the concept of free love, which originated in the mid-nineteenth century. It clarifies that free love meant an absence of legal ties rather than promiscuity, as frequently misunderstood. The piece discusses how free love became a historical predecessor of the radical critique of sexuality, notably carried on by feminist and gay liberation movements. It also touches upon the endorsement of free love by utopian movements and its entry into the socialist movement via spiritualism.</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dc.com/health/mental/what-is-sex-positivity/" TargetMode="External"/><Relationship Id="rId10" Type="http://schemas.openxmlformats.org/officeDocument/2006/relationships/hyperlink" Target="https://www.healthline.com/health/healthy-sex/sex-positive-meaning" TargetMode="External"/><Relationship Id="rId11" Type="http://schemas.openxmlformats.org/officeDocument/2006/relationships/hyperlink" Target="https://en.wikipedia.org/wiki/Sex-positive_movement" TargetMode="External"/><Relationship Id="rId12" Type="http://schemas.openxmlformats.org/officeDocument/2006/relationships/hyperlink" Target="https://link.springer.com/article/10.1007/s13178-021-00647-x" TargetMode="External"/><Relationship Id="rId13" Type="http://schemas.openxmlformats.org/officeDocument/2006/relationships/hyperlink" Target="https://journals.sagepub.com/doi/10.1177/1363460713516334" TargetMode="External"/><Relationship Id="rId14" Type="http://schemas.openxmlformats.org/officeDocument/2006/relationships/hyperlink" Target="https://feministcampus.org/campaigns/sex-positivity/" TargetMode="External"/><Relationship Id="rId15" Type="http://schemas.openxmlformats.org/officeDocument/2006/relationships/hyperlink" Target="https://www.pbs.org/wgbh/americanexperience/features/goldman-free-lov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