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Southlake Pride Festival Rescheduled for April After Permit Denial</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Organisers are moving Pride Kel-So to spring 2027 after Southlake City Council rejected its permit without explaining the decision. The October event will instead become a smaller church-hosted block party, giving LGBTQ+ families, youth and supporters a chance to gather while organisers regroup, raise funds and challenge the ruling.</w:t>
      </w:r>
      <w:r/>
    </w:p>
    <w:p>
      <w:pPr>
        <w:pStyle w:val="Heading2"/>
      </w:pPr>
      <w:r>
        <w:t>Essential Takeaways</w:t>
      </w:r>
      <w:r/>
      <w:r/>
    </w:p>
    <w:p>
      <w:pPr>
        <w:pStyle w:val="ListBullet"/>
        <w:spacing w:line="240" w:lineRule="auto"/>
        <w:ind w:left="720"/>
      </w:pPr>
      <w:r/>
      <w:r>
        <w:rPr>
          <w:b/>
        </w:rPr>
        <w:t>The festival is moving:</w:t>
      </w:r>
      <w:r>
        <w:t xml:space="preserve"> Pride Kel-So is being rescheduled for April 2027, with the second Saturday under consideration.</w:t>
      </w:r>
      <w:r/>
    </w:p>
    <w:p>
      <w:pPr>
        <w:pStyle w:val="ListBullet"/>
        <w:spacing w:line="240" w:lineRule="auto"/>
        <w:ind w:left="720"/>
      </w:pPr>
      <w:r/>
      <w:r>
        <w:rPr>
          <w:b/>
        </w:rPr>
        <w:t>October plans have changed:</w:t>
      </w:r>
      <w:r>
        <w:t xml:space="preserve"> A block party will take place at St Martin-in-the-Fields Episcopal Church, capped at 999 attendees.</w:t>
      </w:r>
      <w:r/>
    </w:p>
    <w:p>
      <w:pPr>
        <w:pStyle w:val="ListBullet"/>
        <w:spacing w:line="240" w:lineRule="auto"/>
        <w:ind w:left="720"/>
      </w:pPr>
      <w:r/>
      <w:r>
        <w:rPr>
          <w:b/>
        </w:rPr>
        <w:t>The permit was denied unanimously:</w:t>
      </w:r>
      <w:r>
        <w:t xml:space="preserve"> Southlake City Council rejected the application but did not publicly give a reason.</w:t>
      </w:r>
      <w:r/>
    </w:p>
    <w:p>
      <w:pPr>
        <w:pStyle w:val="ListBullet"/>
        <w:spacing w:line="240" w:lineRule="auto"/>
        <w:ind w:left="720"/>
      </w:pPr>
      <w:r/>
      <w:r>
        <w:rPr>
          <w:b/>
        </w:rPr>
        <w:t>The event is still raising money:</w:t>
      </w:r>
      <w:r>
        <w:t xml:space="preserve"> Food trucks, vendors and LGBTQ+ organisations will support fundraising for next year's festival.</w:t>
      </w:r>
      <w:r/>
    </w:p>
    <w:p>
      <w:pPr>
        <w:pStyle w:val="ListBullet"/>
        <w:spacing w:line="240" w:lineRule="auto"/>
        <w:ind w:left="720"/>
      </w:pPr>
      <w:r/>
      <w:r>
        <w:rPr>
          <w:b/>
        </w:rPr>
        <w:t>Organisers aren't backing down:</w:t>
      </w:r>
      <w:r>
        <w:t xml:space="preserve"> April and Shaina Dreyson say they're working towards a larger, safer return.</w:t>
      </w:r>
      <w:r/>
      <w:r/>
    </w:p>
    <w:p>
      <w:pPr>
        <w:pStyle w:val="Heading2"/>
      </w:pPr>
      <w:r>
        <w:t>Southlake Pride festival moves to spring 2027</w:t>
      </w:r>
      <w:r/>
    </w:p>
    <w:p>
      <w:r/>
      <w:r>
        <w:t>The biggest change is simple but significant: Pride Kel-So won't go ahead as a city festival on its planned 3 October date. Organisers are now looking towards April 2027, although the exact weekend hasn't been confirmed.</w:t>
      </w:r>
      <w:r/>
    </w:p>
    <w:p>
      <w:r/>
      <w:r>
        <w:t>The decision follows Southlake City Council's unanimous refusal of the event permit. KERA News reported that councillors didn't question the organisers during the meeting or explain the reasoning behind the vote, leaving the Dreysons without a clear answer.</w:t>
      </w:r>
      <w:r/>
    </w:p>
    <w:p>
      <w:r/>
      <w:r>
        <w:t>That lack of explanation has become central to the dispute. As LGBTQ+ Nation reported, the festival's planning and zoning recommendation had supported approval before the council rejected the application.</w:t>
      </w:r>
      <w:r/>
    </w:p>
    <w:p>
      <w:pPr>
        <w:pStyle w:val="Heading2"/>
      </w:pPr>
      <w:r>
        <w:t>A block party will keep October plans alive</w:t>
      </w:r>
      <w:r/>
    </w:p>
    <w:p>
      <w:r/>
      <w:r>
        <w:t>Rather than cancel the October gathering altogether, organisers are turning it into a church-based block party at St Martin-in-the-Fields Episcopal Church. Because the event won't require the same city permit, attendance will be limited to 999 people.</w:t>
      </w:r>
      <w:r/>
    </w:p>
    <w:p>
      <w:r/>
      <w:r>
        <w:t>Visitors can still expect food trucks, local vendors and LGBTQ+ groups. The atmosphere may be smaller and less elaborate than a full festival, but it offers something valuable: a visible place for people to meet, listen and show support.</w:t>
      </w:r>
      <w:r/>
    </w:p>
    <w:p>
      <w:r/>
      <w:r>
        <w:t>CBS News Texas reported that the gathering will also help raise funds for the rescheduled festival. In practical terms, it means the community can keep the date in its diary while organisers work through the legal and financial fallout.</w:t>
      </w:r>
      <w:r/>
    </w:p>
    <w:p>
      <w:pPr>
        <w:pStyle w:val="Heading2"/>
      </w:pPr>
      <w:r>
        <w:t>Why the permit decision has sparked questions</w:t>
      </w:r>
      <w:r/>
    </w:p>
    <w:p>
      <w:r/>
      <w:r>
        <w:t>Pride Kel-So was created to support LGBTQ+ families and young people in the Southlake and Keller area. Its first festival attracted about 1,600 visitors, with live music and stalls focused on community resources.</w:t>
      </w:r>
      <w:r/>
    </w:p>
    <w:p>
      <w:r/>
      <w:r>
        <w:t>That turnout also helps explain the organisers' planning choices. The Dreysons previously expected fewer than 1,000 attendees, so they didn't apply for a permit last year. This time, the event's growing profile made the permit process unavoidable.</w:t>
      </w:r>
      <w:r/>
    </w:p>
    <w:p>
      <w:r/>
      <w:r>
        <w:t>Fox 4 News reported that the council's action came without a public explanation. That has fuelled concern among supporters, particularly because public discussion around the event has included sharply differing views about children, content and LGBTQ+ visibility.</w:t>
      </w:r>
      <w:r/>
    </w:p>
    <w:p>
      <w:pPr>
        <w:pStyle w:val="Heading2"/>
      </w:pPr>
      <w:r>
        <w:t>Organisers are planning a stronger return</w:t>
      </w:r>
      <w:r/>
    </w:p>
    <w:p>
      <w:r/>
      <w:r>
        <w:t>The delay gives the Dreysons more time to prepare, but it also brings fresh pressure. They say some sponsors have withdrawn since the permit was rejected, creating an immediate funding gap for the 2027 event.</w:t>
      </w:r>
      <w:r/>
    </w:p>
    <w:p>
      <w:r/>
      <w:r>
        <w:t>According to Dallas Express, organisers are now focused on rebuilding sponsorship and preparing a festival they describe as bigger and safer. They also say they're continuing to challenge the city's decision and seek conversations with community leaders.</w:t>
      </w:r>
      <w:r/>
    </w:p>
    <w:p>
      <w:r/>
      <w:r>
        <w:t>For attendees, the best way to help is refreshingly straightforward: support the October block party, follow official updates and contribute through verified event channels. A spring date, ticket details and any revised venue arrangements should be checked before making plans.</w:t>
      </w:r>
      <w:r/>
    </w:p>
    <w:p>
      <w:pPr>
        <w:pStyle w:val="Heading2"/>
      </w:pPr>
      <w:r>
        <w:t>What happens next for Pride Kel-So?</w:t>
      </w:r>
      <w:r/>
    </w:p>
    <w:p>
      <w:r/>
      <w:r>
        <w:t>The next few months will likely determine whether the festival returns with a bigger footprint or faces another round of negotiations. Southlake News reported that organisers remain committed to LGBTQ+ young people, parents, teachers and neighbours who are watching the dispute closely.</w:t>
      </w:r>
      <w:r/>
    </w:p>
    <w:p>
      <w:r/>
      <w:r>
        <w:t>The Dreysons' message is less about one event than about whether people feel able to speak openly in their own community. That gives the April plans an emotional weight beyond music, food and stalls.</w:t>
      </w:r>
      <w:r/>
    </w:p>
    <w:p>
      <w:r/>
      <w:r>
        <w:t>For now, October's smaller gathering is the practical next step. It may not be the festival people expected, but it keeps the community connected while the organisers work towards a more secure return.</w:t>
      </w:r>
      <w:r/>
    </w:p>
    <w:p>
      <w:r/>
      <w:r>
        <w:t>A smaller gathering can still make a loud statement when people show up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1">
        <w:r>
          <w:rPr>
            <w:color w:val="0000EE"/>
            <w:u w:val="single"/>
          </w:rPr>
          <w:t>[4]</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https://fortworthreport.org/2026/09/21/southlake-lgbtq-festival-postponed-to-2027-after-city-officials-deny-permit/</w:t>
        </w:r>
      </w:hyperlink>
      <w:r>
        <w:t xml:space="preserve"> - Please view link - unable to able to access data</w:t>
      </w:r>
      <w:r/>
    </w:p>
    <w:p>
      <w:pPr>
        <w:pStyle w:val="ListNumber"/>
        <w:spacing w:line="240" w:lineRule="auto"/>
        <w:ind w:left="720"/>
      </w:pPr>
      <w:r/>
      <w:hyperlink r:id="rId10">
        <w:r>
          <w:rPr>
            <w:color w:val="0000EE"/>
            <w:u w:val="single"/>
          </w:rPr>
          <w:t>https://www.keranews.org/news/2026-09-17/southlake-city-council-denies-lgbtq-pride-event-permit-without-explanation</w:t>
        </w:r>
      </w:hyperlink>
      <w:r>
        <w:t xml:space="preserve"> - The Southlake City Council unanimously voted to deny a permit for the Pride Kel-So festival, scheduled for October 3 at St. Martin-in-the-Fields Episcopal Church. Organisers, including April Dreyson, expressed shock and disappointment over the decision, noting the council did not provide an explanation for their vote. The city's Planning and Zoning Commission had previously recommended approval of the permit. (</w:t>
      </w:r>
      <w:hyperlink r:id="rId16">
        <w:r>
          <w:rPr>
            <w:color w:val="0000EE"/>
            <w:u w:val="single"/>
          </w:rPr>
          <w:t>keranews.org</w:t>
        </w:r>
      </w:hyperlink>
      <w:r>
        <w:t>)</w:t>
      </w:r>
      <w:r/>
    </w:p>
    <w:p>
      <w:pPr>
        <w:pStyle w:val="ListNumber"/>
        <w:spacing w:line="240" w:lineRule="auto"/>
        <w:ind w:left="720"/>
      </w:pPr>
      <w:r/>
      <w:hyperlink r:id="rId12">
        <w:r>
          <w:rPr>
            <w:color w:val="0000EE"/>
            <w:u w:val="single"/>
          </w:rPr>
          <w:t>https://www.fox4news.com/news/southlake-city-council-denies-permit-pride-event</w:t>
        </w:r>
      </w:hyperlink>
      <w:r>
        <w:t xml:space="preserve"> - The Southlake City Council denied a permit for the Pride Kel-So festival, which was planned for October 3 at St. Martin-in-the-Fields Episcopal Church. Organisers are seeking an explanation for the council's decision, as the event had been approved the previous year. (</w:t>
      </w:r>
      <w:hyperlink r:id="rId17">
        <w:r>
          <w:rPr>
            <w:color w:val="0000EE"/>
            <w:u w:val="single"/>
          </w:rPr>
          <w:t>fox4news.com</w:t>
        </w:r>
      </w:hyperlink>
      <w:r>
        <w:t>)</w:t>
      </w:r>
      <w:r/>
    </w:p>
    <w:p>
      <w:pPr>
        <w:pStyle w:val="ListNumber"/>
        <w:spacing w:line="240" w:lineRule="auto"/>
        <w:ind w:left="720"/>
      </w:pPr>
      <w:r/>
      <w:hyperlink r:id="rId11">
        <w:r>
          <w:rPr>
            <w:color w:val="0000EE"/>
            <w:u w:val="single"/>
          </w:rPr>
          <w:t>https://www.cbsnews.com/texas/news/southlake-pride-festival-permit-denied-pride-kel-so-september-2026/</w:t>
        </w:r>
      </w:hyperlink>
      <w:r>
        <w:t xml:space="preserve"> - The Southlake City Council denied a permit for the Pride Kel-So festival, scheduled for October 3 at St. Martin-in-the-Fields Episcopal Church. Organisers, including April Dreyson, expressed shock and disappointment over the decision, noting the council did not provide an explanation for their vote. (</w:t>
      </w:r>
      <w:hyperlink r:id="rId18">
        <w:r>
          <w:rPr>
            <w:color w:val="0000EE"/>
            <w:u w:val="single"/>
          </w:rPr>
          <w:t>cbsnews.com</w:t>
        </w:r>
      </w:hyperlink>
      <w:r>
        <w:t>)</w:t>
      </w:r>
      <w:r/>
    </w:p>
    <w:p>
      <w:pPr>
        <w:pStyle w:val="ListNumber"/>
        <w:spacing w:line="240" w:lineRule="auto"/>
        <w:ind w:left="720"/>
      </w:pPr>
      <w:r/>
      <w:hyperlink r:id="rId13">
        <w:r>
          <w:rPr>
            <w:color w:val="0000EE"/>
            <w:u w:val="single"/>
          </w:rPr>
          <w:t>https://www.lgbtqnation.com/2026/09/a-city-denied-a-permit-to-a-church-pride-event-didnt-say-why-its-organizers-arent-giving-up/</w:t>
        </w:r>
      </w:hyperlink>
      <w:r>
        <w:t xml:space="preserve"> - The Southlake City Council unanimously voted to deny a permit for the Pride Kel-So festival, scheduled for October 3 at St. Martin-in-the-Fields Episcopal Church. Organisers, including April Dreyson, expressed shock and disappointment over the decision, noting the council did not provide an explanation for their vote. (</w:t>
      </w:r>
      <w:hyperlink r:id="rId19">
        <w:r>
          <w:rPr>
            <w:color w:val="0000EE"/>
            <w:u w:val="single"/>
          </w:rPr>
          <w:t>lgbtqnation.com</w:t>
        </w:r>
      </w:hyperlink>
      <w:r>
        <w:t>)</w:t>
      </w:r>
      <w:r/>
    </w:p>
    <w:p>
      <w:pPr>
        <w:pStyle w:val="ListNumber"/>
        <w:spacing w:line="240" w:lineRule="auto"/>
        <w:ind w:left="720"/>
      </w:pPr>
      <w:r/>
      <w:hyperlink r:id="rId14">
        <w:r>
          <w:rPr>
            <w:color w:val="0000EE"/>
            <w:u w:val="single"/>
          </w:rPr>
          <w:t>https://dallasexpress.com/tarrant/southlake-city-council-unanimously-denies-pride-kel-so-permit-for-october-3/</w:t>
        </w:r>
      </w:hyperlink>
      <w:r>
        <w:t xml:space="preserve"> - The Southlake City Council unanimously denied a specific use permit for the Pride Kel-So festival, planned for October 3 at St. Martin-in-the-Fields Episcopal Church. The council did not discuss the item or question city staff or organisers before the vote. (</w:t>
      </w:r>
      <w:hyperlink r:id="rId20">
        <w:r>
          <w:rPr>
            <w:color w:val="0000EE"/>
            <w:u w:val="single"/>
          </w:rPr>
          <w:t>dallasexpress.com</w:t>
        </w:r>
      </w:hyperlink>
      <w:r>
        <w:t>)</w:t>
      </w:r>
      <w:r/>
    </w:p>
    <w:p>
      <w:pPr>
        <w:pStyle w:val="ListNumber"/>
        <w:spacing w:line="240" w:lineRule="auto"/>
        <w:ind w:left="720"/>
      </w:pPr>
      <w:r/>
      <w:hyperlink r:id="rId15">
        <w:r>
          <w:rPr>
            <w:color w:val="0000EE"/>
            <w:u w:val="single"/>
          </w:rPr>
          <w:t>https://southlakenews.org/news/a-north-texas-city-denied-a-pride-festival-a-permit-organizers-still-dont-know-why</w:t>
        </w:r>
      </w:hyperlink>
      <w:r>
        <w:t xml:space="preserve"> - The Southlake City Council denied a permit for the Pride Kel-So festival, scheduled for October 3 at St. Martin-in-the-Fields Episcopal Church. Organisers, including April Dreyson, expressed shock and disappointment over the decision, noting the council did not provide an explanation for their vote. (</w:t>
      </w:r>
      <w:hyperlink r:id="rId21">
        <w:r>
          <w:rPr>
            <w:color w:val="0000EE"/>
            <w:u w:val="single"/>
          </w:rPr>
          <w:t>southlakenews.org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rtworthreport.org/2026/09/21/southlake-lgbtq-festival-postponed-to-2027-after-city-officials-deny-permit/" TargetMode="External"/><Relationship Id="rId10" Type="http://schemas.openxmlformats.org/officeDocument/2006/relationships/hyperlink" Target="https://www.keranews.org/news/2026-09-17/southlake-city-council-denies-lgbtq-pride-event-permit-without-explanation" TargetMode="External"/><Relationship Id="rId11" Type="http://schemas.openxmlformats.org/officeDocument/2006/relationships/hyperlink" Target="https://www.cbsnews.com/texas/news/southlake-pride-festival-permit-denied-pride-kel-so-september-2026/" TargetMode="External"/><Relationship Id="rId12" Type="http://schemas.openxmlformats.org/officeDocument/2006/relationships/hyperlink" Target="https://www.fox4news.com/news/southlake-city-council-denies-permit-pride-event" TargetMode="External"/><Relationship Id="rId13" Type="http://schemas.openxmlformats.org/officeDocument/2006/relationships/hyperlink" Target="https://www.lgbtqnation.com/2026/09/a-city-denied-a-permit-to-a-church-pride-event-didnt-say-why-its-organizers-arent-giving-up/" TargetMode="External"/><Relationship Id="rId14" Type="http://schemas.openxmlformats.org/officeDocument/2006/relationships/hyperlink" Target="https://dallasexpress.com/tarrant/southlake-city-council-unanimously-denies-pride-kel-so-permit-for-october-3/" TargetMode="External"/><Relationship Id="rId15" Type="http://schemas.openxmlformats.org/officeDocument/2006/relationships/hyperlink" Target="https://southlakenews.org/news/a-north-texas-city-denied-a-pride-festival-a-permit-organizers-still-dont-know-why" TargetMode="External"/><Relationship Id="rId16" Type="http://schemas.openxmlformats.org/officeDocument/2006/relationships/hyperlink" Target="https://www.keranews.org/news/2026-09-17/southlake-city-council-denies-lgbtq-pride-event-permit-without-explanation?utm_source=openai" TargetMode="External"/><Relationship Id="rId17" Type="http://schemas.openxmlformats.org/officeDocument/2006/relationships/hyperlink" Target="https://www.fox4news.com/news/southlake-city-council-denies-permit-pride-event?utm_source=openai" TargetMode="External"/><Relationship Id="rId18" Type="http://schemas.openxmlformats.org/officeDocument/2006/relationships/hyperlink" Target="https://www.cbsnews.com/texas/news/southlake-pride-festival-permit-denied-pride-kel-so-september-2026/?intcid=CNR-01-0623&amp;utm_source=openai" TargetMode="External"/><Relationship Id="rId19" Type="http://schemas.openxmlformats.org/officeDocument/2006/relationships/hyperlink" Target="https://www.lgbtqnation.com/2026/09/a-city-denied-a-permit-to-a-church-pride-event-didnt-say-why-its-organizers-arent-giving-up/?utm_source=openai" TargetMode="External"/><Relationship Id="rId20" Type="http://schemas.openxmlformats.org/officeDocument/2006/relationships/hyperlink" Target="https://dallasexpress.com/tarrant/southlake-city-council-unanimously-denies-pride-kel-so-permit-for-october-3/?utm_source=openai" TargetMode="External"/><Relationship Id="rId21" Type="http://schemas.openxmlformats.org/officeDocument/2006/relationships/hyperlink" Target="https://southlakenews.org/news/a-north-texas-city-denied-a-pride-festival-a-permit-organizers-still-dont-know-wh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