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 Mesa Pride 2027 Will Bring LGBTQ+ Celebration to the Village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are preparing for La Mesa’s first official Pride event in June 2027, bringing music, a march and community stalls to the East County city. The celebration matters because it makes LGBTQ+ visibility part of everyday village life, while also supporting local businesses and giving residents a welcoming place to gather closer to home.</w:t>
      </w:r>
      <w:r/>
    </w:p>
    <w:p>
      <w:pPr>
        <w:pStyle w:val="Heading2"/>
      </w:pPr>
      <w:r>
        <w:t>Essential Takeaways</w:t>
      </w:r>
      <w:r/>
      <w:r/>
    </w:p>
    <w:p>
      <w:pPr>
        <w:pStyle w:val="ListBullet"/>
        <w:spacing w:line="240" w:lineRule="auto"/>
        <w:ind w:left="720"/>
      </w:pPr>
      <w:r/>
      <w:r>
        <w:rPr>
          <w:b/>
        </w:rPr>
        <w:t>First city-backed celebration:</w:t>
      </w:r>
      <w:r>
        <w:t xml:space="preserve"> La Mesa City Council has approved funding for its inaugural Pride event.</w:t>
      </w:r>
      <w:r/>
    </w:p>
    <w:p>
      <w:pPr>
        <w:pStyle w:val="ListBullet"/>
        <w:spacing w:line="240" w:lineRule="auto"/>
        <w:ind w:left="720"/>
      </w:pPr>
      <w:r/>
      <w:r>
        <w:rPr>
          <w:b/>
        </w:rPr>
        <w:t>Village setting:</w:t>
      </w:r>
      <w:r>
        <w:t xml:space="preserve"> The festival is planned for the parking area near Allison and Palm avenues.</w:t>
      </w:r>
      <w:r/>
    </w:p>
    <w:p>
      <w:pPr>
        <w:pStyle w:val="ListBullet"/>
        <w:spacing w:line="240" w:lineRule="auto"/>
        <w:ind w:left="720"/>
      </w:pPr>
      <w:r/>
      <w:r>
        <w:rPr>
          <w:b/>
        </w:rPr>
        <w:t>Music-led programme:</w:t>
      </w:r>
      <w:r>
        <w:t xml:space="preserve"> Expect live entertainment, information booths, a march and a 21-and-over area.</w:t>
      </w:r>
      <w:r/>
    </w:p>
    <w:p>
      <w:pPr>
        <w:pStyle w:val="ListBullet"/>
        <w:spacing w:line="240" w:lineRule="auto"/>
        <w:ind w:left="720"/>
      </w:pPr>
      <w:r/>
      <w:r>
        <w:rPr>
          <w:b/>
        </w:rPr>
        <w:t>Community funding:</w:t>
      </w:r>
      <w:r>
        <w:t xml:space="preserve"> The event has received $15,000 from La Mesa’s Village Enhancement Fund.</w:t>
      </w:r>
      <w:r/>
    </w:p>
    <w:p>
      <w:pPr>
        <w:pStyle w:val="ListBullet"/>
        <w:spacing w:line="240" w:lineRule="auto"/>
        <w:ind w:left="720"/>
      </w:pPr>
      <w:r/>
      <w:r>
        <w:rPr>
          <w:b/>
        </w:rPr>
        <w:t>Date still pending:</w:t>
      </w:r>
      <w:r>
        <w:t xml:space="preserve"> Organisers and the city are finalising the exact June 2027 date.</w:t>
      </w:r>
      <w:r/>
      <w:r/>
    </w:p>
    <w:p>
      <w:pPr>
        <w:pStyle w:val="Heading2"/>
      </w:pPr>
      <w:r>
        <w:t>La Mesa is finally getting its own Pride celebration</w:t>
      </w:r>
      <w:r/>
    </w:p>
    <w:p>
      <w:r/>
      <w:r>
        <w:t xml:space="preserve">A corner of La Mesa Village is set to turn bright with rainbow colours in June 2027, as the city prepares for its first official Pride celebration. The decision follows five years of rainbow flags flying at city hall, but this event will take that gesture out into the streets and into the community. KPBS reported that the plan marks a new chapter for LGBTQ+ visibility in East County. </w:t>
      </w:r>
      <w:hyperlink r:id="rId9">
        <w:r>
          <w:rPr>
            <w:color w:val="0000EE"/>
            <w:u w:val="single"/>
          </w:rPr>
          <w:t>[2]</w:t>
        </w:r>
      </w:hyperlink>
      <w:r/>
    </w:p>
    <w:p>
      <w:r/>
      <w:r>
        <w:t xml:space="preserve">The response has already been warm, with residents asking why the city had waited so long. For organisers Rodney Elliott and Troy Tinker, the answer is less about catching up and more about creating something that feels rooted in the place they call home. Their view is simple: La Mesa has a sizeable LGBTQ+ community, even if it isn't always as publicly visible as San Diego's Hillcrest. </w:t>
      </w:r>
      <w:hyperlink r:id="rId9">
        <w:r>
          <w:rPr>
            <w:color w:val="0000EE"/>
            <w:u w:val="single"/>
          </w:rPr>
          <w:t>[3]</w:t>
        </w:r>
      </w:hyperlink>
      <w:r/>
    </w:p>
    <w:p>
      <w:pPr>
        <w:pStyle w:val="Heading2"/>
      </w:pPr>
      <w:r>
        <w:t>A village event with music at its heart</w:t>
      </w:r>
      <w:r/>
    </w:p>
    <w:p>
      <w:r/>
      <w:r>
        <w:t xml:space="preserve">The first La Mesa Pride is expected to be lively rather than overly formal. Plans include live music, information booths, a fenced 21-and-over area and a march beginning near the Vons supermarket before reaching the festival site. It's a format that should feel familiar to anyone who has enjoyed the city's other popular village events. </w:t>
      </w:r>
      <w:hyperlink r:id="rId9">
        <w:r>
          <w:rPr>
            <w:color w:val="0000EE"/>
            <w:u w:val="single"/>
          </w:rPr>
          <w:t>[4]</w:t>
        </w:r>
      </w:hyperlink>
      <w:r/>
    </w:p>
    <w:p>
      <w:r/>
      <w:r>
        <w:t xml:space="preserve">The organisers bring plenty of production experience. Elliott has helped book entertainment for La Mesa Oktoberfest and Holiday in the Village, as well as major San Diego events, while also working as entertainment director for Orange County Pride. That background suggests the inaugural festival will have a polished, music-heavy feel, with room to expand in future years. </w:t>
      </w:r>
      <w:hyperlink r:id="rId9">
        <w:r>
          <w:rPr>
            <w:color w:val="0000EE"/>
            <w:u w:val="single"/>
          </w:rPr>
          <w:t>[5]</w:t>
        </w:r>
      </w:hyperlink>
      <w:r/>
    </w:p>
    <w:p>
      <w:pPr>
        <w:pStyle w:val="Heading2"/>
      </w:pPr>
      <w:r>
        <w:t>Why Pride in East County matters</w:t>
      </w:r>
      <w:r/>
    </w:p>
    <w:p>
      <w:r/>
      <w:r>
        <w:t xml:space="preserve">La Mesa will join Ramona, Santee and Alpine in hosting Pride events away from San Diego's traditional LGBTQ+ centre. These inland celebrations reflect a broader reality: LGBTQ+ residents aren't confined to the city's best-known neighbourhoods, and many choose East County for its relative affordability, larger homes and greener surroundings. </w:t>
      </w:r>
      <w:hyperlink r:id="rId9">
        <w:r>
          <w:rPr>
            <w:color w:val="0000EE"/>
            <w:u w:val="single"/>
          </w:rPr>
          <w:t>[2]</w:t>
        </w:r>
      </w:hyperlink>
      <w:r/>
    </w:p>
    <w:p>
      <w:r/>
      <w:r>
        <w:t xml:space="preserve">That local focus could make the event especially meaningful. A Pride celebration within walking distance of familiar shops and streets offers something different from a large city festival. It gives neighbours a chance to meet, support one another and be visible without having to travel across the county. Sometimes the most powerful statement is simply showing up together on your own high street. </w:t>
      </w:r>
      <w:hyperlink r:id="rId9">
        <w:r>
          <w:rPr>
            <w:color w:val="0000EE"/>
            <w:u w:val="single"/>
          </w:rPr>
          <w:t>[3]</w:t>
        </w:r>
      </w:hyperlink>
      <w:r/>
    </w:p>
    <w:p>
      <w:pPr>
        <w:pStyle w:val="Heading2"/>
      </w:pPr>
      <w:r>
        <w:t>How the event is being funded</w:t>
      </w:r>
      <w:r/>
    </w:p>
    <w:p>
      <w:r/>
      <w:r>
        <w:t xml:space="preserve">La Mesa City Council approved $15,000 from the Village Enhancement Fund for the celebration. The programme uses a portion of parking meter revenue to support village activities that attract visitors, strengthen small businesses and contribute to the area's wider appeal. </w:t>
      </w:r>
      <w:hyperlink r:id="rId9">
        <w:r>
          <w:rPr>
            <w:color w:val="0000EE"/>
            <w:u w:val="single"/>
          </w:rPr>
          <w:t>[4]</w:t>
        </w:r>
      </w:hyperlink>
      <w:r/>
    </w:p>
    <w:p>
      <w:r/>
      <w:r>
        <w:t xml:space="preserve">There was some confusion at the council meeting over who was producing the event. Diversionary Theatre was initially identified in staff materials, but the theatre didn't apply to run La Mesa Pride. Elliott and Tinker created a separate non-profit organisation for that purpose, while Diversionary will receive fundraising proceeds and support the event. </w:t>
      </w:r>
      <w:hyperlink r:id="rId9">
        <w:r>
          <w:rPr>
            <w:color w:val="0000EE"/>
            <w:u w:val="single"/>
          </w:rPr>
          <w:t>[5]</w:t>
        </w:r>
      </w:hyperlink>
      <w:r/>
    </w:p>
    <w:p>
      <w:r/>
      <w:r>
        <w:t xml:space="preserve">That partnership still carries personal significance. Tinker has appeared in Diversionary productions, and the couple chose the theatre because of its work and its connection to their lives. The organisation has also welcomed the event, with its executive director highlighting her own ties to La Mesa and her enthusiasm for seeing Pride take root there. </w:t>
      </w:r>
      <w:hyperlink r:id="rId9">
        <w:r>
          <w:rPr>
            <w:color w:val="0000EE"/>
            <w:u w:val="single"/>
          </w:rPr>
          <w:t>[6]</w:t>
        </w:r>
      </w:hyperlink>
      <w:r/>
    </w:p>
    <w:p>
      <w:pPr>
        <w:pStyle w:val="Heading2"/>
      </w:pPr>
      <w:r>
        <w:t>What visitors can expect next</w:t>
      </w:r>
      <w:r/>
    </w:p>
    <w:p>
      <w:r/>
      <w:r>
        <w:t xml:space="preserve">The precise date hasn't been announced yet, so anyone hoping to attend should keep an eye on updates from the city and organisers. The location and broad programme are clearer: a festival around Allison and Palm avenues, a community march, performances and stalls offering information and local connections. </w:t>
      </w:r>
      <w:hyperlink r:id="rId9">
        <w:r>
          <w:rPr>
            <w:color w:val="0000EE"/>
            <w:u w:val="single"/>
          </w:rPr>
          <w:t>[2]</w:t>
        </w:r>
      </w:hyperlink>
      <w:r/>
    </w:p>
    <w:p>
      <w:r/>
      <w:r>
        <w:t xml:space="preserve">Organisers also hope the event will grow beyond its first year. That could mean a larger footprint, more activities and stronger links with village businesses, although starting at a manageable scale may be exactly right. A first Pride doesn't need to be enormous to feel significant; it needs to feel welcoming, safe and genuinely local. </w:t>
      </w:r>
      <w:hyperlink r:id="rId9">
        <w:r>
          <w:rPr>
            <w:color w:val="0000EE"/>
            <w:u w:val="single"/>
          </w:rPr>
          <w:t>[3]</w:t>
        </w:r>
      </w:hyperlink>
      <w:r/>
    </w:p>
    <w:p>
      <w:r/>
      <w:r>
        <w:t xml:space="preserve">La Mesa Pride is more than a colourful addition to the summer calendar. It's a public sign that LGBTQ+ residents belong in every part of the county, including the quieter, greener communities beyond central San Diego. </w:t>
      </w:r>
      <w:hyperlink r:id="rId9">
        <w:r>
          <w:rPr>
            <w:color w:val="0000EE"/>
            <w:u w:val="single"/>
          </w:rPr>
          <w:t>[6]</w:t>
        </w:r>
      </w:hyperlink>
      <w:r/>
    </w:p>
    <w:p>
      <w:r/>
      <w:r>
        <w:t>It's a small-town celebration with the potential to become a lasting local tradition.</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[2]</w:t>
        </w:r>
      </w:hyperlink>
      <w:r>
        <w:t xml:space="preserve">- Paragraph 6: </w:t>
      </w:r>
      <w:hyperlink r:id="rId9">
        <w:r>
          <w:rPr>
            <w:color w:val="0000EE"/>
            <w:u w:val="single"/>
          </w:rPr>
          <w:t>[3]</w:t>
        </w:r>
      </w:hyperlink>
      <w:r>
        <w:t xml:space="preserve">- Paragraph 7: </w:t>
      </w:r>
      <w:hyperlink r:id="rId9">
        <w:r>
          <w:rPr>
            <w:color w:val="0000EE"/>
            <w:u w:val="single"/>
          </w:rPr>
          <w:t>[4]</w:t>
        </w:r>
      </w:hyperlink>
      <w:r>
        <w:t xml:space="preserve">- Paragraph 8: </w:t>
      </w:r>
      <w:hyperlink r:id="rId9">
        <w:r>
          <w:rPr>
            <w:color w:val="0000EE"/>
            <w:u w:val="single"/>
          </w:rPr>
          <w:t>[5]</w:t>
        </w:r>
      </w:hyperlink>
      <w:r>
        <w:t xml:space="preserve">- Paragraph 9: </w:t>
      </w:r>
      <w:hyperlink r:id="rId9">
        <w:r>
          <w:rPr>
            <w:color w:val="0000EE"/>
            <w:u w:val="single"/>
          </w:rPr>
          <w:t>[6]</w:t>
        </w:r>
      </w:hyperlink>
      <w:r>
        <w:t xml:space="preserve">- Paragraph 10: </w:t>
      </w:r>
      <w:hyperlink r:id="rId9">
        <w:r>
          <w:rPr>
            <w:color w:val="0000EE"/>
            <w:u w:val="single"/>
          </w:rPr>
          <w:t>[2]</w:t>
        </w:r>
      </w:hyperlink>
      <w:r>
        <w:t xml:space="preserve">- Paragraph 11: </w:t>
      </w:r>
      <w:hyperlink r:id="rId9">
        <w:r>
          <w:rPr>
            <w:color w:val="0000EE"/>
            <w:u w:val="single"/>
          </w:rPr>
          <w:t>[3]</w:t>
        </w:r>
      </w:hyperlink>
      <w:r>
        <w:t xml:space="preserve">- Paragraph 12: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https://timesofsandiego.com/life/2026/09/21/la-mesa-city-first-pride-event/</w:t>
        </w:r>
      </w:hyperlink>
      <w:r>
        <w:t xml:space="preserve"> - Please view link - unable to able to access data</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In June 2027, La Mesa will host its inaugural Pride event, transforming a downtown parking lot into a vibrant space with live music and LGBTQ+ celebrations. The City Council approved $15,000 for the event, coordinated with University Heights' Diversionary Theatre. Councilmember Lauren Cazares, an LGBTQ+ community member, expressed pride in the city's support for such an event. The celebration will feature food vendors, entertainment, and a live music stage. (</w:t>
      </w:r>
      <w:hyperlink r:id="rId11">
        <w:r>
          <w:rPr>
            <w:color w:val="0000EE"/>
            <w:u w:val="single"/>
          </w:rPr>
          <w:t>kpbs.org</w:t>
        </w:r>
      </w:hyperlink>
      <w:r>
        <w:t>)</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In June 2027, La Mesa will host its inaugural Pride event, transforming a downtown parking lot into a vibrant space with live music and LGBTQ+ celebrations. The City Council approved $15,000 for the event, coordinated with University Heights' Diversionary Theatre. Councilmember Lauren Cazares, an LGBTQ+ community member, expressed pride in the city's support for such an event. The celebration will feature food vendors, entertainment, and a live music stage. (</w:t>
      </w:r>
      <w:hyperlink r:id="rId11">
        <w:r>
          <w:rPr>
            <w:color w:val="0000EE"/>
            <w:u w:val="single"/>
          </w:rPr>
          <w:t>kpbs.org</w:t>
        </w:r>
      </w:hyperlink>
      <w:r>
        <w:t>)</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In June 2027, La Mesa will host its inaugural Pride event, transforming a downtown parking lot into a vibrant space with live music and LGBTQ+ celebrations. The City Council approved $15,000 for the event, coordinated with University Heights' Diversionary Theatre. Councilmember Lauren Cazares, an LGBTQ+ community member, expressed pride in the city's support for such an event. The celebration will feature food vendors, entertainment, and a live music stage. (</w:t>
      </w:r>
      <w:hyperlink r:id="rId11">
        <w:r>
          <w:rPr>
            <w:color w:val="0000EE"/>
            <w:u w:val="single"/>
          </w:rPr>
          <w:t>kpbs.org</w:t>
        </w:r>
      </w:hyperlink>
      <w:r>
        <w:t>)</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In June 2027, La Mesa will host its inaugural Pride event, transforming a downtown parking lot into a vibrant space with live music and LGBTQ+ celebrations. The City Council approved $15,000 for the event, coordinated with University Heights' Diversionary Theatre. Councilmember Lauren Cazares, an LGBTQ+ community member, expressed pride in the city's support for such an event. The celebration will feature food vendors, entertainment, and a live music stage. (</w:t>
      </w:r>
      <w:hyperlink r:id="rId11">
        <w:r>
          <w:rPr>
            <w:color w:val="0000EE"/>
            <w:u w:val="single"/>
          </w:rPr>
          <w:t>kpbs.org</w:t>
        </w:r>
      </w:hyperlink>
      <w:r>
        <w:t>)</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In June 2027, La Mesa will host its inaugural Pride event, transforming a downtown parking lot into a vibrant space with live music and LGBTQ+ celebrations. The City Council approved $15,000 for the event, coordinated with University Heights' Diversionary Theatre. Councilmember Lauren Cazares, an LGBTQ+ community member, expressed pride in the city's support for such an event. The celebration will feature food vendors, entertainment, and a live music stage. (</w:t>
      </w:r>
      <w:hyperlink r:id="rId11">
        <w:r>
          <w:rPr>
            <w:color w:val="0000EE"/>
            <w:u w:val="single"/>
          </w:rPr>
          <w:t>kpbs.org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pbs.org/news/arts-culture/2026/09/09/city-of-la-mesa-to-host-first-pride-event-in-2027" TargetMode="External"/><Relationship Id="rId10" Type="http://schemas.openxmlformats.org/officeDocument/2006/relationships/hyperlink" Target="https://timesofsandiego.com/life/2026/09/21/la-mesa-city-first-pride-event/" TargetMode="External"/><Relationship Id="rId11" Type="http://schemas.openxmlformats.org/officeDocument/2006/relationships/hyperlink" Target="https://www.kpbs.org/news/arts-culture/2026/09/09/city-of-la-mesa-to-host-first-pride-event-in-202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