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Big Brother’s Tays backs Frankie after bisexual coming out</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Viewers have rallied around Big Brother housemate Frankie Taber after his emotional bisexual coming out, with close friend Tays admitting the Diary Room confession nearly made him cry. The streamer said he wished Frankie had shared the news inside the house, so he could reassure him that there was nothing to feel ashamed of.</w:t>
      </w:r>
      <w:r/>
    </w:p>
    <w:p>
      <w:pPr>
        <w:pStyle w:val="Heading2"/>
      </w:pPr>
      <w:r>
        <w:t>Essential takeaways</w:t>
      </w:r>
      <w:r/>
      <w:r/>
    </w:p>
    <w:p>
      <w:pPr>
        <w:pStyle w:val="ListBullet"/>
        <w:spacing w:line="240" w:lineRule="auto"/>
        <w:ind w:left="720"/>
      </w:pPr>
      <w:r/>
      <w:r>
        <w:rPr>
          <w:b/>
        </w:rPr>
        <w:t>Frankie’s confession:</w:t>
      </w:r>
      <w:r>
        <w:t xml:space="preserve"> The 23-year-old marketing manager came out as bisexual during an emotional Diary Room conversation.</w:t>
      </w:r>
      <w:r/>
    </w:p>
    <w:p>
      <w:pPr>
        <w:pStyle w:val="ListBullet"/>
        <w:spacing w:line="240" w:lineRule="auto"/>
        <w:ind w:left="720"/>
      </w:pPr>
      <w:r/>
      <w:r>
        <w:rPr>
          <w:b/>
        </w:rPr>
        <w:t>A difficult period:</w:t>
      </w:r>
      <w:r>
        <w:t xml:space="preserve"> He said he’d been carrying guilt and shame for around 18 months to two years.</w:t>
      </w:r>
      <w:r/>
    </w:p>
    <w:p>
      <w:pPr>
        <w:pStyle w:val="ListBullet"/>
        <w:spacing w:line="240" w:lineRule="auto"/>
        <w:ind w:left="720"/>
      </w:pPr>
      <w:r/>
      <w:r>
        <w:rPr>
          <w:b/>
        </w:rPr>
        <w:t>Tays’ reaction:</w:t>
      </w:r>
      <w:r>
        <w:t xml:space="preserve"> His Big Brother friend said the footage affected him deeply when he watched it after leaving.</w:t>
      </w:r>
      <w:r/>
    </w:p>
    <w:p>
      <w:pPr>
        <w:pStyle w:val="ListBullet"/>
        <w:spacing w:line="240" w:lineRule="auto"/>
        <w:ind w:left="720"/>
      </w:pPr>
      <w:r/>
      <w:r>
        <w:rPr>
          <w:b/>
        </w:rPr>
        <w:t>A friendship viewers noticed:</w:t>
      </w:r>
      <w:r>
        <w:t xml:space="preserve"> Frankie was visibly upset when Tays departed the house.</w:t>
      </w:r>
      <w:r/>
    </w:p>
    <w:p>
      <w:pPr>
        <w:pStyle w:val="ListBullet"/>
        <w:spacing w:line="240" w:lineRule="auto"/>
        <w:ind w:left="720"/>
      </w:pPr>
      <w:r/>
      <w:r>
        <w:rPr>
          <w:b/>
        </w:rPr>
        <w:t>A warm message:</w:t>
      </w:r>
      <w:r>
        <w:t xml:space="preserve"> Tays said he would have reassured Frankie that he had nothing to worry about.</w:t>
      </w:r>
      <w:r/>
      <w:r/>
    </w:p>
    <w:p>
      <w:pPr>
        <w:pStyle w:val="Heading2"/>
      </w:pPr>
      <w:r>
        <w:t>Frankie’s Big Brother confession struck a nerve</w:t>
      </w:r>
      <w:r/>
    </w:p>
    <w:p>
      <w:r/>
      <w:r>
        <w:t>Frankie Taber’s coming out moment was quiet, raw and difficult to watch. Speaking privately to Big Brother, the 23-year-old said he had entered the programme partly because he wanted to come out as bisexual, having struggled with guilt and shame for a long time.</w:t>
      </w:r>
      <w:r/>
    </w:p>
    <w:p>
      <w:r/>
      <w:r>
        <w:t>He hadn’t yet told the other housemates, making the confession feel especially isolated. As PinkNews, Capital FM and Gaydio reported, Frankie became emotional while explaining that he felt he’d let people down. It was a stark reminder that appearing on reality television doesn’t make personal revelations any easier.</w:t>
      </w:r>
      <w:r/>
    </w:p>
    <w:p>
      <w:pPr>
        <w:pStyle w:val="Heading2"/>
      </w:pPr>
      <w:r>
        <w:t>Tays and Frankie formed a close bond</w:t>
      </w:r>
      <w:r/>
    </w:p>
    <w:p>
      <w:r/>
      <w:r>
        <w:t>Before becoming Big Brother’s secret mole, Tays had already spent time with Frankie during The Bov Boys’ 24-hour pre-series “dry run”. The pair grew close quickly, and Frankie was visibly upset when Tays left the house on 18 September.</w:t>
      </w:r>
      <w:r/>
    </w:p>
    <w:p>
      <w:r/>
      <w:r>
        <w:t>Tays, whose real name is Michael Taylor, later returned as the “Chief Creator of Chaos”, tasked with convincing the housemates that he was a regular contestant while completing secret missions. That twist gave their friendship an added layer, but it didn't make the connection feel any less genuine.</w:t>
      </w:r>
      <w:r/>
    </w:p>
    <w:p>
      <w:pPr>
        <w:pStyle w:val="Heading2"/>
      </w:pPr>
      <w:r>
        <w:t>“It nearly made me cry,” Tays says</w:t>
      </w:r>
      <w:r/>
    </w:p>
    <w:p>
      <w:r/>
      <w:r>
        <w:t>After leaving the house, Tays watched the footage of Frankie’s Diary Room confession during a livestream. He said the clip “nearly made me cry” and that it had really affected him.</w:t>
      </w:r>
      <w:r/>
    </w:p>
    <w:p>
      <w:r/>
      <w:r>
        <w:t>His reaction was immediate and affectionate. Tays said he wished Frankie had told him while they were still living together, because he would have offered simple reassurance: Frankie had nothing to fear and no reason to feel ashamed.</w:t>
      </w:r>
      <w:r/>
    </w:p>
    <w:p>
      <w:r/>
      <w:r>
        <w:t>That response resonated because it wasn't grand or performative. It was the kind of uncomplicated support a friend might offer on a quiet sofa, with no cameras and no pressure.</w:t>
      </w:r>
      <w:r/>
    </w:p>
    <w:p>
      <w:pPr>
        <w:pStyle w:val="Heading2"/>
      </w:pPr>
      <w:r>
        <w:t>Why reality TV can become a turning point</w:t>
      </w:r>
      <w:r/>
    </w:p>
    <w:p>
      <w:r/>
      <w:r>
        <w:t>Big Brother has long turned private experiences into public conversations, but coming out on television remains a deeply personal decision. Frankie’s confession was not framed as a dramatic reveal for entertainment; it was presented as something he had been carrying and was finally ready to say aloud.</w:t>
      </w:r>
      <w:r/>
    </w:p>
    <w:p>
      <w:r/>
      <w:r>
        <w:t>Reports from Tyla and Gay Express also highlighted the emotional weight of his words. For viewers questioning their own sexuality, seeing a housemate speak honestly may feel comforting, even when the circumstances are unusually public.</w:t>
      </w:r>
      <w:r/>
    </w:p>
    <w:p>
      <w:r/>
      <w:r>
        <w:t>Still, coming out is never a single, universal experience. Some people find relief in sharing their identity, while others need time, privacy and support before speaking to anyone else. Frankie’s story has prompted sympathy partly because it showed how complicated that process can be.</w:t>
      </w:r>
      <w:r/>
    </w:p>
    <w:p>
      <w:pPr>
        <w:pStyle w:val="Heading2"/>
      </w:pPr>
      <w:r>
        <w:t>Tays’ support could mean the most</w:t>
      </w:r>
      <w:r/>
    </w:p>
    <w:p>
      <w:r/>
      <w:r>
        <w:t>Tays’ comments offered a glimpse of the friendship developing away from the show’s twists and tasks. His message was straightforward: Frankie was still the same person, and he didn’t need to carry the burden alone.</w:t>
      </w:r>
      <w:r/>
    </w:p>
    <w:p>
      <w:r/>
      <w:r>
        <w:t>Frankie is now likely to face plenty of attention as viewers respond to his story. Hopefully, the warm reaction from Tays and others gives him room to move forward at his own pace. Sometimes the kindest response is also the simplest one.</w:t>
      </w:r>
      <w:r/>
    </w:p>
    <w:p>
      <w:r/>
      <w:r>
        <w:t>Coming out should bring relief, not shame, and Frankie’s story has opened that conversation in a remarkably human way.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[5]</w:t>
        </w:r>
      </w:hyperlink>
      <w:r>
        <w:t xml:space="preserve">, </w:t>
      </w:r>
      <w:hyperlink r:id="rId13">
        <w:r>
          <w:rPr>
            <w:color w:val="0000EE"/>
            <w:u w:val="single"/>
          </w:rPr>
          <w:t>[6]</w:t>
        </w:r>
      </w:hyperlink>
      <w:r>
        <w:t xml:space="preserve">- Paragraph 6: </w:t>
      </w:r>
      <w:hyperlink r:id="rId14">
        <w:r>
          <w:rPr>
            <w:color w:val="0000EE"/>
            <w:u w:val="single"/>
          </w:rPr>
          <w:t>[7]</w:t>
        </w:r>
      </w:hyperlink>
      <w:r>
        <w:t xml:space="preserve">, </w:t>
      </w:r>
      <w:hyperlink r:id="rId10">
        <w:r>
          <w:rPr>
            <w:color w:val="0000EE"/>
            <w:u w:val="single"/>
          </w:rPr>
          <w:t>[3]</w:t>
        </w:r>
      </w:hyperlink>
      <w:r>
        <w:t xml:space="preserve">- Paragraph 7: </w:t>
      </w:r>
      <w:hyperlink r:id="rId12">
        <w:r>
          <w:rPr>
            <w:color w:val="0000EE"/>
            <w:u w:val="single"/>
          </w:rPr>
          <w:t>[4]</w:t>
        </w:r>
      </w:hyperlink>
      <w:r>
        <w:t xml:space="preserve">, </w:t>
      </w:r>
      <w:hyperlink r:id="rId11">
        <w:r>
          <w:rPr>
            <w:color w:val="0000EE"/>
            <w:u w:val="single"/>
          </w:rPr>
          <w:t>[5]</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10">
        <w:r>
          <w:rPr>
            <w:color w:val="0000EE"/>
            <w:u w:val="single"/>
          </w:rPr>
          <w:t>[3]</w:t>
        </w:r>
      </w:hyperlink>
      <w:r>
        <w:t xml:space="preserve">, </w:t>
      </w:r>
      <w:hyperlink r:id="rId11">
        <w:r>
          <w:rPr>
            <w:color w:val="0000EE"/>
            <w:u w:val="single"/>
          </w:rPr>
          <w:t>[5]</w:t>
        </w:r>
      </w:hyperlink>
      <w:r>
        <w:t xml:space="preserve">- Paragraph 10: </w:t>
      </w:r>
      <w:hyperlink r:id="rId12">
        <w:r>
          <w:rPr>
            <w:color w:val="0000EE"/>
            <w:u w:val="single"/>
          </w:rPr>
          <w:t>[4]</w:t>
        </w:r>
      </w:hyperlink>
      <w:r>
        <w:t xml:space="preserve">, </w:t>
      </w:r>
      <w:hyperlink r:id="rId13">
        <w:r>
          <w:rPr>
            <w:color w:val="0000EE"/>
            <w:u w:val="single"/>
          </w:rPr>
          <w:t>[6]</w:t>
        </w:r>
      </w:hyperlink>
      <w:r>
        <w:t xml:space="preserve">- Paragraph 11: </w:t>
      </w:r>
      <w:hyperlink r:id="rId9">
        <w:r>
          <w:rPr>
            <w:color w:val="0000EE"/>
            <w:u w:val="single"/>
          </w:rPr>
          <w:t>[2]</w:t>
        </w:r>
      </w:hyperlink>
      <w:r>
        <w:t xml:space="preserve">, </w:t>
      </w:r>
      <w:hyperlink r:id="rId14">
        <w:r>
          <w:rPr>
            <w:color w:val="0000EE"/>
            <w:u w:val="single"/>
          </w:rPr>
          <w:t>[7]</w:t>
        </w:r>
      </w:hyperlink>
      <w:r>
        <w:t xml:space="preserve">- Paragraph 12: </w:t>
      </w:r>
      <w:hyperlink r:id="rId10">
        <w:r>
          <w:rPr>
            <w:color w:val="0000EE"/>
            <w:u w:val="single"/>
          </w:rPr>
          <w:t>[3]</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https://www.attitude.co.uk/culture/big-brothers-tays-reacts-frankie-coming-out-534853/</w:t>
        </w:r>
      </w:hyperlink>
      <w:r>
        <w:t xml:space="preserve"> - Please view link - unable to able to access data</w:t>
      </w:r>
      <w:r/>
    </w:p>
    <w:p>
      <w:pPr>
        <w:pStyle w:val="ListNumber"/>
        <w:spacing w:line="240" w:lineRule="auto"/>
        <w:ind w:left="720"/>
      </w:pPr>
      <w:r/>
      <w:hyperlink r:id="rId9">
        <w:r>
          <w:rPr>
            <w:color w:val="0000EE"/>
            <w:u w:val="single"/>
          </w:rPr>
          <w:t>https://www.attitude.co.uk/culture/big-brothers-tays-reacts-frankie-coming-out-534853/</w:t>
        </w:r>
      </w:hyperlink>
      <w:r>
        <w:t xml:space="preserve"> - Streamer Tays, whose real name is Michael Taylor, entered the Big Brother house on 12 September 2026 as part of The Bov Boys’ 24-hour pre-series 'dry run'. After leaving, he returned as the secret mole, known as the 'Chief Creator of Chaos'. During his time in the house, he formed a close friendship with 23-year-old marketing manager Frankie Taber from London. Frankie became visibly upset when Tays left on 18 September. Two days into the programme, Frankie came out as bisexual in an emotional Diary Room confession, expressing feelings of guilt and shame. Upon leaving the house, Tays was asked about the scene during a livestream and expressed deep emotion upon seeing it, wishing Frankie had confided in him earlier. (</w:t>
      </w:r>
      <w:hyperlink r:id="rId15">
        <w:r>
          <w:rPr>
            <w:color w:val="0000EE"/>
            <w:u w:val="single"/>
          </w:rPr>
          <w:t>attitude.co.uk</w:t>
        </w:r>
      </w:hyperlink>
      <w:r>
        <w:t>)</w:t>
      </w:r>
      <w:r/>
    </w:p>
    <w:p>
      <w:pPr>
        <w:pStyle w:val="ListNumber"/>
        <w:spacing w:line="240" w:lineRule="auto"/>
        <w:ind w:left="720"/>
      </w:pPr>
      <w:r/>
      <w:hyperlink r:id="rId10">
        <w:r>
          <w:rPr>
            <w:color w:val="0000EE"/>
            <w:u w:val="single"/>
          </w:rPr>
          <w:t>https://www.thepinknews.com/2026/09/16/frankie-taber-bisexual-2026/</w:t>
        </w:r>
      </w:hyperlink>
      <w:r>
        <w:t xml:space="preserve"> - Big Brother 2026 housemate Frankie Taber came out as bisexual in an emotional Diary Room moment on ITV2, with viewers praising the scene during Bi Visibility Month. Taber, a 23-year-old marketing manager from London, became visibly upset as he explained why he signed up for the series. 'I’ve come on this show to come out because I’m bisexual and like, I’ve been in pain for so long now probably about a year and half, two years,' he said. He continued: 'I mean just the guilt and the shame that I’m carrying from it, and I don’t know, I just feel like I’ve let down a lot of people.' Taber also said he had not told any of his friends and family before entering the house because he felt 'shame'. (</w:t>
      </w:r>
      <w:hyperlink r:id="rId16">
        <w:r>
          <w:rPr>
            <w:color w:val="0000EE"/>
            <w:u w:val="single"/>
          </w:rPr>
          <w:t>thepinknews.com</w:t>
        </w:r>
      </w:hyperlink>
      <w:r>
        <w:t>)</w:t>
      </w:r>
      <w:r/>
    </w:p>
    <w:p>
      <w:pPr>
        <w:pStyle w:val="ListNumber"/>
        <w:spacing w:line="240" w:lineRule="auto"/>
        <w:ind w:left="720"/>
      </w:pPr>
      <w:r/>
      <w:hyperlink r:id="rId12">
        <w:r>
          <w:rPr>
            <w:color w:val="0000EE"/>
            <w:u w:val="single"/>
          </w:rPr>
          <w:t>https://www.capitalfm.com/news/tv-film/big-brother/uk-frankie-taber-bisexual-sexuality/</w:t>
        </w:r>
      </w:hyperlink>
      <w:r>
        <w:t xml:space="preserve"> - Big Brother UK’s Frankie Taber came out as bisexual in an emotional scene after being in 'pain' for nearly two years. In last night's episode (15th September), Big Brother UK's Frankie Taber came out as bisexual in a moving diary room confessional, a moment that's since been praised by viewers. In a conversation with Johanne Cade and Pauline Adeyemo, Frankie revealed that he'd hardly slept since being in the house having gone from a 'really big high to a big low'. He then disclosed that he's gone on the show for 'various reasons', which he wasn't willing to share yet. Frankie was later seen in the diary room speaking to Big Brother where he emotionally revealed he came on the show to come out as bisexual. (</w:t>
      </w:r>
      <w:hyperlink r:id="rId17">
        <w:r>
          <w:rPr>
            <w:color w:val="0000EE"/>
            <w:u w:val="single"/>
          </w:rPr>
          <w:t>capitalfm.com</w:t>
        </w:r>
      </w:hyperlink>
      <w:r>
        <w:t>)</w:t>
      </w:r>
      <w:r/>
    </w:p>
    <w:p>
      <w:pPr>
        <w:pStyle w:val="ListNumber"/>
        <w:spacing w:line="240" w:lineRule="auto"/>
        <w:ind w:left="720"/>
      </w:pPr>
      <w:r/>
      <w:hyperlink r:id="rId11">
        <w:r>
          <w:rPr>
            <w:color w:val="0000EE"/>
            <w:u w:val="single"/>
          </w:rPr>
          <w:t>https://www.gaydio.co.uk/uk/whats-new/news/gaydio-news/big-brother-housemate-frankie-comes-out-as-bisexual-in-tearful-diary-room-confession/</w:t>
        </w:r>
      </w:hyperlink>
      <w:r>
        <w:t xml:space="preserve"> - Big Brother contestant Frankie Taber came out as bisexual during an emotional Diary Room scene on Tuesday night, telling viewers he'd been carrying 'guilt and shame' for over a year. Big Brother housemate Frankie Taber came out as bisexual in an emotional Diary Room moment that aired on ITV2 on Tuesday night. The 23-year-old marketing manager from London became tearful as he explained why he'd signed up for the show. 'I came on the show to come out, because I'm bisexual. I've been in pain for so long, probably a year and a half or two years, just from the guilt and shame that I'm carrying from it,' he told Big Brother. Through tears, he voiced his concerns that he'd 'let down a lot of people', to which he was assured that he'd not 'let anyone down'. The moment came early in the series, which launched on 13 September. (</w:t>
      </w:r>
      <w:hyperlink r:id="rId18">
        <w:r>
          <w:rPr>
            <w:color w:val="0000EE"/>
            <w:u w:val="single"/>
          </w:rPr>
          <w:t>gaydio.co.uk</w:t>
        </w:r>
      </w:hyperlink>
      <w:r>
        <w:t>)</w:t>
      </w:r>
      <w:r/>
    </w:p>
    <w:p>
      <w:pPr>
        <w:pStyle w:val="ListNumber"/>
        <w:spacing w:line="240" w:lineRule="auto"/>
        <w:ind w:left="720"/>
      </w:pPr>
      <w:r/>
      <w:hyperlink r:id="rId13">
        <w:r>
          <w:rPr>
            <w:color w:val="0000EE"/>
            <w:u w:val="single"/>
          </w:rPr>
          <w:t>https://gayexpress.co.nz/2026/09/ive-been-in-pain-for-so-long-big-brothers-frankie-comes-out-as-bisexual/</w:t>
        </w:r>
      </w:hyperlink>
      <w:r>
        <w:t xml:space="preserve"> - Big Brother 2026 housemate Frankie Taber has come out as bisexual in an emotional Diary Room moment, telling viewers he entered the show partly because he was finally ready to say it out loud. The 23-year-old marketing manager from London became tearful as he explained that he had been carrying guilt and shame around his sexuality for around two years. 'I’ve come on this show to come out because I’m bisexual,' Frankie said. He added that he had 'been in pain for so long now' and worried that being honest about himself meant he had somehow let people down. Big Brother immediately reassured him: 'Frankie, Big Brother doesn’t think you’ve let anyone down.' (</w:t>
      </w:r>
      <w:hyperlink r:id="rId19">
        <w:r>
          <w:rPr>
            <w:color w:val="0000EE"/>
            <w:u w:val="single"/>
          </w:rPr>
          <w:t>gayexpress.co.nz</w:t>
        </w:r>
      </w:hyperlink>
      <w:r>
        <w:t>)</w:t>
      </w:r>
      <w:r/>
    </w:p>
    <w:p>
      <w:pPr>
        <w:pStyle w:val="ListNumber"/>
        <w:spacing w:line="240" w:lineRule="auto"/>
        <w:ind w:left="720"/>
      </w:pPr>
      <w:r/>
      <w:hyperlink r:id="rId14">
        <w:r>
          <w:rPr>
            <w:color w:val="0000EE"/>
            <w:u w:val="single"/>
          </w:rPr>
          <w:t>https://www.tyla.com/entertainment/tv-and-film/frankie-taber-big-brother-comes-out-bisexual-361453-20260916</w:t>
        </w:r>
      </w:hyperlink>
      <w:r>
        <w:t xml:space="preserve"> - Big Brother UK housemate Frankie Taber emotionally revealed that he took part in the reality TV show to come out as bisexual. The 23-year-old marketing manager from London is among the 16 people who’ve taken a leap of faith to be part of the ultimate social experiment. Airing on ITV, the fourth series of the revamped reality TV show kicked off on Sunday (13 September), and there’s already been heaps of drama. But among the chaos, viewers were left in tears after Frankie opened up about his sexuality in the diary room to Big Brother, revealing that he came on the show to come out. Revealing why he decided to take such a big step on TV, he explained that he felt 'comfortable' in the Big Brother setting. Viewers rushed to social media to react to the tear-jerking moment, with one writing: 'It’s clear Frankie has been around a lot of toxic masculinity on the outside, and being with such a diverse cast has made him immediately comfortable it’s a pleasure to see #BBUK.' A second added: 'Cor, emotional watching Frankie tonight. Coming out as bisexual on public television while carrying the weight of worrying about your friends' reactions is a monumental thing to do. Incredibly proud of him for being his true self. #BBUK.' (</w:t>
      </w:r>
      <w:hyperlink r:id="rId20">
        <w:r>
          <w:rPr>
            <w:color w:val="0000EE"/>
            <w:u w:val="single"/>
          </w:rPr>
          <w:t>tyla.com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culture/big-brothers-tays-reacts-frankie-coming-out-534853/" TargetMode="External"/><Relationship Id="rId10" Type="http://schemas.openxmlformats.org/officeDocument/2006/relationships/hyperlink" Target="https://www.thepinknews.com/2026/09/16/frankie-taber-bisexual-2026/" TargetMode="External"/><Relationship Id="rId11" Type="http://schemas.openxmlformats.org/officeDocument/2006/relationships/hyperlink" Target="https://www.gaydio.co.uk/uk/whats-new/news/gaydio-news/big-brother-housemate-frankie-comes-out-as-bisexual-in-tearful-diary-room-confession/" TargetMode="External"/><Relationship Id="rId12" Type="http://schemas.openxmlformats.org/officeDocument/2006/relationships/hyperlink" Target="https://www.capitalfm.com/news/tv-film/big-brother/uk-frankie-taber-bisexual-sexuality/" TargetMode="External"/><Relationship Id="rId13" Type="http://schemas.openxmlformats.org/officeDocument/2006/relationships/hyperlink" Target="https://gayexpress.co.nz/2026/09/ive-been-in-pain-for-so-long-big-brothers-frankie-comes-out-as-bisexual/" TargetMode="External"/><Relationship Id="rId14" Type="http://schemas.openxmlformats.org/officeDocument/2006/relationships/hyperlink" Target="https://www.tyla.com/entertainment/tv-and-film/frankie-taber-big-brother-comes-out-bisexual-361453-20260916" TargetMode="External"/><Relationship Id="rId15" Type="http://schemas.openxmlformats.org/officeDocument/2006/relationships/hyperlink" Target="https://www.attitude.co.uk/culture/big-brothers-tays-reacts-frankie-coming-out-534853/?utm_source=openai" TargetMode="External"/><Relationship Id="rId16" Type="http://schemas.openxmlformats.org/officeDocument/2006/relationships/hyperlink" Target="https://www.thepinknews.com/2026/09/16/frankie-taber-bisexual-2026/?utm_source=openai" TargetMode="External"/><Relationship Id="rId17" Type="http://schemas.openxmlformats.org/officeDocument/2006/relationships/hyperlink" Target="https://www.capitalfm.com/news/tv-film/big-brother/uk-frankie-taber-bisexual-sexuality/?utm_source=openai" TargetMode="External"/><Relationship Id="rId18" Type="http://schemas.openxmlformats.org/officeDocument/2006/relationships/hyperlink" Target="https://www.gaydio.co.uk/uk/whats-new/news/gaydio-news/big-brother-housemate-frankie-comes-out-as-bisexual-in-tearful-diary-room-confession/?utm_source=openai" TargetMode="External"/><Relationship Id="rId19" Type="http://schemas.openxmlformats.org/officeDocument/2006/relationships/hyperlink" Target="https://gayexpress.co.nz/2026/09/ive-been-in-pain-for-so-long-big-brothers-frankie-comes-out-as-bisexual/?utm_source=openai" TargetMode="External"/><Relationship Id="rId20" Type="http://schemas.openxmlformats.org/officeDocument/2006/relationships/hyperlink" Target="https://www.tyla.com/entertainment/tv-and-film/frankie-taber-big-brother-comes-out-bisexual-361453-20260916?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