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things to do at Rainbow in the Outback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to Broken Hill for Rainbow in the Outback, a seven-day celebration of drag, music, art, film and queer culture from 21 to 27 September 2026. With free events, late-night cabaret and family-friendly fun beneath the desert sky, the festival offers a colourful reason to explore regional New South Wales.</w:t>
      </w:r>
      <w:r/>
    </w:p>
    <w:p>
      <w:pPr>
        <w:pStyle w:val="Heading2"/>
      </w:pPr>
      <w:r>
        <w:t>Essential Takeaways</w:t>
      </w:r>
      <w:r/>
      <w:r/>
    </w:p>
    <w:p>
      <w:pPr>
        <w:pStyle w:val="ListBullet"/>
        <w:spacing w:line="240" w:lineRule="auto"/>
        <w:ind w:left="720"/>
      </w:pPr>
      <w:r/>
      <w:r>
        <w:rPr>
          <w:b/>
        </w:rPr>
        <w:t>A full week of events:</w:t>
      </w:r>
      <w:r>
        <w:t xml:space="preserve"> Rainbow in the Outback runs from 21 to 27 September 2026 across Broken Hill.</w:t>
      </w:r>
      <w:r/>
    </w:p>
    <w:p>
      <w:pPr>
        <w:pStyle w:val="ListBullet"/>
        <w:spacing w:line="240" w:lineRule="auto"/>
        <w:ind w:left="720"/>
      </w:pPr>
      <w:r/>
      <w:r>
        <w:rPr>
          <w:b/>
        </w:rPr>
        <w:t>Plenty of variety:</w:t>
      </w:r>
      <w:r>
        <w:t xml:space="preserve"> Expect drag, cabaret, live music, film, visual art, burlesque, circus and open-mic performances.</w:t>
      </w:r>
      <w:r/>
    </w:p>
    <w:p>
      <w:pPr>
        <w:pStyle w:val="ListBullet"/>
        <w:spacing w:line="240" w:lineRule="auto"/>
        <w:ind w:left="720"/>
      </w:pPr>
      <w:r/>
      <w:r>
        <w:rPr>
          <w:b/>
        </w:rPr>
        <w:t>Free options included:</w:t>
      </w:r>
      <w:r>
        <w:t xml:space="preserve"> The queer art exhibition, Drag Bingo and several community events make it possible to join without a huge budget.</w:t>
      </w:r>
      <w:r/>
    </w:p>
    <w:p>
      <w:pPr>
        <w:pStyle w:val="ListBullet"/>
        <w:spacing w:line="240" w:lineRule="auto"/>
        <w:ind w:left="720"/>
      </w:pPr>
      <w:r/>
      <w:r>
        <w:rPr>
          <w:b/>
        </w:rPr>
        <w:t>Big weekend energy:</w:t>
      </w:r>
      <w:r>
        <w:t xml:space="preserve"> Gather &amp; Glow and Shine Bright bring the headline performances, dancing and late-night entertainment.</w:t>
      </w:r>
      <w:r/>
    </w:p>
    <w:p>
      <w:pPr>
        <w:pStyle w:val="ListBullet"/>
        <w:spacing w:line="240" w:lineRule="auto"/>
        <w:ind w:left="720"/>
      </w:pPr>
      <w:r/>
      <w:r>
        <w:rPr>
          <w:b/>
        </w:rPr>
        <w:t>A gentler finale:</w:t>
      </w:r>
      <w:r>
        <w:t xml:space="preserve"> Sunday’s Big Gay Wind Down Market adds food, stalls, music and Drag Queen Story Time for a more relaxed finish.</w:t>
      </w:r>
      <w:r/>
      <w:r/>
    </w:p>
    <w:p>
      <w:pPr>
        <w:pStyle w:val="Heading2"/>
      </w:pPr>
      <w:r>
        <w:t>Broken Hill is ready for a week of colour</w:t>
      </w:r>
      <w:r/>
    </w:p>
    <w:p>
      <w:r/>
      <w:r>
        <w:t>Broken Hill will swap its famous red earth for a generous helping of glitter when Rainbow in the Outback returns in September 2026. The festival spreads across the Silver City, bringing LGBTQIA+ performers, locals, visitors and allies together for a packed programme with plenty of personality.</w:t>
      </w:r>
      <w:r/>
    </w:p>
    <w:p>
      <w:r/>
      <w:r>
        <w:t>According to the festival’s organisers, the event is designed as more than a run of entertaining nights out. It creates a visible, welcoming space for regional queer communities, which matters enormously in places where events of this scale can feel rare. The setting only adds to the atmosphere: big skies, warm desert light and a little camp sparkle make a memorable combination.</w:t>
      </w:r>
      <w:r/>
    </w:p>
    <w:p>
      <w:pPr>
        <w:pStyle w:val="Heading2"/>
      </w:pPr>
      <w:r>
        <w:t>Start with art, films and a little friendly chaos</w:t>
      </w:r>
      <w:r/>
    </w:p>
    <w:p>
      <w:r/>
      <w:r>
        <w:t>The week opens with a free Queer Art Exhibition at the Albert Kersten Mining and Minerals Museum. Running from 21 September to 6 November, it gives LGBTQIA+ artists and allies a prominent space to share work, and it could be an easy first stop for visitors settling into town.</w:t>
      </w:r>
      <w:r/>
    </w:p>
    <w:p>
      <w:r/>
      <w:r>
        <w:t>Tuesday brings Drag Bingo at the Broken Hill Pub, where Shelita Buffet and Amanda Screetly are set to add theatrical flair to the familiar bingo format. On Wednesday, the Silver City Cinema turns its attention to LGBTQIA+ short films, offering a quieter but equally engaging change of pace.</w:t>
      </w:r>
      <w:r/>
    </w:p>
    <w:p>
      <w:r/>
      <w:r>
        <w:t>Thursday is built for choosing your own adventure. Dangles &amp; Daiquiris combines jewellery-making with cocktails, while Slag Heap Projects hosts an intimate sapphic blues performance from Jess Parker. In other words, whether you fancy making something sparkly or simply sitting back with music, there’s no shortage of options.</w:t>
      </w:r>
      <w:r/>
    </w:p>
    <w:p>
      <w:pPr>
        <w:pStyle w:val="Heading2"/>
      </w:pPr>
      <w:r>
        <w:t>The weekend brings the biggest performances</w:t>
      </w:r>
      <w:r/>
    </w:p>
    <w:p>
      <w:r/>
      <w:r>
        <w:t>Friday’s Gather &amp; Glow at The Old Brewery is where the festival’s energy really starts to rise. The programme brings together live music, drag, burlesque and circus-inspired performance, with Art Simone, Tro, Shelita Buffet, Freddie Merkin, Amanda Screetly, Dorian Courtisan and DJ Cliterally among the announced names.</w:t>
      </w:r>
      <w:r/>
    </w:p>
    <w:p>
      <w:r/>
      <w:r>
        <w:t>The event’s mix of styles should appeal to both seasoned festival-goers and curious first-timers. Details listed for the gathering point to a lively night rather than a single-format show, so expect quick changes, bold costumes and the kind of room where the audience becomes part of the atmosphere.</w:t>
      </w:r>
      <w:r/>
    </w:p>
    <w:p>
      <w:pPr>
        <w:pStyle w:val="Heading2"/>
      </w:pPr>
      <w:r>
        <w:t>How to plan Shine Bright without missing out</w:t>
      </w:r>
      <w:r/>
    </w:p>
    <w:p>
      <w:r/>
      <w:r>
        <w:t>Saturday is the festival’s main event, with daytime performances leading into Shine Bright, its largest party. Cassy Judy’s Queer Singalong and Choking Hazard’s Brat Race open-mic event offer low-pressure ways to join in before the evening programme takes over.</w:t>
      </w:r>
      <w:r/>
    </w:p>
    <w:p>
      <w:r/>
      <w:r>
        <w:t>Later, Art Simone, Tro, Fembot XYZ, Zain Mitchlan and Krayola are among the performers scheduled for cabaret, burlesque, drag and circus acts. DJ EK and DJ Cliterally are also set to keep the dance floor moving until 2am, so comfortable shoes are less a suggestion than a survival strategy.</w:t>
      </w:r>
      <w:r/>
    </w:p>
    <w:p>
      <w:r/>
      <w:r>
        <w:t>If you’re travelling in for the festival, book accommodation and transport early, particularly if you want to stay close to the central venues. It’s also worth checking the official programme before heading out, as event times, ticket arrangements and venue details can change.</w:t>
      </w:r>
      <w:r/>
    </w:p>
    <w:p>
      <w:pPr>
        <w:pStyle w:val="Heading2"/>
      </w:pPr>
      <w:r>
        <w:t>Sunday offers a softer landing</w:t>
      </w:r>
      <w:r/>
    </w:p>
    <w:p>
      <w:r/>
      <w:r>
        <w:t>After Saturday’s late finish, the Big Gay Wind Down Market provides a more relaxed way to close the week. Visitors can browse stalls, find food and drinks, listen to live music and catch more performances without needing to commit to another full night of dancing.</w:t>
      </w:r>
      <w:r/>
    </w:p>
    <w:p>
      <w:r/>
      <w:r>
        <w:t>The event also includes Drag Queen Story Time with Amanda Screetly, giving families a welcoming option within the wider festival. That balance is one of Rainbow in the Outback’s strengths: it can be loud, cheeky and gloriously theatrical, but it also leaves room for conversation, community and a slower afternoon.</w:t>
      </w:r>
      <w:r/>
    </w:p>
    <w:p>
      <w:r/>
      <w:r>
        <w:t>For regional queer audiences, that sense of belonging may be the most important part of the programme. As organisers have indicated, visibility in remote areas can be powerful. A week like this gives people a chance to be seen, meet others and enjoy themselves without having to explain why that matters.</w:t>
      </w:r>
      <w:r/>
    </w:p>
    <w:p>
      <w:r/>
      <w:r>
        <w:t>Rainbow in the Outback is a bright, welcoming reason to discover Broken Hill in 2026.</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4">
        <w:r>
          <w:rPr>
            <w:color w:val="0000EE"/>
            <w:u w:val="single"/>
          </w:rPr>
          <w:t>[6]</w:t>
        </w:r>
      </w:hyperlink>
      <w:r>
        <w:t xml:space="preserve">, </w:t>
      </w:r>
      <w:hyperlink r:id="rId13">
        <w:r>
          <w:rPr>
            <w:color w:val="0000EE"/>
            <w:u w:val="single"/>
          </w:rPr>
          <w:t>[7]</w:t>
        </w:r>
      </w:hyperlink>
      <w:r>
        <w:t xml:space="preserve">- Paragraph 7: </w:t>
      </w:r>
      <w:hyperlink r:id="rId15">
        <w:r>
          <w:rPr>
            <w:color w:val="0000EE"/>
            <w:u w:val="single"/>
          </w:rPr>
          <w:t>[5]</w:t>
        </w:r>
      </w:hyperlink>
      <w:r>
        <w:t xml:space="preserve">, </w:t>
      </w:r>
      <w:hyperlink r:id="rId10">
        <w:r>
          <w:rPr>
            <w:color w:val="0000EE"/>
            <w:u w:val="single"/>
          </w:rPr>
          <w:t>[2]</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5">
        <w:r>
          <w:rPr>
            <w:color w:val="0000EE"/>
            <w:u w:val="single"/>
          </w:rPr>
          <w:t>[5]</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5">
        <w:r>
          <w:rPr>
            <w:color w:val="0000EE"/>
            <w:u w:val="single"/>
          </w:rPr>
          <w:t>[5]</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2">
        <w:r>
          <w:rPr>
            <w:color w:val="0000EE"/>
            <w:u w:val="single"/>
          </w:rPr>
          <w:t>[3]</w:t>
        </w:r>
      </w:hyperlink>
      <w:r>
        <w:t xml:space="preserve">, </w:t>
      </w:r>
      <w:hyperlink r:id="rId13">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2">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https://www.starobserver.com.au/news/red-dirt-glitter-heres-what-to-see-do-at-rainbow-in-the-outback-2026/244093</w:t>
        </w:r>
      </w:hyperlink>
      <w:r>
        <w:t xml:space="preserve"> - Please view link - unable to able to access data</w:t>
      </w:r>
      <w:r/>
    </w:p>
    <w:p>
      <w:pPr>
        <w:pStyle w:val="ListNumber"/>
        <w:spacing w:line="240" w:lineRule="auto"/>
        <w:ind w:left="720"/>
      </w:pPr>
      <w:r/>
      <w:hyperlink r:id="rId10">
        <w:r>
          <w:rPr>
            <w:color w:val="0000EE"/>
            <w:u w:val="single"/>
          </w:rPr>
          <w:t>https://www.rainbowintheoutback.com/</w:t>
        </w:r>
      </w:hyperlink>
      <w:r>
        <w:t xml:space="preserve"> - Rainbow in the Outback is a community-driven festival in Broken Hill, New South Wales, celebrating LGBTQIA+ pride and visibility. The 2026 festival runs from 21 to 27 September, featuring events like the Queer Art Exhibition, Drag Bingo, Queer Short Films, and performances by artists such as Art Simone and Jess Parker. The festival aims to provide a space for regional queer communities to express themselves authentically and fosters inclusivity and connection.</w:t>
      </w:r>
      <w:r/>
    </w:p>
    <w:p>
      <w:pPr>
        <w:pStyle w:val="ListNumber"/>
        <w:spacing w:line="240" w:lineRule="auto"/>
        <w:ind w:left="720"/>
      </w:pPr>
      <w:r/>
      <w:hyperlink r:id="rId12">
        <w:r>
          <w:rPr>
            <w:color w:val="0000EE"/>
            <w:u w:val="single"/>
          </w:rPr>
          <w:t>https://www.rainbowintheoutback.com/about</w:t>
        </w:r>
      </w:hyperlink>
      <w:r>
        <w:t xml:space="preserve"> - Rainbow in the Outback is a regional, community-driven festival based in Broken Hill, Australia, celebrating creativity, identity, and belonging. The festival brings together locals, travellers, artists, producers, and allies for a vibrant weekend of colour, culture, and connection. It blends drag, music, performance, storytelling, and visual art with the unique spirit of the desert, honouring Broken Hill’s legacy as a bold, inclusive, and culturally rich destination.</w:t>
      </w:r>
      <w:r/>
    </w:p>
    <w:p>
      <w:pPr>
        <w:pStyle w:val="ListNumber"/>
        <w:spacing w:line="240" w:lineRule="auto"/>
        <w:ind w:left="720"/>
      </w:pPr>
      <w:r/>
      <w:hyperlink r:id="rId11">
        <w:r>
          <w:rPr>
            <w:color w:val="0000EE"/>
            <w:u w:val="single"/>
          </w:rPr>
          <w:t>https://www.nsw.gov.au/visiting-and-exploring-nsw/nsw-events/rainbow-outback</w:t>
        </w:r>
      </w:hyperlink>
      <w:r>
        <w:t xml:space="preserve"> - Rainbow in the Outback is an event celebrating the LGBTQIA+ community held in Broken Hill, New South Wales. The festival includes a series of fringe events and two main events, featuring queer short films, a rainbow market, live music, drag performances, and DJs. The event is open to tourists and actively welcomes people with access needs, offering facilities such as a bar, café, car park, family-friendly areas, public toilets, restaurant, and shop.</w:t>
      </w:r>
      <w:r/>
    </w:p>
    <w:p>
      <w:pPr>
        <w:pStyle w:val="ListNumber"/>
        <w:spacing w:line="240" w:lineRule="auto"/>
        <w:ind w:left="720"/>
      </w:pPr>
      <w:r/>
      <w:hyperlink r:id="rId15">
        <w:r>
          <w:rPr>
            <w:color w:val="0000EE"/>
            <w:u w:val="single"/>
          </w:rPr>
          <w:t>https://happeningnext.com/event/gather-andamp-glow-friday-night-at-rainbow-in-the-outback-eid1ef0l41i92lr</w:t>
        </w:r>
      </w:hyperlink>
      <w:r>
        <w:t xml:space="preserve"> - Gather &amp; Glow is a colourful Friday night event at Rainbow in the Outback, taking place on 25 September 2026 at 81 Buck Street, Broken Hill. The event features food from various vendors, craft beers, wines, and live music, along with drag, burlesque, and circus-style performances. It offers a warm, relaxed outback evening for attendees to connect and enjoy the festivities under the open sky.</w:t>
      </w:r>
      <w:r/>
    </w:p>
    <w:p>
      <w:pPr>
        <w:pStyle w:val="ListNumber"/>
        <w:spacing w:line="240" w:lineRule="auto"/>
        <w:ind w:left="720"/>
      </w:pPr>
      <w:r/>
      <w:hyperlink r:id="rId14">
        <w:r>
          <w:rPr>
            <w:color w:val="0000EE"/>
            <w:u w:val="single"/>
          </w:rPr>
          <w:t>https://www.brokenhill.nsw.gov.au/Community/Events-Calendar/Drag-Bingo-FREE</w:t>
        </w:r>
      </w:hyperlink>
      <w:r>
        <w:t xml:space="preserve"> - Drag Bingo is a free event hosted by Shelita Buffet and Amanda Screetly, scheduled for Tuesday, 22 September 2026, at 6:30 PM at The Broken Hill Pub. The event promises a night of fun, colour, and sparkle, with fabulous prizes up for grabs. It is an 18+ event, offering a lively and entertaining experience for attendees.</w:t>
      </w:r>
      <w:r/>
    </w:p>
    <w:p>
      <w:pPr>
        <w:pStyle w:val="ListNumber"/>
        <w:spacing w:line="240" w:lineRule="auto"/>
        <w:ind w:left="720"/>
      </w:pPr>
      <w:r/>
      <w:hyperlink r:id="rId13">
        <w:r>
          <w:rPr>
            <w:color w:val="0000EE"/>
            <w:u w:val="single"/>
          </w:rPr>
          <w:t>https://www.abc.net.au/news/2025-09-18/broken-hill-lgbtqia-festival-rainbow-in-the-outback/105782774</w:t>
        </w:r>
      </w:hyperlink>
      <w:r>
        <w:t xml:space="preserve"> - The first-ever Rainbow in the Outback festival was held in Broken Hill, New South Wales, celebrating queer pride in the region. The festival focused on inclusivity and showcased local talent, providing a safe space for the LGBTQIA+ community in rural areas. Organisers announced plans for the event to return in subsequent years, highlighting its significance and impact on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red-dirt-glitter-heres-what-to-see-do-at-rainbow-in-the-outback-2026/244093" TargetMode="External"/><Relationship Id="rId10" Type="http://schemas.openxmlformats.org/officeDocument/2006/relationships/hyperlink" Target="https://www.rainbowintheoutback.com/" TargetMode="External"/><Relationship Id="rId11" Type="http://schemas.openxmlformats.org/officeDocument/2006/relationships/hyperlink" Target="https://www.nsw.gov.au/visiting-and-exploring-nsw/nsw-events/rainbow-outback" TargetMode="External"/><Relationship Id="rId12" Type="http://schemas.openxmlformats.org/officeDocument/2006/relationships/hyperlink" Target="https://www.rainbowintheoutback.com/about" TargetMode="External"/><Relationship Id="rId13" Type="http://schemas.openxmlformats.org/officeDocument/2006/relationships/hyperlink" Target="https://www.abc.net.au/news/2025-09-18/broken-hill-lgbtqia-festival-rainbow-in-the-outback/105782774" TargetMode="External"/><Relationship Id="rId14" Type="http://schemas.openxmlformats.org/officeDocument/2006/relationships/hyperlink" Target="https://www.brokenhill.nsw.gov.au/Community/Events-Calendar/Drag-Bingo-FREE" TargetMode="External"/><Relationship Id="rId15" Type="http://schemas.openxmlformats.org/officeDocument/2006/relationships/hyperlink" Target="https://happeningnext.com/event/gather-andamp-glow-friday-night-at-rainbow-in-the-outback-eid1ef0l41i92l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