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Buy at Dallas Pride Market This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can keep the Pride spirit going in downtown Dallas this Saturday, 26 September, at the free Heart of the City Pride Market. Running from noon to 6pm, the event brings queer artisans, local entrepreneurs and community organisations together for an easygoing afternoon of shopping, stories and support.</w:t>
      </w:r>
      <w:r/>
    </w:p>
    <w:p>
      <w:pPr>
        <w:pStyle w:val="Heading2"/>
      </w:pPr>
      <w:r>
        <w:t>Essential Takeaways</w:t>
      </w:r>
      <w:r/>
      <w:r/>
    </w:p>
    <w:p>
      <w:pPr>
        <w:pStyle w:val="ListBullet"/>
        <w:spacing w:line="240" w:lineRule="auto"/>
        <w:ind w:left="720"/>
      </w:pPr>
      <w:r/>
      <w:r>
        <w:rPr>
          <w:b/>
        </w:rPr>
        <w:t>When:</w:t>
      </w:r>
      <w:r>
        <w:t xml:space="preserve"> Saturday, 26 September, from noon until 6pm.</w:t>
      </w:r>
      <w:r/>
    </w:p>
    <w:p>
      <w:pPr>
        <w:pStyle w:val="ListBullet"/>
        <w:spacing w:line="240" w:lineRule="auto"/>
        <w:ind w:left="720"/>
      </w:pPr>
      <w:r/>
      <w:r>
        <w:rPr>
          <w:b/>
        </w:rPr>
        <w:t>Where:</w:t>
      </w:r>
      <w:r>
        <w:t xml:space="preserve"> Downtown Dallas, at the Heart of the City Pride Market.</w:t>
      </w:r>
      <w:r/>
    </w:p>
    <w:p>
      <w:pPr>
        <w:pStyle w:val="ListBullet"/>
        <w:spacing w:line="240" w:lineRule="auto"/>
        <w:ind w:left="720"/>
      </w:pPr>
      <w:r/>
      <w:r>
        <w:rPr>
          <w:b/>
        </w:rPr>
        <w:t>What to expect:</w:t>
      </w:r>
      <w:r>
        <w:t xml:space="preserve"> Dozens of vendors, makers and LGBTQ+ community organisations.</w:t>
      </w:r>
      <w:r/>
    </w:p>
    <w:p>
      <w:pPr>
        <w:pStyle w:val="ListBullet"/>
        <w:spacing w:line="240" w:lineRule="auto"/>
        <w:ind w:left="720"/>
      </w:pPr>
      <w:r/>
      <w:r>
        <w:rPr>
          <w:b/>
        </w:rPr>
        <w:t>Why go:</w:t>
      </w:r>
      <w:r>
        <w:t xml:space="preserve"> It’s a chance to find distinctive gifts while supporting local queer businesses.</w:t>
      </w:r>
      <w:r/>
    </w:p>
    <w:p>
      <w:pPr>
        <w:pStyle w:val="ListBullet"/>
        <w:spacing w:line="240" w:lineRule="auto"/>
        <w:ind w:left="720"/>
      </w:pPr>
      <w:r/>
      <w:r>
        <w:rPr>
          <w:b/>
        </w:rPr>
        <w:t>Entry:</w:t>
      </w:r>
      <w:r>
        <w:t xml:space="preserve"> Free for visitors, with vendor registration available ahead of the event.</w:t>
      </w:r>
      <w:r/>
      <w:r/>
    </w:p>
    <w:p>
      <w:pPr>
        <w:pStyle w:val="Heading2"/>
      </w:pPr>
      <w:r>
        <w:t>A colourful excuse to shop local</w:t>
      </w:r>
      <w:r/>
    </w:p>
    <w:p>
      <w:r/>
      <w:r>
        <w:t>Dallas has one more rainbow-bright weekend up its sleeve. The Heart of the City Pride Market offers a relaxed way to browse handmade goods, small-business wares and community-led projects, all while keeping money within the local LGBTQ+ economy.</w:t>
      </w:r>
      <w:r/>
    </w:p>
    <w:p>
      <w:r/>
      <w:r>
        <w:t>The market follows Dallas Pride weekend, but the timing feels useful rather than belated. With the festive shopping season beginning to creep into people’s thoughts, visitors can pick up presents with a little more personality than the usual high-street fallback. The Dallas Pride market listing confirms the event’s focus on vendors and community connection.</w:t>
      </w:r>
      <w:r/>
    </w:p>
    <w:p>
      <w:pPr>
        <w:pStyle w:val="Heading2"/>
      </w:pPr>
      <w:r>
        <w:t>What can shoppers expect?</w:t>
      </w:r>
      <w:r/>
    </w:p>
    <w:p>
      <w:r/>
      <w:r>
        <w:t>The exact line-up may vary, but the market is designed around independent vendors, artisans and organisations rather than a single retail brand. That means visitors can expect a mixed table of products, from creative gifts and artwork to items that tell a more personal story.</w:t>
      </w:r>
      <w:r/>
    </w:p>
    <w:p>
      <w:r/>
      <w:r>
        <w:t>That variety is part of the appeal. One stall might offer something sleek and polished, while the next has the charmingly wonky energy of a handmade discovery. Event listings from Happening Next and Gathry both point to the Heart of the City Pride Market taking place on 26 September in Dallas.</w:t>
      </w:r>
      <w:r/>
    </w:p>
    <w:p>
      <w:pPr>
        <w:pStyle w:val="Heading2"/>
      </w:pPr>
      <w:r>
        <w:t>Why queer-owned markets matter</w:t>
      </w:r>
      <w:r/>
    </w:p>
    <w:p>
      <w:r/>
      <w:r>
        <w:t>Shopping at a community market is about more than finding something attractive. It gives small businesses direct access to customers, helps makers test new ideas and creates a visible space for queer entrepreneurs to meet supporters face to face.</w:t>
      </w:r>
      <w:r/>
    </w:p>
    <w:p>
      <w:r/>
      <w:r>
        <w:t>There’s also a welcome human element. Instead of scrolling through anonymous product pages, visitors can ask how something was made, hear the story behind a project and leave with an item that feels connected to a real person. Dallas Pride’s wider programme reflects that same emphasis on LGBTQ+ community, visibility and participation.</w:t>
      </w:r>
      <w:r/>
    </w:p>
    <w:p>
      <w:pPr>
        <w:pStyle w:val="Heading2"/>
      </w:pPr>
      <w:r>
        <w:t>How to make the most of your visit</w:t>
      </w:r>
      <w:r/>
    </w:p>
    <w:p>
      <w:r/>
      <w:r>
        <w:t>Arrive early if you’re hoping to browse calmly, particularly if you’re shopping for several gifts. A tote bag is a sensible addition, as small markets have a habit of filling one’s hands faster than expected. It’s also worth carrying a little patience: popular handmade pieces may be limited, and the best finds won’t necessarily be restocked.</w:t>
      </w:r>
      <w:r/>
    </w:p>
    <w:p>
      <w:r/>
      <w:r>
        <w:t>If you’re buying clothing, jewellery or home goods, check sizing, care instructions and materials before handing over your card. For artwork or fragile pieces, ask vendors how best to transport them. A quick conversation can make the purchase feel more thoughtful, too.</w:t>
      </w:r>
      <w:r/>
    </w:p>
    <w:p>
      <w:pPr>
        <w:pStyle w:val="Heading2"/>
      </w:pPr>
      <w:r>
        <w:t>Vendors still have time to join</w:t>
      </w:r>
      <w:r/>
    </w:p>
    <w:p>
      <w:r/>
      <w:r>
        <w:t>The market isn’t only for shoppers. Vendors who want to take part still have time to reserve a booth, with the registration deadline set for 23 September. That gives local makers and organisations a short window to prepare stock, signage and a clear way for visitors to find them online afterwards.</w:t>
      </w:r>
      <w:r/>
    </w:p>
    <w:p>
      <w:r/>
      <w:r>
        <w:t>For organisers, events like this can turn a single afternoon into lasting visibility. For shoppers, they’re a chance to discover the people behind the products. And for Dallas’s LGBTQ+ community, the market keeps the celebratory atmosphere moving, even after the main Pride weekend has ended.</w:t>
      </w:r>
      <w:r/>
    </w:p>
    <w:p>
      <w:r/>
      <w:r>
        <w:t>It’s a small, cheerful way to shop with purpose in downtown Dallas.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5">
        <w:r>
          <w:rPr>
            <w:color w:val="0000EE"/>
            <w:u w:val="single"/>
          </w:rPr>
          <w:t>[7]</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https://hesaiddallas.com/2026/09/21/buy-and-sell-with-pride-this-weekend-in-downtown-dallas/</w:t>
        </w:r>
      </w:hyperlink>
      <w:r>
        <w:t xml:space="preserve"> - Please view link - unable to able to access data</w:t>
      </w:r>
      <w:r/>
    </w:p>
    <w:p>
      <w:pPr>
        <w:pStyle w:val="ListNumber"/>
        <w:spacing w:line="240" w:lineRule="auto"/>
        <w:ind w:left="720"/>
      </w:pPr>
      <w:r/>
      <w:hyperlink r:id="rId10">
        <w:r>
          <w:rPr>
            <w:color w:val="0000EE"/>
            <w:u w:val="single"/>
          </w:rPr>
          <w:t>https://dallaspride.org/market/</w:t>
        </w:r>
      </w:hyperlink>
      <w:r>
        <w:t xml:space="preserve"> - The Heart of the City Pride Market is scheduled for Saturday, September 26, 2026, from noon to 6:00 pm at Harwood Park, located at 408 S. Harwood, Dallas. This free event is open to all and features a variety of vendors, including arts and crafts, Pride merchandise, and community organizations. Vendor applications are open, with a deadline of September 23. Each 10'x10' vendor space costs $100, and vendors must provide their own tents. Electricity is not available, and gas-powered generators are not permitted. Prepared on-site food is also not allowed.</w:t>
      </w:r>
      <w:r/>
    </w:p>
    <w:p>
      <w:pPr>
        <w:pStyle w:val="ListNumber"/>
        <w:spacing w:line="240" w:lineRule="auto"/>
        <w:ind w:left="720"/>
      </w:pPr>
      <w:r/>
      <w:hyperlink r:id="rId11">
        <w:r>
          <w:rPr>
            <w:color w:val="0000EE"/>
            <w:u w:val="single"/>
          </w:rPr>
          <w:t>https://happeningnext.com/event/heart-of-the-city-pride-market-eid3a0dxawhc5</w:t>
        </w:r>
      </w:hyperlink>
      <w:r>
        <w:t xml:space="preserve"> - The Heart of the City Pride Market is a pop-up event taking place on Saturday, September 26, 2026, from noon to 6:00 pm at Harwood Park, 408 S. Harwood St, Dallas, TX 75201-5604. The market aims to showcase local artisans, crafters, Pride merchandise vendors, and community organizations. Vendor applications are open, with a deadline of September 23. Each 10'x10' vendor space costs $100, and vendors are required to provide their own tents. Electricity is not available, and gas-powered generators or on-site prepared food are not permitted.</w:t>
      </w:r>
      <w:r/>
    </w:p>
    <w:p>
      <w:pPr>
        <w:pStyle w:val="ListNumber"/>
        <w:spacing w:line="240" w:lineRule="auto"/>
        <w:ind w:left="720"/>
      </w:pPr>
      <w:r/>
      <w:hyperlink r:id="rId12">
        <w:r>
          <w:rPr>
            <w:color w:val="0000EE"/>
            <w:u w:val="single"/>
          </w:rPr>
          <w:t>https://gathryapp.com/dallas/dallas-pride/26-09-26/heart-of-the-city-pride-market</w:t>
        </w:r>
      </w:hyperlink>
      <w:r>
        <w:t xml:space="preserve"> - The Heart of the City Pride Market is a fall pop-up vendor market organized by Dallas Pride, scheduled for Saturday, September 26, 2026, from noon to 6:00 pm at Harwood Park, 408 S. Harwood, Dallas. The event is free for all to attend and features a variety of vendors, including arts and crafts, Pride merchandise, and community organizations. Vendor applications are open, with a deadline of September 23. Each 10'x10' vendor space costs $100, and vendors must provide their own tents. Electricity is not available, and gas-powered generators or on-site prepared food are not permitted.</w:t>
      </w:r>
      <w:r/>
    </w:p>
    <w:p>
      <w:pPr>
        <w:pStyle w:val="ListNumber"/>
        <w:spacing w:line="240" w:lineRule="auto"/>
        <w:ind w:left="720"/>
      </w:pPr>
      <w:r/>
      <w:hyperlink r:id="rId13">
        <w:r>
          <w:rPr>
            <w:color w:val="0000EE"/>
            <w:u w:val="single"/>
          </w:rPr>
          <w:t>https://dallaspride.org/</w:t>
        </w:r>
      </w:hyperlink>
      <w:r>
        <w:t xml:space="preserve"> - Dallas Pride is hosting the Heart of the City Pride Market on Saturday, September 26, 2026, from noon to 6:00 pm at Harwood Park, 408 S. Harwood, Dallas. The event is free to attend and features a variety of vendors, including arts and crafts, Pride merchandise, and community organizations. Vendor applications are open, with a deadline of September 23. Each 10'x10' vendor space costs $100, and vendors must provide their own tents. Electricity is not available, and gas-powered generators or on-site prepared food are not permitted.</w:t>
      </w:r>
      <w:r/>
    </w:p>
    <w:p>
      <w:pPr>
        <w:pStyle w:val="ListNumber"/>
        <w:spacing w:line="240" w:lineRule="auto"/>
        <w:ind w:left="720"/>
      </w:pPr>
      <w:r/>
      <w:hyperlink r:id="rId14">
        <w:r>
          <w:rPr>
            <w:color w:val="0000EE"/>
            <w:u w:val="single"/>
          </w:rPr>
          <w:t>https://www.usefestkit.com/events/dallas-pride/heart-of-the-city-pride-market-fall-edition</w:t>
        </w:r>
      </w:hyperlink>
      <w:r>
        <w:t xml:space="preserve"> - The Heart of the City Pride Market - Fall Edition is a vendor pop-up market organized by Dallas Pride, taking place on Saturday, September 26, 2026, at Harwood Park, downtown Dallas. The event is free for all to attend and is perfect for arts and craft vendors, Pride merchandise, pre-packaged food, and community organizations. Limited spaces are available, and vendor applications are open, with a deadline of September 23. Each 10'x10' vendor space costs $100, and vendors must provide their own tents. Electricity is not available, and gas-powered generators or on-site prepared food are not permitted.</w:t>
      </w:r>
      <w:r/>
    </w:p>
    <w:p>
      <w:pPr>
        <w:pStyle w:val="ListNumber"/>
        <w:spacing w:line="240" w:lineRule="auto"/>
        <w:ind w:left="720"/>
      </w:pPr>
      <w:r/>
      <w:hyperlink r:id="rId15">
        <w:r>
          <w:rPr>
            <w:color w:val="0000EE"/>
            <w:u w:val="single"/>
          </w:rPr>
          <w:t>https://www.gayout.com/usa-canada/united-states/dallas/events/heart-of-the-city-pride-market-2026-09-26-3</w:t>
        </w:r>
      </w:hyperlink>
      <w:r>
        <w:t xml:space="preserve"> - The Heart of the City Pride Market is a vibrant community event celebrating local artisans and businesses, scheduled for Saturday, September 26, 2026, at 12:00 PM in Dallas, Texas. The market offers a fantastic opportunity to discover unique crafts, delicious food, and support LGBTQ+-owned enterprises. It's a perfect way to spend a Saturday afternoon, soaking in the local culture and connecting with the community. The event is free to attend, and vendor applications are open, with a deadline of September 23. Each 10'x10' vendor space costs $100, and vendors must provide their own tents. Electricity is not available, and gas-powered generators or on-site prepared food are not permitted.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esaiddallas.com/2026/09/21/buy-and-sell-with-pride-this-weekend-in-downtown-dallas/" TargetMode="External"/><Relationship Id="rId10" Type="http://schemas.openxmlformats.org/officeDocument/2006/relationships/hyperlink" Target="https://dallaspride.org/market/" TargetMode="External"/><Relationship Id="rId11" Type="http://schemas.openxmlformats.org/officeDocument/2006/relationships/hyperlink" Target="https://happeningnext.com/event/heart-of-the-city-pride-market-eid3a0dxawhc5" TargetMode="External"/><Relationship Id="rId12" Type="http://schemas.openxmlformats.org/officeDocument/2006/relationships/hyperlink" Target="https://gathryapp.com/dallas/dallas-pride/26-09-26/heart-of-the-city-pride-market" TargetMode="External"/><Relationship Id="rId13" Type="http://schemas.openxmlformats.org/officeDocument/2006/relationships/hyperlink" Target="https://dallaspride.org/" TargetMode="External"/><Relationship Id="rId14" Type="http://schemas.openxmlformats.org/officeDocument/2006/relationships/hyperlink" Target="https://www.usefestkit.com/events/dallas-pride/heart-of-the-city-pride-market-fall-edition" TargetMode="External"/><Relationship Id="rId15" Type="http://schemas.openxmlformats.org/officeDocument/2006/relationships/hyperlink" Target="https://www.gayout.com/usa-canada/united-states/dallas/events/heart-of-the-city-pride-market-2026-09-2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