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film events in Glasgow for LGBTQ+ cinema lovers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cinephiles and LGBTQ+ audiences are finding a lively new home in Glasgow’s queer film scene, where established festivals and friendly grassroots clubs are creating space for bold stories, local talent and plenty of post-screening chat.</w:t>
      </w:r>
      <w:r/>
    </w:p>
    <w:p>
      <w:pPr>
        <w:pStyle w:val="Heading2"/>
      </w:pPr>
      <w:r>
        <w:t>Essential Takeaways</w:t>
      </w:r>
      <w:r/>
      <w:r/>
    </w:p>
    <w:p>
      <w:pPr>
        <w:pStyle w:val="ListBullet"/>
        <w:spacing w:line="240" w:lineRule="auto"/>
        <w:ind w:left="720"/>
      </w:pPr>
      <w:r/>
      <w:r>
        <w:rPr>
          <w:b/>
        </w:rPr>
        <w:t>SQIFF leads the way:</w:t>
      </w:r>
      <w:r>
        <w:t xml:space="preserve"> The Scottish Queer International Film Festival remains a major fixture in Glasgow’s LGBTQ+ arts calendar.</w:t>
      </w:r>
      <w:r/>
    </w:p>
    <w:p>
      <w:pPr>
        <w:pStyle w:val="ListBullet"/>
        <w:spacing w:line="240" w:lineRule="auto"/>
        <w:ind w:left="720"/>
      </w:pPr>
      <w:r/>
      <w:r>
        <w:rPr>
          <w:b/>
        </w:rPr>
        <w:t>Local filmmaking matters:</w:t>
      </w:r>
      <w:r>
        <w:t xml:space="preserve"> Training, networking and pitch funding are helping queer filmmakers develop work in Scotland.</w:t>
      </w:r>
      <w:r/>
    </w:p>
    <w:p>
      <w:pPr>
        <w:pStyle w:val="ListBullet"/>
        <w:spacing w:line="240" w:lineRule="auto"/>
        <w:ind w:left="720"/>
      </w:pPr>
      <w:r/>
      <w:r>
        <w:rPr>
          <w:b/>
        </w:rPr>
        <w:t>Sapphic cinema has found its audience:</w:t>
      </w:r>
      <w:r>
        <w:t xml:space="preserve"> Sapphic Cinema Club pairs carefully chosen films with an intimate, social atmosphere.</w:t>
      </w:r>
      <w:r/>
    </w:p>
    <w:p>
      <w:pPr>
        <w:pStyle w:val="ListBullet"/>
        <w:spacing w:line="240" w:lineRule="auto"/>
        <w:ind w:left="720"/>
      </w:pPr>
      <w:r/>
      <w:r>
        <w:rPr>
          <w:b/>
        </w:rPr>
        <w:t>Bi representation gets its own spotlight:</w:t>
      </w:r>
      <w:r>
        <w:t xml:space="preserve"> Bi Movies Film Club explores bisexual characters while challenging tired screen stereotypes.</w:t>
      </w:r>
      <w:r/>
    </w:p>
    <w:p>
      <w:pPr>
        <w:pStyle w:val="ListBullet"/>
        <w:spacing w:line="240" w:lineRule="auto"/>
        <w:ind w:left="720"/>
      </w:pPr>
      <w:r/>
      <w:r>
        <w:rPr>
          <w:b/>
        </w:rPr>
        <w:t>Access remains central:</w:t>
      </w:r>
      <w:r>
        <w:t xml:space="preserve"> Affordable tickets, subtitles, content warnings and step-free access help more people take part.</w:t>
      </w:r>
      <w:r/>
      <w:r/>
    </w:p>
    <w:p>
      <w:pPr>
        <w:pStyle w:val="Heading2"/>
      </w:pPr>
      <w:r>
        <w:t>Glasgow’s queer film scene is growing up, and branching out</w:t>
      </w:r>
      <w:r/>
    </w:p>
    <w:p>
      <w:r/>
      <w:r>
        <w:t>The strongest sign of a healthy film culture isn't simply a packed screening. It's seeing audiences return, filmmakers meet collaborators and new clubs appear between festival seasons. In Glasgow, queer cinema now feels less like an occasional event and more like a connected community.</w:t>
      </w:r>
      <w:r/>
    </w:p>
    <w:p>
      <w:r/>
      <w:r>
        <w:t>SQIFF, or the Scottish Queer International Film Festival, is the scene's established anchor. Its programme brings together international features, Scottish shorts, experimental work and conversations that stretch beyond the cinema itself. The festival's official materials show how its remit has expanded from annual screenings into year-round support for filmmakers and audiences.</w:t>
      </w:r>
      <w:r/>
    </w:p>
    <w:p>
      <w:r/>
      <w:r>
        <w:t>That wider role matters. A festival can offer a brilliant few days, but regular groups and development programmes create something more lasting: familiar faces, practical skills and the confidence to make the next film.</w:t>
      </w:r>
      <w:r/>
    </w:p>
    <w:p>
      <w:pPr>
        <w:pStyle w:val="Heading2"/>
      </w:pPr>
      <w:r>
        <w:t>SQIFF gives Scottish filmmakers room to experiment</w:t>
      </w:r>
      <w:r/>
    </w:p>
    <w:p>
      <w:r/>
      <w:r>
        <w:t>SQIFF has increasingly invested in the people behind the screen, with filmmaking groups, training opportunities and funding initiatives designed to help queer creatives move from an idea to a finished project. According to the festival's own information, supporting filmmakers and building a sustainable queer screen culture remain central to its work.</w:t>
      </w:r>
      <w:r/>
    </w:p>
    <w:p>
      <w:r/>
      <w:r>
        <w:t>The approach is refreshingly hands-on. New creators can find collaborators, learn about independent production and share work with audiences already interested in queer storytelling. That can be invaluable in a sector where emerging filmmakers often need community as much as they need equipment.</w:t>
      </w:r>
      <w:r/>
    </w:p>
    <w:p>
      <w:r/>
      <w:r>
        <w:t>Its commitment to access is just as important. Sliding-scale or pay-what-you-can pricing, captions, content information and interpretation can make the difference between an event feeling technically open and genuinely welcoming. For anyone choosing queer film events in Glasgow, it's worth checking the access details before booking, particularly if a venue or format is unfamiliar.</w:t>
      </w:r>
      <w:r/>
    </w:p>
    <w:p>
      <w:pPr>
        <w:pStyle w:val="Heading2"/>
      </w:pPr>
      <w:r>
        <w:t>Sapphic Cinema Club makes film nights feel personal</w:t>
      </w:r>
      <w:r/>
    </w:p>
    <w:p>
      <w:r/>
      <w:r>
        <w:t>Sapphic Cinema Club brings a different energy. Rather than treating queer cinema as a broad label, its programming focuses on films rooted in sapphic lives, histories and artistic perspectives. The result is a sharper curatorial identity, with space for cult favourites, documentaries, archive discoveries and work that rarely receives a mainstream cinema run.</w:t>
      </w:r>
      <w:r/>
    </w:p>
    <w:p>
      <w:r/>
      <w:r>
        <w:t>The club's connection with 16 Collective is part of that appeal. The organisation supports LGBTQIA+ and class-marginalised artists, while its wider programme champions experimental practice and community-led culture. That gives the screenings a creative, informal feel rather than the slightly solemn atmosphere that can sometimes surround specialist cinema.</w:t>
      </w:r>
      <w:r/>
    </w:p>
    <w:p>
      <w:r/>
      <w:r>
        <w:t>For newcomers, this is a useful entry point. You don't need to arrive with a reading list or an encyclopaedic knowledge of lesbian film history. You just need curiosity, and perhaps enough time afterwards for the conversation to continue over a drink.</w:t>
      </w:r>
      <w:r/>
    </w:p>
    <w:p>
      <w:pPr>
        <w:pStyle w:val="Heading2"/>
      </w:pPr>
      <w:r>
        <w:t>Bi Movies Film Club tackles representation with humour</w:t>
      </w:r>
      <w:r/>
    </w:p>
    <w:p>
      <w:r/>
      <w:r>
        <w:t>Bi Movies Film Club fills a particularly visible gap by putting bisexual characters and stories at the centre of its programme. Its selections embrace camp, melodrama, horror and other wonderfully unruly corners of cinema, while also questioning the stereotypes that have shaped bisexual representation for decades.</w:t>
      </w:r>
      <w:r/>
    </w:p>
    <w:p>
      <w:r/>
      <w:r>
        <w:t>That balance is key. A film can be entertaining and still deserve a critical conversation, especially when bisexual characters have too often been presented as deceptive, indecisive or dangerous. By laughing at familiar tropes while examining where they came from, the club turns a screening into something more generous and useful.</w:t>
      </w:r>
      <w:r/>
    </w:p>
    <w:p>
      <w:r/>
      <w:r>
        <w:t>The social side is equally important. Regular events and informal discussion can make an evening feel less like a lecture and more like finding your people. For students arriving in Glasgow, that low-pressure atmosphere may be as valuable as the film itself.</w:t>
      </w:r>
      <w:r/>
    </w:p>
    <w:p>
      <w:pPr>
        <w:pStyle w:val="Heading2"/>
      </w:pPr>
      <w:r>
        <w:t>Why these clubs matter when arts spaces feel precarious</w:t>
      </w:r>
      <w:r/>
    </w:p>
    <w:p>
      <w:r/>
      <w:r>
        <w:t>Glasgow's queer film organisations are operating during a difficult period for arts venues. Rising costs, changing premises and uncertain funding can force small groups to become nomadic, even when audiences are enthusiastic and events sell out.</w:t>
      </w:r>
      <w:r/>
    </w:p>
    <w:p>
      <w:r/>
      <w:r>
        <w:t>That instability makes collaboration especially powerful. Festivals, collectives and film clubs can share audiences, venues, knowledge and creative energy, helping one another build momentum without losing their individual identities. The ecosystem becomes richer when a major festival can sit alongside a tiny themed club or a one-off community screening.</w:t>
      </w:r>
      <w:r/>
    </w:p>
    <w:p>
      <w:r/>
      <w:r>
        <w:t>It also explains why attending matters. Buying a ticket, bringing a friend or joining a mailing list isn't just a personal night out. It helps demonstrate that these spaces have an audience, and that queer cinema deserves a reliable place in Glasgow's cultural life.</w:t>
      </w:r>
      <w:r/>
    </w:p>
    <w:p>
      <w:pPr>
        <w:pStyle w:val="Heading2"/>
      </w:pPr>
      <w:r>
        <w:t>How to find the right queer cinema night</w:t>
      </w:r>
      <w:r/>
    </w:p>
    <w:p>
      <w:r/>
      <w:r>
        <w:t>Start with the format you enjoy. SQIFF is the obvious choice for a broad programme and a festival atmosphere, while Sapphic Cinema Club suits viewers looking for focused curation and intimate discussion. Bi Movies Film Club is ideal if you like camp, complicated representation and a screening that might continue in the pub afterwards.</w:t>
      </w:r>
      <w:r/>
    </w:p>
    <w:p>
      <w:r/>
      <w:r>
        <w:t>Check the practical details before travelling, including venue changes, ticket prices, access information and whether a film contains material you may want to prepare for. Following the organisations online is the simplest way to catch new dates, collaborations and calls for filmmakers.</w:t>
      </w:r>
      <w:r/>
    </w:p>
    <w:p>
      <w:r/>
      <w:r>
        <w:t>Most importantly, go even if you don't consider yourself a film expert. Glasgow's queer screen scene is built around participation, not performance. As any enthusiastic audience member will tell you, your taste in cinema can remain gloriously chaotic.</w:t>
      </w:r>
      <w:r/>
    </w:p>
    <w:p>
      <w:r/>
      <w:r>
        <w:t>Explore the programme that feels most like your kind of night, then stay for the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4">
        <w:r>
          <w:rPr>
            <w:color w:val="0000EE"/>
            <w:u w:val="single"/>
          </w:rPr>
          <w:t>[3]</w:t>
        </w:r>
      </w:hyperlink>
      <w:r>
        <w:t xml:space="preserve">, </w:t>
      </w:r>
      <w:hyperlink r:id="rId12">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4">
        <w:r>
          <w:rPr>
            <w:color w:val="0000EE"/>
            <w:u w:val="single"/>
          </w:rPr>
          <w:t>[3]</w:t>
        </w:r>
      </w:hyperlink>
      <w:r>
        <w:t xml:space="preserve">, </w:t>
      </w:r>
      <w:hyperlink r:id="rId12">
        <w:r>
          <w:rPr>
            <w:color w:val="0000EE"/>
            <w:u w:val="single"/>
          </w:rPr>
          <w:t>[5]</w:t>
        </w:r>
      </w:hyperlink>
      <w:r>
        <w:t xml:space="preserve">- Paragraph 11: </w:t>
      </w:r>
      <w:hyperlink r:id="rId13">
        <w:r>
          <w:rPr>
            <w:color w:val="0000EE"/>
            <w:u w:val="single"/>
          </w:rPr>
          <w:t>[6]</w:t>
        </w:r>
      </w:hyperlink>
      <w:r>
        <w:t xml:space="preserve">, </w:t>
      </w:r>
      <w:hyperlink r:id="rId10">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4">
        <w:r>
          <w:rPr>
            <w:color w:val="0000EE"/>
            <w:u w:val="single"/>
          </w:rPr>
          <w:t>[3]</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[5]</w:t>
        </w:r>
      </w:hyperlink>
      <w:r>
        <w:t xml:space="preserve">- Paragraph 15: </w:t>
      </w:r>
      <w:hyperlink r:id="rId11">
        <w:r>
          <w:rPr>
            <w:color w:val="0000EE"/>
            <w:u w:val="single"/>
          </w:rPr>
          <w:t>[4]</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https://snackmag.co.uk/glasgows-queer-screen-scene-is-in-its-golden-age</w:t>
        </w:r>
      </w:hyperlink>
      <w:r>
        <w:t xml:space="preserve"> - Please view link - unable to able to access data</w:t>
      </w:r>
      <w:r/>
    </w:p>
    <w:p>
      <w:pPr>
        <w:pStyle w:val="ListNumber"/>
        <w:spacing w:line="240" w:lineRule="auto"/>
        <w:ind w:left="720"/>
      </w:pPr>
      <w:r/>
      <w:hyperlink r:id="rId10">
        <w:r>
          <w:rPr>
            <w:color w:val="0000EE"/>
            <w:u w:val="single"/>
          </w:rPr>
          <w:t>https://www.sqiff.org/</w:t>
        </w:r>
      </w:hyperlink>
      <w:r>
        <w:t xml:space="preserve"> - The Scottish Queer International Film Festival (SQIFF) is Scotland's largest and longest-running queer film festival, showcasing diverse queer cinema and uplifting creative voices from the LGBTQIA+ community. Founded in 2015, SQIFF hosts an annual festival in Glasgow and year-round events across Scotland. The 2026 festival is scheduled for 19th-24th October at the Glasgow Film Theatre, featuring a euphoric programme that embraces experimentation and creates new mythologies. The festival includes 27 curated events, over 100 short films, six features, an exhibition, poetry, performances, talks, panels, industry events, a craft fair, and a late-night party. The Scottish Shorts programme presents a diverse range of queer talent from Scotland, with the Best Scottish Short Award chosen by a jury of queer icons, including Tyra More and BAFTA-winner Chez Oteka. Five feature films will have their Scottish premiere at SQIFF 2026, including 'I Am Going to Miss You' directed by Leandro Goddinho. The festival also offers a monthly Queer Filmmakers Group and the SATURATE filmmaking course, providing local queer filmmakers with practical training and networking opportunities. SQIFF is committed to accessibility, offering pay-what-you-can tickets, content warnings, wheelchair access, descriptive subtitling, and BSL interpretation. The festival is supported by various funders and partners, including the BFI Film Audience Network and Film Hub Scotland. For more information and to access the full programme, visit the official SQIFF website.</w:t>
      </w:r>
      <w:r/>
    </w:p>
    <w:p>
      <w:pPr>
        <w:pStyle w:val="ListNumber"/>
        <w:spacing w:line="240" w:lineRule="auto"/>
        <w:ind w:left="720"/>
      </w:pPr>
      <w:r/>
      <w:hyperlink r:id="rId14">
        <w:r>
          <w:rPr>
            <w:color w:val="0000EE"/>
            <w:u w:val="single"/>
          </w:rPr>
          <w:t>https://16collective.org/about/</w:t>
        </w:r>
      </w:hyperlink>
      <w:r>
        <w:t xml:space="preserve"> - 16 Collective is an arts organisation based in Glasgow, dedicated to supporting diverse voices in the arts and culture sector. Their mission is to ensure that arts and culture are made by diverse voices and meet diverse audiences. They focus on including new artists and those from female-identifying, LGBTQ+, and class-marginalised communities in critical discourses, curatorial research, art-historical contexts, public arts commissioning, and writing. Accessibility is at the core of their work, aiming to remove barriers for those experiencing and participating in art. Nancy Holt, a film curator and arts worker based in Glasgow, is one of the curatorial directors of 16 Collective and the curator of Sapphic Cinema Club. She has a background in film exhibition and festival research and works in short film development as part of GMAC’s Little Pictures commissioning scheme. Sapphic Cinema Club was born out of her passion for queer film and her desire to create meaningful cinema events for queer audiences. For more information about 16 Collective and their initiatives, visit their official website.</w:t>
      </w:r>
      <w:r/>
    </w:p>
    <w:p>
      <w:pPr>
        <w:pStyle w:val="ListNumber"/>
        <w:spacing w:line="240" w:lineRule="auto"/>
        <w:ind w:left="720"/>
      </w:pPr>
      <w:r/>
      <w:hyperlink r:id="rId11">
        <w:r>
          <w:rPr>
            <w:color w:val="0000EE"/>
            <w:u w:val="single"/>
          </w:rPr>
          <w:t>https://www.sqiff.org/about-us/</w:t>
        </w:r>
      </w:hyperlink>
      <w:r>
        <w:t xml:space="preserve"> - SQIFF (Scottish Queer International Film Festival) is a charity formed with the aim of showcasing diverse queer cinema and uplifting creative voices from the LGBTQIA+ community in Scotland and beyond. The organisation runs an annual film festival in Glasgow, pop-up and year-round events, and community-focused programmes across Scotland. Founded in 2015 by a group of volunteers passionate about queer storytelling, SQIFF has grown to become one of the largest queer film festivals in the UK and remains the only festival of its kind in Scotland. Each year, SQIFF presents a vibrant and inspiring programme of films from across the world, aiming to facilitate conversations on LGBTQIA+ topics and issues. Community is at the heart of SQIFF, and they have been a champion in creating an accessible festival environment. For more information about SQIFF and their upcoming events, visit their official website.</w:t>
      </w:r>
      <w:r/>
    </w:p>
    <w:p>
      <w:pPr>
        <w:pStyle w:val="ListNumber"/>
        <w:spacing w:line="240" w:lineRule="auto"/>
        <w:ind w:left="720"/>
      </w:pPr>
      <w:r/>
      <w:hyperlink r:id="rId12">
        <w:r>
          <w:rPr>
            <w:color w:val="0000EE"/>
            <w:u w:val="single"/>
          </w:rPr>
          <w:t>https://www.glasgowwestend.co.uk/scottish-queer-international-film-festival-2026/</w:t>
        </w:r>
      </w:hyperlink>
      <w:r>
        <w:t xml:space="preserve"> - The Scottish Queer International Film Festival (SQIFF) returns for its 11th edition from 19th to 24th October 2026 at the Glasgow Film Theatre. The festival presents a euphoric programme that embraces experimentation, plays with expectations, and creates new mythologies. The opening night features the Scottish Shorts programme, showcasing a diverse range of queer talent from Scotland. The festival includes a variety of films, performances, and discussions, with all screenings captioned with BSL. For more information and to access the full programme, visit the Glasgow West End website.</w:t>
      </w:r>
      <w:r/>
    </w:p>
    <w:p>
      <w:pPr>
        <w:pStyle w:val="ListNumber"/>
        <w:spacing w:line="240" w:lineRule="auto"/>
        <w:ind w:left="720"/>
      </w:pPr>
      <w:r/>
      <w:hyperlink r:id="rId13">
        <w:r>
          <w:rPr>
            <w:color w:val="0000EE"/>
            <w:u w:val="single"/>
          </w:rPr>
          <w:t>https://www.culturecalling.com/uk/news/scottish-queer-international-film-festival</w:t>
        </w:r>
      </w:hyperlink>
      <w:r>
        <w:t xml:space="preserve"> - The Scottish Queer International Film Festival (SQIFF) is one of the largest queer film festivals in the UK, returning to take over Glasgow Film Theatre. The 2026 edition presents a euphoric programme, embracing experimentation, playing with expectations, and creating new mythologies. The festival continues its legacy as a platform for showcasing the next generation of LGBTQIA+ filmmakers from Scotland and beyond. In August 2026, SQIFF wrapped its annual queer filmmaking course, SATURATE, a comprehensive and hands-on education of the independent filmmaking process from beginning to end. All nine films made by the cohort of 30 filmmakers will premiere in a specially curated screening at SQIFF 2026. For more information, visit the Culture Calling website.</w:t>
      </w:r>
      <w:r/>
    </w:p>
    <w:p>
      <w:pPr>
        <w:pStyle w:val="ListNumber"/>
        <w:spacing w:line="240" w:lineRule="auto"/>
        <w:ind w:left="720"/>
      </w:pPr>
      <w:r/>
      <w:hyperlink r:id="rId10">
        <w:r>
          <w:rPr>
            <w:color w:val="0000EE"/>
            <w:u w:val="single"/>
          </w:rPr>
          <w:t>https://www.sqiff.org/</w:t>
        </w:r>
      </w:hyperlink>
      <w:r>
        <w:t xml:space="preserve"> - The Scottish Queer International Film Festival (SQIFF) is Scotland's largest and longest-running queer film festival, showcasing diverse queer cinema and uplifting creative voices from the LGBTQIA+ community. Founded in 2015, SQIFF hosts an annual festival in Glasgow and year-round events across Scotland. The 2026 festival is scheduled for 19th-24th October at the Glasgow Film Theatre, featuring a euphoric programme that embraces experimentation and creates new mythologies. The festival includes 27 curated events, over 100 short films, six features, an exhibition, poetry, performances, talks, panels, industry events, a craft fair, and a late-night party. The Scottish Shorts programme presents a diverse range of queer talent from Scotland, with the Best Scottish Short Award chosen by a jury of queer icons, including Tyra More and BAFTA-winner Chez Oteka. Five feature films will have their Scottish premiere at SQIFF 2026, including 'I Am Going to Miss You' directed by Leandro Goddinho. The festival also offers a monthly Queer Filmmakers Group and the SATURATE filmmaking course, providing local queer filmmakers with practical training and networking opportunities. SQIFF is committed to accessibility, offering pay-what-you-can tickets, content warnings, wheelchair access, descriptive subtitling, and BSL interpretation. The festival is supported by various funders and partners, including the BFI Film Audience Network and Film Hub Scotland. For more information and to access the full programme, visit the official SQIFF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nackmag.co.uk/glasgows-queer-screen-scene-is-in-its-golden-age" TargetMode="External"/><Relationship Id="rId10" Type="http://schemas.openxmlformats.org/officeDocument/2006/relationships/hyperlink" Target="https://www.sqiff.org/" TargetMode="External"/><Relationship Id="rId11" Type="http://schemas.openxmlformats.org/officeDocument/2006/relationships/hyperlink" Target="https://www.sqiff.org/about-us/" TargetMode="External"/><Relationship Id="rId12" Type="http://schemas.openxmlformats.org/officeDocument/2006/relationships/hyperlink" Target="https://www.glasgowwestend.co.uk/scottish-queer-international-film-festival-2026/" TargetMode="External"/><Relationship Id="rId13" Type="http://schemas.openxmlformats.org/officeDocument/2006/relationships/hyperlink" Target="https://www.culturecalling.com/uk/news/scottish-queer-international-film-festival" TargetMode="External"/><Relationship Id="rId14" Type="http://schemas.openxmlformats.org/officeDocument/2006/relationships/hyperlink" Target="https://16collective.org/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