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Pride in Dallas Parade Moments Show Community in Full Colour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Thousands of people gathered along Dallas’ Cedar Springs Strip for the latest Pride in Dallas parade, turning a sweltering September afternoon into a vivid celebration of LGBTQ+ identity, local performers and unmistakable community spirit.</w:t>
      </w:r>
      <w:r/>
    </w:p>
    <w:p>
      <w:pPr>
        <w:pStyle w:val="Heading2"/>
      </w:pPr>
      <w:r>
        <w:t>Essential Takeaways</w:t>
      </w:r>
      <w:r/>
      <w:r/>
    </w:p>
    <w:p>
      <w:pPr>
        <w:pStyle w:val="ListBullet"/>
        <w:spacing w:line="240" w:lineRule="auto"/>
        <w:ind w:left="720"/>
      </w:pPr>
      <w:r/>
      <w:r>
        <w:rPr>
          <w:b/>
        </w:rPr>
        <w:t>A long-running tradition:</w:t>
      </w:r>
      <w:r>
        <w:t xml:space="preserve"> Pride in Dallas traces its parade history back to 1972.</w:t>
      </w:r>
      <w:r/>
    </w:p>
    <w:p>
      <w:pPr>
        <w:pStyle w:val="ListBullet"/>
        <w:spacing w:line="240" w:lineRule="auto"/>
        <w:ind w:left="720"/>
      </w:pPr>
      <w:r/>
      <w:r>
        <w:rPr>
          <w:b/>
        </w:rPr>
        <w:t>Oak Lawn was the setting:</w:t>
      </w:r>
      <w:r>
        <w:t xml:space="preserve"> The Cedar Springs Strip once again became the centre of the city’s celebration.</w:t>
      </w:r>
      <w:r/>
    </w:p>
    <w:p>
      <w:pPr>
        <w:pStyle w:val="ListBullet"/>
        <w:spacing w:line="240" w:lineRule="auto"/>
        <w:ind w:left="720"/>
      </w:pPr>
      <w:r/>
      <w:r>
        <w:rPr>
          <w:b/>
        </w:rPr>
        <w:t>Local stars led the way:</w:t>
      </w:r>
      <w:r>
        <w:t xml:space="preserve"> Drag performer Kelexis Davenport served as grand marshal.</w:t>
      </w:r>
      <w:r/>
    </w:p>
    <w:p>
      <w:pPr>
        <w:pStyle w:val="ListBullet"/>
        <w:spacing w:line="240" w:lineRule="auto"/>
        <w:ind w:left="720"/>
      </w:pPr>
      <w:r/>
      <w:r>
        <w:rPr>
          <w:b/>
        </w:rPr>
        <w:t>More than spectacle:</w:t>
      </w:r>
      <w:r>
        <w:t xml:space="preserve"> Floats, hugs and familiar faces gave the parade a warm, neighbourly feel.</w:t>
      </w:r>
      <w:r/>
    </w:p>
    <w:p>
      <w:pPr>
        <w:pStyle w:val="ListBullet"/>
        <w:spacing w:line="240" w:lineRule="auto"/>
        <w:ind w:left="720"/>
      </w:pPr>
      <w:r/>
      <w:r>
        <w:rPr>
          <w:b/>
        </w:rPr>
        <w:t>The weekend had momentum:</w:t>
      </w:r>
      <w:r>
        <w:t xml:space="preserve"> A festival and live music showcase set the tone before Sunday’s procession.</w:t>
      </w:r>
      <w:r/>
      <w:r/>
    </w:p>
    <w:p>
      <w:pPr>
        <w:pStyle w:val="Heading2"/>
      </w:pPr>
      <w:r>
        <w:t>Dallas Pride turned up the colour</w:t>
      </w:r>
      <w:r/>
    </w:p>
    <w:p>
      <w:r/>
      <w:r>
        <w:t>The strongest image from this year’s Pride in Dallas parade is the sheer density of colour. Rainbow flags, trans-coloured beads, glittering costumes and towering wigs transformed Cedar Springs Road into a moving ribbon of celebration, even as the Texas heat pressed down.</w:t>
      </w:r>
      <w:r/>
    </w:p>
    <w:p>
      <w:r/>
      <w:r>
        <w:t>According to Pride in Dallas, the parade is part of a wider programme designed to bring people together through visibility, entertainment and advocacy. That combination matters because Pride here isn't simply a party on the calendar. It's also a public statement that LGBTQ+ people belong in every corner of city life.</w:t>
      </w:r>
      <w:r/>
    </w:p>
    <w:p>
      <w:r/>
      <w:r>
        <w:t>The setting helped. Oak Lawn has long been closely associated with Dallas’ LGBTQ+ community, and the Cedar Springs Strip gave the procession a familiar, walkable stage. Onlookers greeted marchers with cheerful “Happy Pride” calls, while the atmosphere shifted easily between lively spectacle and genuine affection.</w:t>
      </w:r>
      <w:r/>
    </w:p>
    <w:p>
      <w:pPr>
        <w:pStyle w:val="Heading2"/>
      </w:pPr>
      <w:r>
        <w:t>A weekend of music, drag and community</w:t>
      </w:r>
      <w:r/>
    </w:p>
    <w:p>
      <w:r/>
      <w:r>
        <w:t>Sunday’s parade followed the Big D Day Festival, giving the weekend a built-in sense of anticipation. Pride in Dallas’ visitor information encourages attendees to plan around the broader celebration, rather than treating the parade as an isolated event.</w:t>
      </w:r>
      <w:r/>
    </w:p>
    <w:p>
      <w:r/>
      <w:r>
        <w:t>The entertainment line-up added plenty of star power. Pop singer Daya headlined the preceding music showcase, joined by country trio The Cowgays and Dallas performers Cure for Paranoia and Kameron Ross. It was a suitably eclectic mix for a weekend that refuses to fit neatly into one box.</w:t>
      </w:r>
      <w:r/>
    </w:p>
    <w:p>
      <w:r/>
      <w:r>
        <w:t>That build-up matters more than it might seem. By parade day, the neighbourhood already felt immersed in Pride: music in the air, rainbow colours everywhere and crowds ready to cheer. Frankly, after a night of live performance, a little glitter and a few vodka sodas, Sunday was always going to be energetic.</w:t>
      </w:r>
      <w:r/>
    </w:p>
    <w:p>
      <w:pPr>
        <w:pStyle w:val="Heading2"/>
      </w:pPr>
      <w:r>
        <w:t>Kelexis Davenport leads a distinctly Dallas parade</w:t>
      </w:r>
      <w:r/>
    </w:p>
    <w:p>
      <w:r/>
      <w:r>
        <w:t>Grand marshal Kelexis Davenport brought local history and performance flair to the front of the procession. Davenport is a recognised figure in Dallas drag and a member of the Rose Room showgirls at S4, a connection that places the parade firmly within the city’s performance culture.</w:t>
      </w:r>
      <w:r/>
    </w:p>
    <w:p>
      <w:r/>
      <w:r>
        <w:t>Dallas Voice has also highlighted the importance of established drag figures in the city’s evolving LGBTQ+ scene. That makes Davenport’s role feel especially fitting: the parade wasn't only looking ahead, it was celebrating the people who have helped make Dallas nightlife and queer culture visible.</w:t>
      </w:r>
      <w:r/>
    </w:p>
    <w:p>
      <w:r/>
      <w:r>
        <w:t>Behind the grand marshal came a broad cross-section of the city. Business groups, church communities, performers, public officials and costumed participants all shared the same route. One float recreated Oak Lawn United Methodist Church’s Pride-painted steps, while others nodded to the Dallas skyline, leather culture and pup play.</w:t>
      </w:r>
      <w:r/>
    </w:p>
    <w:p>
      <w:pPr>
        <w:pStyle w:val="Heading2"/>
      </w:pPr>
      <w:r>
        <w:t>Why the parade felt personal</w:t>
      </w:r>
      <w:r/>
    </w:p>
    <w:p>
      <w:r/>
      <w:r>
        <w:t>Large public events can sometimes feel distant, but this one had a surprisingly intimate pulse. Marchers broke from the route to greet friends, parents offered free hugs, and spectators reacted with delighted recognition when local performer Mulan Alexander appeared.</w:t>
      </w:r>
      <w:r/>
    </w:p>
    <w:p>
      <w:r/>
      <w:r>
        <w:t>Pride in Dallas presents its celebrations as welcoming spaces for residents, visitors and allies. The parade’s most memorable moments showed what that welcome looks like in practice: not a polished slogan, but a series of small encounters that make people feel seen.</w:t>
      </w:r>
      <w:r/>
    </w:p>
    <w:p>
      <w:r/>
      <w:r>
        <w:t>There was, of course, plenty of protest and political anger in the crowd too. Pride’s history as a movement for rights remains close to the surface, and the parade made room for blunt criticism alongside dancing, confetti and flamboyant costumes. That tension is part of the event’s character. Joy doesn't erase the fight; it gives people the energy to keep showing up.</w:t>
      </w:r>
      <w:r/>
    </w:p>
    <w:p>
      <w:pPr>
        <w:pStyle w:val="Heading2"/>
      </w:pPr>
      <w:r>
        <w:t>What visitors should know before going</w:t>
      </w:r>
      <w:r/>
    </w:p>
    <w:p>
      <w:r/>
      <w:r>
        <w:t>Anyone planning to attend a future Pride in Dallas event should check the organisation’s official parade and visitor information before travelling. Details such as route arrangements, access points, schedules and event guidance can change, particularly in hot weather.</w:t>
      </w:r>
      <w:r/>
    </w:p>
    <w:p>
      <w:r/>
      <w:r>
        <w:t>Comfort is practical, not glamorous, but it makes a difference. Wear light clothing, bring water, apply sunscreen and choose footwear that can handle standing for several hours. Sunglasses may protect your eyes, although they won't necessarily save you from an especially enthusiastic burst of glitter.</w:t>
      </w:r>
      <w:r/>
    </w:p>
    <w:p>
      <w:r/>
      <w:r>
        <w:t>It’s also worth arriving early if you want a clear view or hope to take photographs. The most rewarding moments often happen between the headline attractions: a quick hug, a handmade sign, a friend spotted in the crowd or a performer stopping to acknowledge someone at the roadside.</w:t>
      </w:r>
      <w:r/>
    </w:p>
    <w:p>
      <w:pPr>
        <w:pStyle w:val="Heading2"/>
      </w:pPr>
      <w:r>
        <w:t>A celebration that refuses to shrink</w:t>
      </w:r>
      <w:r/>
    </w:p>
    <w:p>
      <w:r/>
      <w:r>
        <w:t>This year's parade offered a lively reminder that Pride can be both exuberant and purposeful. It delivered the familiar pleasures of floats, music and outrageous outfits, but its deeper strength came from the community connections running underneath.</w:t>
      </w:r>
      <w:r/>
    </w:p>
    <w:p>
      <w:r/>
      <w:r>
        <w:t>Pride in Dallas’ ongoing programme suggests that the city’s celebration will continue to combine entertainment with visibility and solidarity. For attendees, that means more than one colourful afternoon. It’s a chance to return to a place where the welcome feels loud, warm and impossible to miss.</w:t>
      </w:r>
      <w:r/>
    </w:p>
    <w:p>
      <w:r/>
      <w:r>
        <w:t>In the heat, among the wigs and rainbow flags, Dallas made its message very clear: there’s room for everyone.</w:t>
      </w:r>
      <w:r/>
    </w:p>
    <w:p>
      <w:r/>
      <w:r>
        <w:t>Explore future Pride in Dallas events and plan for the full experience.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4">
        <w:r>
          <w:rPr>
            <w:color w:val="0000EE"/>
            <w:u w:val="single"/>
          </w:rPr>
          <w:t>[5]</w:t>
        </w:r>
      </w:hyperlink>
      <w:r>
        <w:t xml:space="preserve">, </w:t>
      </w:r>
      <w:hyperlink r:id="rId13">
        <w:r>
          <w:rPr>
            <w:color w:val="0000EE"/>
            <w:u w:val="single"/>
          </w:rPr>
          <w:t>[6]</w:t>
        </w:r>
      </w:hyperlink>
      <w:r>
        <w:t xml:space="preserve">- Paragraph 5: </w:t>
      </w:r>
      <w:hyperlink r:id="rId12">
        <w:r>
          <w:rPr>
            <w:color w:val="0000EE"/>
            <w:u w:val="single"/>
          </w:rPr>
          <w:t>[4]</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3">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w:t>
      </w:r>
      <w:hyperlink r:id="rId14">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2">
        <w:r>
          <w:rPr>
            <w:color w:val="0000EE"/>
            <w:u w:val="single"/>
          </w:rPr>
          <w:t>[4]</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2">
        <w:r>
          <w:rPr>
            <w:color w:val="0000EE"/>
            <w:u w:val="single"/>
          </w:rPr>
          <w:t>[4]</w:t>
        </w:r>
      </w:hyperlink>
      <w:r>
        <w:t xml:space="preserve">, </w:t>
      </w:r>
      <w:hyperlink r:id="rId13">
        <w:r>
          <w:rPr>
            <w:color w:val="0000EE"/>
            <w:u w:val="single"/>
          </w:rPr>
          <w:t>[6]</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2">
        <w:r>
          <w:rPr>
            <w:color w:val="0000EE"/>
            <w:u w:val="single"/>
          </w:rPr>
          <w:t>[4]</w:t>
        </w:r>
      </w:hyperlink>
      <w:r>
        <w:t xml:space="preserve">, </w:t>
      </w:r>
      <w:hyperlink r:id="rId14">
        <w:r>
          <w:rPr>
            <w:color w:val="0000EE"/>
            <w:u w:val="single"/>
          </w:rPr>
          <w:t>[5]</w:t>
        </w:r>
      </w:hyperlink>
      <w:r>
        <w:t xml:space="preserve">- Paragraph 18: </w:t>
      </w:r>
      <w:hyperlink r:id="rId10">
        <w:r>
          <w:rPr>
            <w:color w:val="0000EE"/>
            <w:u w:val="single"/>
          </w:rPr>
          <w:t>[2]</w:t>
        </w:r>
      </w:hyperlink>
      <w:r>
        <w:t xml:space="preserve">, </w:t>
      </w:r>
      <w:hyperlink r:id="rId11">
        <w:r>
          <w:rPr>
            <w:color w:val="0000EE"/>
            <w:u w:val="single"/>
          </w:rPr>
          <w:t>[3]</w:t>
        </w:r>
      </w:hyperlink>
      <w:r>
        <w:t xml:space="preserve">- Paragraph 19: </w:t>
      </w:r>
      <w:hyperlink r:id="rId12">
        <w:r>
          <w:rPr>
            <w:color w:val="0000EE"/>
            <w:u w:val="single"/>
          </w:rPr>
          <w:t>[4]</w:t>
        </w:r>
      </w:hyperlink>
      <w:r>
        <w:t xml:space="preserve">, </w:t>
      </w:r>
      <w:hyperlink r:id="rId13">
        <w:r>
          <w:rPr>
            <w:color w:val="0000EE"/>
            <w:u w:val="single"/>
          </w:rPr>
          <w:t>[6]</w:t>
        </w:r>
      </w:hyperlink>
      <w:r>
        <w:t xml:space="preserve">- Paragraph 20: </w:t>
      </w:r>
      <w:hyperlink r:id="rId10">
        <w:r>
          <w:rPr>
            <w:color w:val="0000EE"/>
            <w:u w:val="single"/>
          </w:rPr>
          <w:t>[2]</w:t>
        </w:r>
      </w:hyperlink>
      <w:r>
        <w:t xml:space="preserve">, </w:t>
      </w:r>
      <w:hyperlink r:id="rId11">
        <w:r>
          <w:rPr>
            <w:color w:val="0000EE"/>
            <w:u w:val="single"/>
          </w:rPr>
          <w:t>[3]</w:t>
        </w:r>
      </w:hyperlink>
      <w:r>
        <w:t xml:space="preserve">- Paragraph 21: </w:t>
      </w:r>
      <w:hyperlink r:id="rId12">
        <w:r>
          <w:rPr>
            <w:color w:val="0000EE"/>
            <w:u w:val="single"/>
          </w:rPr>
          <w:t>[4]</w:t>
        </w:r>
      </w:hyperlink>
      <w:r>
        <w:t xml:space="preserve">, </w:t>
      </w:r>
      <w:hyperlink r:id="rId15">
        <w:r>
          <w:rPr>
            <w:color w:val="0000EE"/>
            <w:u w:val="single"/>
          </w:rPr>
          <w:t>[7]</w:t>
        </w:r>
      </w:hyperlink>
      <w:r>
        <w:t xml:space="preserve">- Paragraph 22: </w:t>
      </w:r>
      <w:hyperlink r:id="rId10">
        <w:r>
          <w:rPr>
            <w:color w:val="0000EE"/>
            <w:u w:val="single"/>
          </w:rPr>
          <w:t>[2]</w:t>
        </w:r>
      </w:hyperlink>
      <w:r>
        <w:t xml:space="preserve">, </w:t>
      </w:r>
      <w:hyperlink r:id="rId11">
        <w:r>
          <w:rPr>
            <w:color w:val="0000EE"/>
            <w:u w:val="single"/>
          </w:rPr>
          <w:t>[3]</w:t>
        </w:r>
      </w:hyperlink>
      <w:r>
        <w:t xml:space="preserve">- Paragraph 23: </w:t>
      </w:r>
      <w:hyperlink r:id="rId12">
        <w:r>
          <w:rPr>
            <w:color w:val="0000EE"/>
            <w:u w:val="single"/>
          </w:rPr>
          <w:t>[4]</w:t>
        </w:r>
      </w:hyperlink>
      <w:r>
        <w:t xml:space="preserve">, </w:t>
      </w:r>
      <w:hyperlink r:id="rId13">
        <w:r>
          <w:rPr>
            <w:color w:val="0000EE"/>
            <w:u w:val="single"/>
          </w:rPr>
          <w:t>[6]</w:t>
        </w:r>
      </w:hyperlink>
      <w:r>
        <w:t xml:space="preserve">- Paragraph 24: </w:t>
      </w:r>
      <w:hyperlink r:id="rId10">
        <w:r>
          <w:rPr>
            <w:color w:val="0000EE"/>
            <w:u w:val="single"/>
          </w:rPr>
          <w:t>[2]</w:t>
        </w:r>
      </w:hyperlink>
      <w:r>
        <w:t xml:space="preserve">, </w:t>
      </w:r>
      <w:hyperlink r:id="rId11">
        <w:r>
          <w:rPr>
            <w:color w:val="0000EE"/>
            <w:u w:val="single"/>
          </w:rPr>
          <w:t>[3]</w:t>
        </w:r>
      </w:hyperlink>
      <w:r>
        <w:t xml:space="preserve">- Paragraph 25: </w:t>
      </w:r>
      <w:hyperlink r:id="rId12">
        <w:r>
          <w:rPr>
            <w:color w:val="0000EE"/>
            <w:u w:val="single"/>
          </w:rPr>
          <w:t>[4]</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https://www.dallasobserver.com/arts-culture/double-rainbow-photos-from-the-2026-pride-in-dallas-parade-40717010/</w:t>
        </w:r>
      </w:hyperlink>
      <w:r>
        <w:t xml:space="preserve"> - Please view link - unable to able to access data</w:t>
      </w:r>
      <w:r/>
    </w:p>
    <w:p>
      <w:pPr>
        <w:pStyle w:val="ListNumber"/>
        <w:spacing w:line="240" w:lineRule="auto"/>
        <w:ind w:left="720"/>
      </w:pPr>
      <w:r/>
      <w:hyperlink r:id="rId10">
        <w:r>
          <w:rPr>
            <w:color w:val="0000EE"/>
            <w:u w:val="single"/>
          </w:rPr>
          <w:t>https://prideindallas.org/parade/</w:t>
        </w:r>
      </w:hyperlink>
      <w:r>
        <w:t xml:space="preserve"> - The official Pride in Dallas website provides comprehensive details about the annual parade, including its schedule, route, and participation information. The 2026 parade is set to commence at 2:00 PM on Sunday, September 20, 2026, along Cedar Springs Road in Oak Lawn. The event is free and open to all, with Cedar Springs opening at 12:00 PM for attendees. The website also offers live updates and a map of the parade route, ensuring participants and spectators are well-informed about the day's events.</w:t>
      </w:r>
      <w:r/>
    </w:p>
    <w:p>
      <w:pPr>
        <w:pStyle w:val="ListNumber"/>
        <w:spacing w:line="240" w:lineRule="auto"/>
        <w:ind w:left="720"/>
      </w:pPr>
      <w:r/>
      <w:hyperlink r:id="rId11">
        <w:r>
          <w:rPr>
            <w:color w:val="0000EE"/>
            <w:u w:val="single"/>
          </w:rPr>
          <w:t>https://prideindallas.org/visit/</w:t>
        </w:r>
      </w:hyperlink>
      <w:r>
        <w:t xml:space="preserve"> - This page offers essential information for visitors planning to attend the Pride in Dallas parade. It details transportation options, including DART Rail and bus services, parking availability, and rideshare services. The site also highlights accessible viewing areas, ASL interpretation services, and accessible parking locations. Additionally, it provides guidance on accommodations within walking distance of the parade route, ensuring a comfortable experience for all attendees.</w:t>
      </w:r>
      <w:r/>
    </w:p>
    <w:p>
      <w:pPr>
        <w:pStyle w:val="ListNumber"/>
        <w:spacing w:line="240" w:lineRule="auto"/>
        <w:ind w:left="720"/>
      </w:pPr>
      <w:r/>
      <w:hyperlink r:id="rId12">
        <w:r>
          <w:rPr>
            <w:color w:val="0000EE"/>
            <w:u w:val="single"/>
          </w:rPr>
          <w:t>https://prideindallas.org/about/</w:t>
        </w:r>
      </w:hyperlink>
      <w:r>
        <w:t xml:space="preserve"> - The 'About' section of the Pride in Dallas website outlines the organisation's mission and history. Established in 1972, Pride in Dallas is a grassroots 501(c)(3) nonprofit dedicated to celebrating, preserving, and protecting the LGBTQ+ community and its history in Dallas. The page emphasises the organisation's values of inspiring, educating, commemorating, and celebrating, and provides a timeline of significant milestones in Dallas's LGBTQ+ history.</w:t>
      </w:r>
      <w:r/>
    </w:p>
    <w:p>
      <w:pPr>
        <w:pStyle w:val="ListNumber"/>
        <w:spacing w:line="240" w:lineRule="auto"/>
        <w:ind w:left="720"/>
      </w:pPr>
      <w:r/>
      <w:hyperlink r:id="rId14">
        <w:r>
          <w:rPr>
            <w:color w:val="0000EE"/>
            <w:u w:val="single"/>
          </w:rPr>
          <w:t>https://dallasvoice.com/dallas-modern-drag-matriarch-claims-her-next-throne/</w:t>
        </w:r>
      </w:hyperlink>
      <w:r>
        <w:t xml:space="preserve"> - This article from the Dallas Voice profiles Kelexis Davenport, the grand marshal for the 2026 Pride in Dallas parade. Davenport, a longstanding member of the Rose Room cast and matriarch of the Davenport drag family, is celebrated for her decades of drag excellence. The piece delves into her journey, contributions to the Dallas drag scene, and her role in the upcoming parade, highlighting her significance in the community.</w:t>
      </w:r>
      <w:r/>
    </w:p>
    <w:p>
      <w:pPr>
        <w:pStyle w:val="ListNumber"/>
        <w:spacing w:line="240" w:lineRule="auto"/>
        <w:ind w:left="720"/>
      </w:pPr>
      <w:r/>
      <w:hyperlink r:id="rId13">
        <w:r>
          <w:rPr>
            <w:color w:val="0000EE"/>
            <w:u w:val="single"/>
          </w:rPr>
          <w:t>https://dallasvoice.com/prepare-to-celebrate-with-pride/</w:t>
        </w:r>
      </w:hyperlink>
      <w:r>
        <w:t xml:space="preserve"> - This article from the Dallas Voice outlines the events leading up to the 2026 Pride in Dallas celebration. It details the schedule, including a 'meet the parade dignitaries' event on Friday evening, a festival on Saturday, and the main parade on Sunday. The piece also provides logistical information, such as road closures and parking details, ensuring attendees are well-prepared for the festivities.</w:t>
      </w:r>
      <w:r/>
    </w:p>
    <w:p>
      <w:pPr>
        <w:pStyle w:val="ListNumber"/>
        <w:spacing w:line="240" w:lineRule="auto"/>
        <w:ind w:left="720"/>
      </w:pPr>
      <w:r/>
      <w:hyperlink r:id="rId15">
        <w:r>
          <w:rPr>
            <w:color w:val="0000EE"/>
            <w:u w:val="single"/>
          </w:rPr>
          <w:t>https://www.classicchassis.com/events-1/https/pridendallas2026</w:t>
        </w:r>
      </w:hyperlink>
      <w:r>
        <w:t xml:space="preserve"> - The Classic Chassis Car Club of Dallas promotes its participation in the 2026 Pride in Dallas parade. The event is scheduled for Sunday, September 20, 2026, from 2:00 PM to 5:00 PM along Cedar Springs Road in Oak Lawn. The page provides details for participants, including check-in times, attire guidelines, and creative display suggestions for vehicles, encouraging a vibrant and inclusive atmosphere during the parade.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allasobserver.com/arts-culture/double-rainbow-photos-from-the-2026-pride-in-dallas-parade-40717010/" TargetMode="External"/><Relationship Id="rId10" Type="http://schemas.openxmlformats.org/officeDocument/2006/relationships/hyperlink" Target="https://prideindallas.org/parade/" TargetMode="External"/><Relationship Id="rId11" Type="http://schemas.openxmlformats.org/officeDocument/2006/relationships/hyperlink" Target="https://prideindallas.org/visit/" TargetMode="External"/><Relationship Id="rId12" Type="http://schemas.openxmlformats.org/officeDocument/2006/relationships/hyperlink" Target="https://prideindallas.org/about/" TargetMode="External"/><Relationship Id="rId13" Type="http://schemas.openxmlformats.org/officeDocument/2006/relationships/hyperlink" Target="https://dallasvoice.com/prepare-to-celebrate-with-pride/" TargetMode="External"/><Relationship Id="rId14" Type="http://schemas.openxmlformats.org/officeDocument/2006/relationships/hyperlink" Target="https://dallasvoice.com/dallas-modern-drag-matriarch-claims-her-next-throne/" TargetMode="External"/><Relationship Id="rId15" Type="http://schemas.openxmlformats.org/officeDocument/2006/relationships/hyperlink" Target="https://www.classicchassis.com/events-1/https/pridendallas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