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Prague Pride itinerary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turning Prague Pride into a full city break, pairing one of Central Europe’s biggest LGBTQ+ celebrations with castle views, riverside gatherings, Czech food and lively nightlife. With events spread across a week, visitors can build a Prague Pride itinerary that feels joyful without becoming an exhausting dash between venues.</w:t>
      </w:r>
      <w:r/>
    </w:p>
    <w:p>
      <w:pPr>
        <w:pStyle w:val="Heading2"/>
      </w:pPr>
      <w:r>
        <w:t>Essential Takeaways</w:t>
      </w:r>
      <w:r/>
      <w:r/>
    </w:p>
    <w:p>
      <w:pPr>
        <w:pStyle w:val="ListBullet"/>
        <w:spacing w:line="240" w:lineRule="auto"/>
        <w:ind w:left="720"/>
      </w:pPr>
      <w:r/>
      <w:r>
        <w:rPr>
          <w:b/>
        </w:rPr>
        <w:t>It’s a week-long celebration:</w:t>
      </w:r>
      <w:r>
        <w:t xml:space="preserve"> Prague Pride combines the parade with performances, community events, markets, talks and nightlife.</w:t>
      </w:r>
      <w:r/>
    </w:p>
    <w:p>
      <w:pPr>
        <w:pStyle w:val="ListBullet"/>
        <w:spacing w:line="240" w:lineRule="auto"/>
        <w:ind w:left="720"/>
      </w:pPr>
      <w:r/>
      <w:r>
        <w:rPr>
          <w:b/>
        </w:rPr>
        <w:t>Pride Village is a social hub:</w:t>
      </w:r>
      <w:r>
        <w:t xml:space="preserve"> Expect music, food, drinks, stalls and river views in a relaxed daytime setting.</w:t>
      </w:r>
      <w:r/>
    </w:p>
    <w:p>
      <w:pPr>
        <w:pStyle w:val="ListBullet"/>
        <w:spacing w:line="240" w:lineRule="auto"/>
        <w:ind w:left="720"/>
      </w:pPr>
      <w:r/>
      <w:r>
        <w:rPr>
          <w:b/>
        </w:rPr>
        <w:t>The parade is only one highlight:</w:t>
      </w:r>
      <w:r>
        <w:t xml:space="preserve"> Pride Park, cultural events and the wider programme add plenty of choice.</w:t>
      </w:r>
      <w:r/>
    </w:p>
    <w:p>
      <w:pPr>
        <w:pStyle w:val="ListBullet"/>
        <w:spacing w:line="240" w:lineRule="auto"/>
        <w:ind w:left="720"/>
      </w:pPr>
      <w:r/>
      <w:r>
        <w:rPr>
          <w:b/>
        </w:rPr>
        <w:t>Prague rewards slow exploring:</w:t>
      </w:r>
      <w:r>
        <w:t xml:space="preserve"> Castle courtyards, historic squares, gardens and parks fit neatly around festival plans.</w:t>
      </w:r>
      <w:r/>
    </w:p>
    <w:p>
      <w:pPr>
        <w:pStyle w:val="ListBullet"/>
        <w:spacing w:line="240" w:lineRule="auto"/>
        <w:ind w:left="720"/>
      </w:pPr>
      <w:r/>
      <w:r>
        <w:rPr>
          <w:b/>
        </w:rPr>
        <w:t>Check the programme early:</w:t>
      </w:r>
      <w:r>
        <w:t xml:space="preserve"> Official listings can help you avoid clashes and reserve time for the events that matter most.</w:t>
      </w:r>
      <w:r/>
      <w:r/>
    </w:p>
    <w:p>
      <w:pPr>
        <w:pStyle w:val="Heading2"/>
      </w:pPr>
      <w:r>
        <w:t>Prague Pride brings big energy to a historic city</w:t>
      </w:r>
      <w:r/>
    </w:p>
    <w:p>
      <w:r/>
      <w:r>
        <w:t>The strongest impression is the contrast. One moment, you’re looking across Prague’s rooftops from a historic tower; the next, you’re surrounded by music, flags and cheering crowds. Prague Pride turns the Czech capital into a colourful meeting point for local communities, international visitors and curious first-timers.</w:t>
      </w:r>
      <w:r/>
    </w:p>
    <w:p>
      <w:r/>
      <w:r>
        <w:t>The festival has grown well beyond a single street procession. According to Prague Pride’s official information, its programme includes cultural, educational and social events alongside the main celebration, making it easier to shape the week around your own interests.</w:t>
      </w:r>
      <w:r/>
    </w:p>
    <w:p>
      <w:r/>
      <w:r>
        <w:t>That breadth is the real draw. You can spend the morning exploring old streets, pause for a cold Czech beer, then join an evening event without feeling as though you’ve left the city behind.</w:t>
      </w:r>
      <w:r/>
    </w:p>
    <w:p>
      <w:pPr>
        <w:pStyle w:val="Heading2"/>
      </w:pPr>
      <w:r>
        <w:t>What’s happening beyond the main parade?</w:t>
      </w:r>
      <w:r/>
    </w:p>
    <w:p>
      <w:r/>
      <w:r>
        <w:t>The parade is the obvious centrepiece, but it’s not the whole story. Pride Village creates a natural gathering point, with entertainment, food, drinks, community spaces and the kind of easy, open atmosphere that encourages people to linger.</w:t>
      </w:r>
      <w:r/>
    </w:p>
    <w:p>
      <w:r/>
      <w:r>
        <w:t>Pride Park extends the day after the procession, with stages, performances, stalls and places to refuel. The official festival listings are the best place to check locations and programme details, particularly as individual events can vary from year to year.</w:t>
      </w:r>
      <w:r/>
    </w:p>
    <w:p>
      <w:r/>
      <w:r>
        <w:t>There’s also a more reflective side to the festival. Talks, community programming and queer-history events add context to the celebration, while pop-up markets and creative showcases bring attention to local artists and LGBTQ+ businesses. It’s a useful reminder that Pride can be both a party and a way of understanding the place you’re visiting.</w:t>
      </w:r>
      <w:r/>
    </w:p>
    <w:p>
      <w:pPr>
        <w:pStyle w:val="Heading2"/>
      </w:pPr>
      <w:r>
        <w:t>Build sightseeing around your Pride plans</w:t>
      </w:r>
      <w:r/>
    </w:p>
    <w:p>
      <w:r/>
      <w:r>
        <w:t>Prague is unusually convenient for a festival city break because many of its best-known sights are close together. Start with Prague Castle, St Vitus Cathedral and the surrounding Castle District, then take your time descending towards Charles Bridge and the Old Town.</w:t>
      </w:r>
      <w:r/>
    </w:p>
    <w:p>
      <w:r/>
      <w:r>
        <w:t>Vrtba Garden offers a quieter pause when the streets feel busy. Its terraces, clipped greenery and city views provide a welcome change of pace, especially between packed events. Meanwhile, Old Town Square brings grand architecture, the astronomical clock and plenty of cafés for a well-timed break.</w:t>
      </w:r>
      <w:r/>
    </w:p>
    <w:p>
      <w:r/>
      <w:r>
        <w:t>The Jewish Quarter deserves a thoughtful visit, too. Its synagogues and historic cemetery offer an important perspective on Prague’s past, while a river cruise can reveal the city’s bridges and riverside buildings from a calmer angle.</w:t>
      </w:r>
      <w:r/>
    </w:p>
    <w:p>
      <w:r/>
      <w:r>
        <w:t>A practical tip: don’t overfill your schedule. Choose two or three sightseeing anchors, then leave gaps for wandering, food and those wonderfully accidental moments that often become the best travel memories.</w:t>
      </w:r>
      <w:r/>
    </w:p>
    <w:p>
      <w:pPr>
        <w:pStyle w:val="Heading2"/>
      </w:pPr>
      <w:r>
        <w:t>Where food, parks and nightlife fit in</w:t>
      </w:r>
      <w:r/>
    </w:p>
    <w:p>
      <w:r/>
      <w:r>
        <w:t>Czech beer is an easy place to begin, but Prague’s food scene offers more than a quick pint and a plate of dumplings. A tasting experience or guided food tour can introduce regional flavours while giving you a comfortable way to explore between festival events.</w:t>
      </w:r>
      <w:r/>
    </w:p>
    <w:p>
      <w:r/>
      <w:r>
        <w:t>For fresh air, head to Letna Park or Grebovka Park. Both offer space to slow down, take photographs and recover from a late night. A bike tour or short river cruise can add movement without demanding another crowded indoor venue.</w:t>
      </w:r>
      <w:r/>
    </w:p>
    <w:p>
      <w:r/>
      <w:r>
        <w:t>Nightlife naturally becomes part of the Prague Pride experience, with clubs and parties adding a high-energy finish to the day. Still, a little restraint helps. Your future self may thank you when the next morning involves a castle, a walking tour and several thousand parade-goers.</w:t>
      </w:r>
      <w:r/>
    </w:p>
    <w:p>
      <w:r/>
      <w:r>
        <w:t>The official programme is useful for comparing the options. Listings cover a broad mix of cultural, social and community activities, so travellers can choose something lively, thoughtful or somewhere in between.</w:t>
      </w:r>
      <w:r/>
    </w:p>
    <w:p>
      <w:pPr>
        <w:pStyle w:val="Heading2"/>
      </w:pPr>
      <w:r>
        <w:t>How to plan a smoother Prague Pride trip</w:t>
      </w:r>
      <w:r/>
    </w:p>
    <w:p>
      <w:r/>
      <w:r>
        <w:t>A central hotel makes a noticeable difference. Staying near the historic centre or within easy reach of the festival’s main locations means less time navigating late at night and more time enjoying the city. Look for a comfortable base with straightforward public transport links and somewhere peaceful enough to sleep.</w:t>
      </w:r>
      <w:r/>
    </w:p>
    <w:p>
      <w:r/>
      <w:r>
        <w:t>Mobile data is another small detail that becomes important quickly. Maps, last-minute programme changes, meeting points and transport updates are much easier to manage when your phone works as soon as you land. An eSIM can be useful if you’d rather avoid hunting for a physical SIM card during a busy arrival.</w:t>
      </w:r>
      <w:r/>
    </w:p>
    <w:p>
      <w:r/>
      <w:r>
        <w:t>Before travelling, check the official Prague Pride website and programme pages for current dates, venues and accessibility information. Some events may need advance booking, while others are designed as open drop-in gatherings.</w:t>
      </w:r>
      <w:r/>
    </w:p>
    <w:p>
      <w:r/>
      <w:r>
        <w:t>Pack for warm weather, comfortable shoes and long days. A portable fan, refillable water bottle and a light layer for the evening can be surprisingly valuable, particularly when the parade and outdoor events coincide with bright summer sunshine.</w:t>
      </w:r>
      <w:r/>
    </w:p>
    <w:p>
      <w:pPr>
        <w:pStyle w:val="Heading2"/>
      </w:pPr>
      <w:r>
        <w:t>Why Prague Pride stays with visitors</w:t>
      </w:r>
      <w:r/>
    </w:p>
    <w:p>
      <w:r/>
      <w:r>
        <w:t>Prague Pride works because it feels woven into the city rather than sealed inside one festival site. Historic landmarks, local food, queer culture, community events and nightlife all sit within the same flexible itinerary.</w:t>
      </w:r>
      <w:r/>
    </w:p>
    <w:p>
      <w:r/>
      <w:r>
        <w:t>The event also offers a useful balance between celebration and perspective. Official programme materials show a festival that reaches beyond entertainment, with spaces for culture, discussion and connection. That gives the week more substance without taking away its sparkle.</w:t>
      </w:r>
      <w:r/>
    </w:p>
    <w:p>
      <w:r/>
      <w:r>
        <w:t>For LGBTQ+ travellers, couples, friends or anyone looking for a welcoming European city break, Prague is a compelling choice. The parade may provide the headline moment, but the wider city supplies the atmosphere, stories and breathing space around it.</w:t>
      </w:r>
      <w:r/>
    </w:p>
    <w:p>
      <w:r/>
      <w:r>
        <w:t>Choose a few must-see events, leave room to wander and let Prague do some of the planning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[3]</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3">
        <w:r>
          <w:rPr>
            <w:color w:val="0000EE"/>
            <w:u w:val="single"/>
          </w:rPr>
          <w:t>[3]</w:t>
        </w:r>
      </w:hyperlink>
      <w:r>
        <w:t xml:space="preserve">, </w:t>
      </w:r>
      <w:hyperlink r:id="rId11">
        <w:r>
          <w:rPr>
            <w:color w:val="0000EE"/>
            <w:u w:val="single"/>
          </w:rPr>
          <w:t>[5]</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1">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2">
        <w:r>
          <w:rPr>
            <w:color w:val="0000EE"/>
            <w:u w:val="single"/>
          </w:rPr>
          <w:t>[4]</w:t>
        </w:r>
      </w:hyperlink>
      <w:r>
        <w:t xml:space="preserve">, </w:t>
      </w:r>
      <w:hyperlink r:id="rId11">
        <w:r>
          <w:rPr>
            <w:color w:val="0000EE"/>
            <w:u w:val="single"/>
          </w:rPr>
          <w:t>[5]</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3">
        <w:r>
          <w:rPr>
            <w:color w:val="0000EE"/>
            <w:u w:val="single"/>
          </w:rPr>
          <w:t>[3]</w:t>
        </w:r>
      </w:hyperlink>
      <w:r>
        <w:t xml:space="preserve">, </w:t>
      </w:r>
      <w:hyperlink r:id="rId12">
        <w:r>
          <w:rPr>
            <w:color w:val="0000EE"/>
            <w:u w:val="single"/>
          </w:rPr>
          <w:t>[4]</w:t>
        </w:r>
      </w:hyperlink>
      <w:r>
        <w:t xml:space="preserve">- Paragraph 14: </w:t>
      </w:r>
      <w:hyperlink r:id="rId11">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5">
        <w:r>
          <w:rPr>
            <w:color w:val="0000EE"/>
            <w:u w:val="single"/>
          </w:rPr>
          <w:t>[7]</w:t>
        </w:r>
      </w:hyperlink>
      <w:r>
        <w:t xml:space="preserve">- Paragraph 16: </w:t>
      </w:r>
      <w:hyperlink r:id="rId13">
        <w:r>
          <w:rPr>
            <w:color w:val="0000EE"/>
            <w:u w:val="single"/>
          </w:rPr>
          <w:t>[3]</w:t>
        </w:r>
      </w:hyperlink>
      <w:r>
        <w:t xml:space="preserve">, </w:t>
      </w:r>
      <w:hyperlink r:id="rId11">
        <w:r>
          <w:rPr>
            <w:color w:val="0000EE"/>
            <w:u w:val="single"/>
          </w:rPr>
          <w:t>[5]</w:t>
        </w:r>
      </w:hyperlink>
      <w:r>
        <w:t xml:space="preserve">- Paragraph 17: </w:t>
      </w:r>
      <w:hyperlink r:id="rId12">
        <w:r>
          <w:rPr>
            <w:color w:val="0000EE"/>
            <w:u w:val="single"/>
          </w:rPr>
          <w:t>[4]</w:t>
        </w:r>
      </w:hyperlink>
      <w:r>
        <w:t xml:space="preserve">, </w:t>
      </w:r>
      <w:hyperlink r:id="rId14">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[5]</w:t>
        </w:r>
      </w:hyperlink>
      <w:r>
        <w:t xml:space="preserve">- Paragraph 19: </w:t>
      </w:r>
      <w:hyperlink r:id="rId13">
        <w:r>
          <w:rPr>
            <w:color w:val="0000EE"/>
            <w:u w:val="single"/>
          </w:rPr>
          <w:t>[3]</w:t>
        </w:r>
      </w:hyperlink>
      <w:r>
        <w:t xml:space="preserve">, </w:t>
      </w:r>
      <w:hyperlink r:id="rId15">
        <w:r>
          <w:rPr>
            <w:color w:val="0000EE"/>
            <w:u w:val="single"/>
          </w:rPr>
          <w:t>[7]</w:t>
        </w:r>
      </w:hyperlink>
      <w:r>
        <w:t xml:space="preserve">- Paragraph 20: </w:t>
      </w:r>
      <w:hyperlink r:id="rId12">
        <w:r>
          <w:rPr>
            <w:color w:val="0000EE"/>
            <w:u w:val="single"/>
          </w:rPr>
          <w:t>[4]</w:t>
        </w:r>
      </w:hyperlink>
      <w:r>
        <w:t xml:space="preserve">, </w:t>
      </w:r>
      <w:hyperlink r:id="rId11">
        <w:r>
          <w:rPr>
            <w:color w:val="0000EE"/>
            <w:u w:val="single"/>
          </w:rPr>
          <w:t>[5]</w:t>
        </w:r>
      </w:hyperlink>
      <w:r>
        <w:t xml:space="preserve">- Paragraph 21: </w:t>
      </w:r>
      <w:hyperlink r:id="rId10">
        <w:r>
          <w:rPr>
            <w:color w:val="0000EE"/>
            <w:u w:val="single"/>
          </w:rPr>
          <w:t>[2]</w:t>
        </w:r>
      </w:hyperlink>
      <w:r>
        <w:t xml:space="preserve">, </w:t>
      </w:r>
      <w:hyperlink r:id="rId14">
        <w:r>
          <w:rPr>
            <w:color w:val="0000EE"/>
            <w:u w:val="single"/>
          </w:rPr>
          <w:t>[6]</w:t>
        </w:r>
      </w:hyperlink>
      <w:r>
        <w:t xml:space="preserve">- Paragraph 22: </w:t>
      </w:r>
      <w:hyperlink r:id="rId13">
        <w:r>
          <w:rPr>
            <w:color w:val="0000EE"/>
            <w:u w:val="single"/>
          </w:rPr>
          <w:t>[3]</w:t>
        </w:r>
      </w:hyperlink>
      <w:r>
        <w:t xml:space="preserve">, </w:t>
      </w:r>
      <w:hyperlink r:id="rId11">
        <w:r>
          <w:rPr>
            <w:color w:val="0000EE"/>
            <w:u w:val="single"/>
          </w:rPr>
          <w:t>[5]</w:t>
        </w:r>
      </w:hyperlink>
      <w:r>
        <w:t xml:space="preserve">- Paragraph 23: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https://joshrimer.com/prague-pride/</w:t>
        </w:r>
      </w:hyperlink>
      <w:r>
        <w:t xml:space="preserve"> - Please view link - unable to able to access data</w:t>
      </w:r>
      <w:r/>
    </w:p>
    <w:p>
      <w:pPr>
        <w:pStyle w:val="ListNumber"/>
        <w:spacing w:line="240" w:lineRule="auto"/>
        <w:ind w:left="720"/>
      </w:pPr>
      <w:r/>
      <w:hyperlink r:id="rId10">
        <w:r>
          <w:rPr>
            <w:color w:val="0000EE"/>
            <w:u w:val="single"/>
          </w:rPr>
          <w:t>https://www.praguepride.com/en/about-prague-pride/</w:t>
        </w:r>
      </w:hyperlink>
      <w:r>
        <w:t xml:space="preserve"> - Prague Pride is the largest LGBTQ+ organisation in the Czech Republic, aiming to create a respectful and safe environment for LGBTQ+ individuals. They organise the Prague Pride Festival, the country's largest human rights LGBTQ+ festival, and offer online counselling services to assist people of all ages with coming out and discussions on gender identity and orientation. Their mission includes peer-to-peer mentoring and support groups focusing on coming out and for the parents of LGBTQ+ individuals.</w:t>
      </w:r>
      <w:r/>
    </w:p>
    <w:p>
      <w:pPr>
        <w:pStyle w:val="ListNumber"/>
        <w:spacing w:line="240" w:lineRule="auto"/>
        <w:ind w:left="720"/>
      </w:pPr>
      <w:r/>
      <w:hyperlink r:id="rId13">
        <w:r>
          <w:rPr>
            <w:color w:val="0000EE"/>
            <w:u w:val="single"/>
          </w:rPr>
          <w:t>https://festival.praguepride.com/en/lokace/pride-park/</w:t>
        </w:r>
      </w:hyperlink>
      <w:r>
        <w:t xml:space="preserve"> - Pride Park, the grand finale of the Prague Pride Parade, is held on Štvanice Island. The event features five stages packed with music, performances, and talks, including the Green Stage by Event Universe, Orange Stage, Yellow Stage, Purple Stage by Durex, and Pink Stage by Merck. Attendees can enjoy ice-cold drinks, rainbow shopping, and irresistible beats throughout the day. The VIP Zone offers premium facilities and direct access to the front row of the Green Stage.</w:t>
      </w:r>
      <w:r/>
    </w:p>
    <w:p>
      <w:pPr>
        <w:pStyle w:val="ListNumber"/>
        <w:spacing w:line="240" w:lineRule="auto"/>
        <w:ind w:left="720"/>
      </w:pPr>
      <w:r/>
      <w:hyperlink r:id="rId12">
        <w:r>
          <w:rPr>
            <w:color w:val="0000EE"/>
            <w:u w:val="single"/>
          </w:rPr>
          <w:t>https://www.praguepride.com/en/what-do-we-do/qalendar/</w:t>
        </w:r>
      </w:hyperlink>
      <w:r>
        <w:t xml:space="preserve"> - Qalendar is a project by Prague Pride that serves as a rainbow-powered navigation to queer events near you. It guides individuals to various queer events, from legendary parties to cozy community meetups. Event organisers can submit their events to Qalendar to attract a fabulous crowd. The platform aims to bring people together to laugh, dance, feel safe, and feel seen.</w:t>
      </w:r>
      <w:r/>
    </w:p>
    <w:p>
      <w:pPr>
        <w:pStyle w:val="ListNumber"/>
        <w:spacing w:line="240" w:lineRule="auto"/>
        <w:ind w:left="720"/>
      </w:pPr>
      <w:r/>
      <w:hyperlink r:id="rId11">
        <w:r>
          <w:rPr>
            <w:color w:val="0000EE"/>
            <w:u w:val="single"/>
          </w:rPr>
          <w:t>https://www.praguepride.com/en/</w:t>
        </w:r>
      </w:hyperlink>
      <w:r>
        <w:t xml:space="preserve"> - Prague Pride is the largest LGBTQ+ organisation in the Czech Republic, aiming to create a respectful and safe environment for LGBTQ+ individuals. They organise the Prague Pride Festival, the country's largest human rights LGBTQ+ festival, and offer online counselling services to assist people of all ages with coming out and discussions on gender identity and orientation. Their mission includes peer-to-peer mentoring and support groups focusing on coming out and for the parents of LGBTQ+ individuals.</w:t>
      </w:r>
      <w:r/>
    </w:p>
    <w:p>
      <w:pPr>
        <w:pStyle w:val="ListNumber"/>
        <w:spacing w:line="240" w:lineRule="auto"/>
        <w:ind w:left="720"/>
      </w:pPr>
      <w:r/>
      <w:hyperlink r:id="rId14">
        <w:r>
          <w:rPr>
            <w:color w:val="0000EE"/>
            <w:u w:val="single"/>
          </w:rPr>
          <w:t>https://festival.praguepride.com/en/program/karty/</w:t>
        </w:r>
      </w:hyperlink>
      <w:r>
        <w:t xml:space="preserve"> - The Prague Pride Festival offers a diverse programme of events, including talks, community sessions, nightlife, and Pride Park. The festival culminates in the Pride Parade on Saturday, August 8, 2026, with events such as Pride Picnic, Pride Ride 2026, and various exhibitions and workshops. The programme is subject to change, and attendees are encouraged to check the official website for the latest updates.</w:t>
      </w:r>
      <w:r/>
    </w:p>
    <w:p>
      <w:pPr>
        <w:pStyle w:val="ListNumber"/>
        <w:spacing w:line="240" w:lineRule="auto"/>
        <w:ind w:left="720"/>
      </w:pPr>
      <w:r/>
      <w:hyperlink r:id="rId15">
        <w:r>
          <w:rPr>
            <w:color w:val="0000EE"/>
            <w:u w:val="single"/>
          </w:rPr>
          <w:t>https://www.loveczechia.com/events/prague-pride-2026</w:t>
        </w:r>
      </w:hyperlink>
      <w:r>
        <w:t xml:space="preserve"> - Prague Pride 2026 is scheduled from August 3 to August 9, 2026, across multiple city venues, with the parade on Saturday, August 8. The festival includes a week-long city programme, community, culture, and nightlife events. Many community and public events are free, while clubs, performances, and capacity-limited sessions may be ticketed or require registration. Attendees are advised to check individual event listings for language, age, and access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shrimer.com/prague-pride/" TargetMode="External"/><Relationship Id="rId10" Type="http://schemas.openxmlformats.org/officeDocument/2006/relationships/hyperlink" Target="https://www.praguepride.com/en/about-prague-pride/" TargetMode="External"/><Relationship Id="rId11" Type="http://schemas.openxmlformats.org/officeDocument/2006/relationships/hyperlink" Target="https://www.praguepride.com/en/" TargetMode="External"/><Relationship Id="rId12" Type="http://schemas.openxmlformats.org/officeDocument/2006/relationships/hyperlink" Target="https://www.praguepride.com/en/what-do-we-do/qalendar/" TargetMode="External"/><Relationship Id="rId13" Type="http://schemas.openxmlformats.org/officeDocument/2006/relationships/hyperlink" Target="https://festival.praguepride.com/en/lokace/pride-park/" TargetMode="External"/><Relationship Id="rId14" Type="http://schemas.openxmlformats.org/officeDocument/2006/relationships/hyperlink" Target="https://festival.praguepride.com/en/program/karty/" TargetMode="External"/><Relationship Id="rId15" Type="http://schemas.openxmlformats.org/officeDocument/2006/relationships/hyperlink" Target="https://www.loveczechia.com/events/prague-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