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Adult Industry Fundraisers Support Mental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planning a Palm Springs weekend: adult industry performers, fans and allies are gathering for two LGBTQ+-friendly fundraising events in October 2026. The Mx. Pineapple Cabaret and Pineapple Porn Disco Pool Party will raise money for Pineapple Support, helping expand mental health services for people working in the adult industry.</w:t>
      </w:r>
      <w:r/>
    </w:p>
    <w:p>
      <w:pPr>
        <w:pStyle w:val="Heading2"/>
      </w:pPr>
      <w:r>
        <w:t>Essential Takeaways</w:t>
      </w:r>
      <w:r/>
      <w:r/>
    </w:p>
    <w:p>
      <w:pPr>
        <w:pStyle w:val="ListBullet"/>
        <w:spacing w:line="240" w:lineRule="auto"/>
        <w:ind w:left="720"/>
      </w:pPr>
      <w:r/>
      <w:r>
        <w:rPr>
          <w:b/>
        </w:rPr>
        <w:t>Two-event weekend:</w:t>
      </w:r>
      <w:r>
        <w:t xml:space="preserve"> The cabaret takes place on 10 October, followed by the pool party on 11 October.</w:t>
      </w:r>
      <w:r/>
    </w:p>
    <w:p>
      <w:pPr>
        <w:pStyle w:val="ListBullet"/>
        <w:spacing w:line="240" w:lineRule="auto"/>
        <w:ind w:left="720"/>
      </w:pPr>
      <w:r/>
      <w:r>
        <w:rPr>
          <w:b/>
        </w:rPr>
        <w:t>Mental health focus:</w:t>
      </w:r>
      <w:r>
        <w:t xml:space="preserve"> Net proceeds from both events will support Pineapple Support's free and subsidised services.</w:t>
      </w:r>
      <w:r/>
    </w:p>
    <w:p>
      <w:pPr>
        <w:pStyle w:val="ListBullet"/>
        <w:spacing w:line="240" w:lineRule="auto"/>
        <w:ind w:left="720"/>
      </w:pPr>
      <w:r/>
      <w:r>
        <w:rPr>
          <w:b/>
        </w:rPr>
        <w:t>Poolside format:</w:t>
      </w:r>
      <w:r>
        <w:t xml:space="preserve"> The disco party includes cocktails, dancing, mingling and DJ sets at Sonoran.</w:t>
      </w:r>
      <w:r/>
    </w:p>
    <w:p>
      <w:pPr>
        <w:pStyle w:val="ListBullet"/>
        <w:spacing w:line="240" w:lineRule="auto"/>
        <w:ind w:left="720"/>
      </w:pPr>
      <w:r/>
      <w:r>
        <w:rPr>
          <w:b/>
        </w:rPr>
        <w:t>Cabaret highlights:</w:t>
      </w:r>
      <w:r>
        <w:t xml:space="preserve"> Oscar's Palm Springs will host drag, comedy and live performances, including Brian Justin Crum.</w:t>
      </w:r>
      <w:r/>
    </w:p>
    <w:p>
      <w:pPr>
        <w:pStyle w:val="ListBullet"/>
        <w:spacing w:line="240" w:lineRule="auto"/>
        <w:ind w:left="720"/>
      </w:pPr>
      <w:r/>
      <w:r>
        <w:rPr>
          <w:b/>
        </w:rPr>
        <w:t>Tickets vary:</w:t>
      </w:r>
      <w:r>
        <w:t xml:space="preserve"> General admission, VIP access and limited cabanas are available for the pool party.</w:t>
      </w:r>
      <w:r/>
      <w:r/>
    </w:p>
    <w:p>
      <w:pPr>
        <w:pStyle w:val="Heading2"/>
      </w:pPr>
      <w:r>
        <w:t>Palm Springs gets a fundraising weekend with plenty of sparkle</w:t>
      </w:r>
      <w:r/>
    </w:p>
    <w:p>
      <w:r/>
      <w:r>
        <w:t>The strongest draw is the combination of entertainment and a clear cause. On Saturday night, the Mx. Pineapple Cabaret returns to Oscar's Palm Springs, where the room is expected to lean into drag, comedy, music and a celebratory atmosphere rather than a formal charity dinner.</w:t>
      </w:r>
      <w:r/>
    </w:p>
    <w:p>
      <w:r/>
      <w:r>
        <w:t>The following afternoon, the mood shifts outdoors for the Pineapple Porn Disco T-Dance and Pool Party at Sonoran. According to AdultFYI, the Sunday event runs from 1pm to 6pm, with music from DJ Mod Girl and appearances from performers including Ryan Orion, Zac Barrett, Heath Halo, Sean Xavier, Paolo Bruni and Trenton Ducati.</w:t>
      </w:r>
      <w:r/>
    </w:p>
    <w:p>
      <w:pPr>
        <w:pStyle w:val="Heading2"/>
      </w:pPr>
      <w:r>
        <w:t>Why Pineapple Support remains central to the event</w:t>
      </w:r>
      <w:r/>
    </w:p>
    <w:p>
      <w:r/>
      <w:r>
        <w:t>Pineapple Support was founded in 2018 to provide free and subsidised mental health support for adult industry professionals. That makes these fundraisers more than a glamorous weekend fixture: they're designed to channel money into counselling and related services for a community that can face unusual professional, social and financial pressures.</w:t>
      </w:r>
      <w:r/>
    </w:p>
    <w:p>
      <w:r/>
      <w:r>
        <w:t>Industry coverage from XBIZ has highlighted the fundraiser's return to Palm Springs and its continuing focus on mental health. The organisers have also noted that more than 70 percent of Pineapple Support clients identify as LGBTQ+, underlining the importance of an inclusive setting where attendees can relax and show up as themselves.</w:t>
      </w:r>
      <w:r/>
    </w:p>
    <w:p>
      <w:pPr>
        <w:pStyle w:val="Heading2"/>
      </w:pPr>
      <w:r>
        <w:t>Saturday night brings cabaret, drag and live vocals</w:t>
      </w:r>
      <w:r/>
    </w:p>
    <w:p>
      <w:r/>
      <w:r>
        <w:t>The sixth annual Mx. Pineapple Cabaret is scheduled for 10 October at 8pm Pacific time. Sister Roma and Ana Foxxx are set to host, while DJ Chi Chi LaRue will provide the musical backdrop.</w:t>
      </w:r>
      <w:r/>
    </w:p>
    <w:p>
      <w:r/>
      <w:r>
        <w:t>Broadway and America's Got Talent singer Brian Justin Crum headlines the performance programme. Gemini Dai, also known as Dakota Payne, is expected to appear alongside Palm Springs drag performers Ethylina Canne, Vanity Halston and Pippi Lovestocking. According to the organisers, all net proceeds will go to Pineapple Support, while the event itself is free to attend with reserved and VIP options available.</w:t>
      </w:r>
      <w:r/>
    </w:p>
    <w:p>
      <w:pPr>
        <w:pStyle w:val="Heading2"/>
      </w:pPr>
      <w:r>
        <w:t>Sunday's pool party is the more relaxed option</w:t>
      </w:r>
      <w:r/>
    </w:p>
    <w:p>
      <w:r/>
      <w:r>
        <w:t>For anyone who prefers a sunny afternoon to a late-night cabaret, the new Pineapple Porn Disco T-Dance and Pool Party offers a distinctly looser format. Guests can expect cocktails, poolside dancing and a chance to mingle with Falcon|NakedSword stars, with the event running at Sonoran on 11 October.</w:t>
      </w:r>
      <w:r/>
    </w:p>
    <w:p>
      <w:r/>
      <w:r>
        <w:t>Gay Desert Guide lists the party as a ticketed event with general admission, VIP tickets and a small number of VIP cabanas. That tiered approach should suit both casual visitors and guests looking for a more comfortable base, although anyone considering a cabana will want to check availability early.</w:t>
      </w:r>
      <w:r/>
    </w:p>
    <w:p>
      <w:pPr>
        <w:pStyle w:val="Heading2"/>
      </w:pPr>
      <w:r>
        <w:t>A practical guide to planning the weekend</w:t>
      </w:r>
      <w:r/>
    </w:p>
    <w:p>
      <w:r/>
      <w:r>
        <w:t>The simplest plan is to treat the events as complementary rather than choosing between them. Saturday's cabaret is the theatrical, indoor opener, while Sunday's party is brighter, more social and built around music and conversation. Palm Springs can still be warm in October, so poolside guests should bring sun protection, comfortable footwear and a light cover-up for later in the afternoon.</w:t>
      </w:r>
      <w:r/>
    </w:p>
    <w:p>
      <w:r/>
      <w:r>
        <w:t>It's also worth checking the latest ticket details directly with the organisers before travelling, particularly for VIP access and cabana availability. With sponsors including Gilead, Streamate, Flirt4Free, AEBN and several adult entertainment brands, the weekend reflects broad backing from across the industry. That support matters because a good party raises the profile of the cause, but sustained funding is what keeps mental health services available after the music stops.</w:t>
      </w:r>
      <w:r/>
    </w:p>
    <w:p>
      <w:r/>
      <w:r>
        <w:t>A lively Palm Springs weekend is always tempting, but this one gives attendees a useful reason to make the trip: the fun and the fundraising are working together.</w:t>
      </w:r>
      <w:r/>
    </w:p>
    <w:p>
      <w:r/>
      <w:r>
        <w:t>Explore the events that best suit your style, and support mental health services while you're there.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2">
        <w:r>
          <w:rPr>
            <w:color w:val="0000EE"/>
            <w:u w:val="single"/>
          </w:rPr>
          <w:t>[5]</w:t>
        </w:r>
      </w:hyperlink>
      <w:r>
        <w:t xml:space="preserve">, </w:t>
      </w:r>
      <w:hyperlink r:id="rId10">
        <w:r>
          <w:rPr>
            <w:color w:val="0000EE"/>
            <w:u w:val="single"/>
          </w:rPr>
          <w:t>[2]</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https://adultfyi.com/porn-disco-pool-party-added-to-pineapple-fundraising-event-182278/</w:t>
        </w:r>
      </w:hyperlink>
      <w:r>
        <w:t xml:space="preserve"> - Please view link - unable to able to access data</w:t>
      </w:r>
      <w:r/>
    </w:p>
    <w:p>
      <w:pPr>
        <w:pStyle w:val="ListNumber"/>
        <w:spacing w:line="240" w:lineRule="auto"/>
        <w:ind w:left="720"/>
      </w:pPr>
      <w:r/>
      <w:hyperlink r:id="rId10">
        <w:r>
          <w:rPr>
            <w:color w:val="0000EE"/>
            <w:u w:val="single"/>
          </w:rPr>
          <w:t>https://www.adultfyi.com/porn-disco-pool-party-added-to-pineapple-fundraising-event-182278/</w:t>
        </w:r>
      </w:hyperlink>
      <w:r>
        <w:t xml:space="preserve"> - Falcon|NakedSword and Mr. Man are co-presenting two fundraising events in Palm Springs to benefit Pineapple Support, a nonprofit providing mental health services to the adult industry. The events include the sixth annual Mx. Pineapple Cabaret and the newly added Pineapple Porn Disco T-Dance and Pool Party. The Pineapple Porn Disco T-Dance and Pool Party is scheduled for Sunday, October 11, from 1 p.m. to 6 p.m. at Palm Springs’ Sonoran event space. This event will feature Falcon|NakedSword stars, cocktails, mingling, and dancing around the pool, with all proceeds going to Pineapple Support. DJ Mod Girl will provide music for the party. Appearances are confirmed from Falcon|NakedSword exclusive Ryan Orion, headliner Zac Barrett, Heath Halo, Sean Xavier, Paolo Bruni, and Trenton Ducati. General admission tickets, VIP tickets, and limited VIP cabanas are available for purchase. Falcon|NakedSword expressed gratitude to Mr. Man for co-presenting the event and assisting in raising funds for Pineapple Support. A representative noted that over 70 percent of Pineapple Support's clients identify as LGBTQ-plus. The sixth annual Mx. Pineapple Cabaret, hosted by Falcon/NakedSword, returns to Palm Springs, California, on October 10, 2026, at 8 p.m. PDT at Oscar’s Palm Springs. Oscar’s Palm Springs is an LGBTQ+ venue known for hosting drag, cabaret, and comedy events. This event also aims to support mental health services for adult performers, with 100% of net proceeds benefiting Pineapple Support. The Mx. Pineapple Cabaret will be hosted by Falcon/NakedSword Creative Director Sister Roma and Ana Foxxx. DJ Chi Chi LaRue is scheduled to perform. The talent lineup will be headlined by Broadway and “America’s Got Talent” singer Brian Justin Crum. Additional performances are expected from Mx. Pineapple 2022, Gemini Dai, also known as Dakota Payne, and Palm Springs drag queens Ethylina Canne, Vanity Halston, and Pippi Lovestocking. VIP tickets and more details on the free-to-attend event can be found at OscarsPalmSprings.com. Pineapple Support, founded in 2018, provides free and subsidized mental health services to members of the adult industry. One hundred percent of net proceeds from both the Mx. Pineapple Cabaret and the Pineapple Porn Disco T-Dance and Pool Party will be donated directly to Pineapple Support. The 2025 edition of the Mx. Pineapple Cabaret, the fifth annual fundraiser, was held on November 19, 2025, at Oscar's Downtown Palm Springs. That event was hosted by Sister Roma, Ethylina Canne, and Ana Foxxx, and featured DJ Boomer Banks. Performers at the 2025 event included Drew Sebastian, Billy L’Amour, Pippi Lovestocking, Mx. Pineapple 2022 Gemini Dai (Dakota Payne), Miss Sobriety World 2025 Chanelta Couture, and Honey Mahogany. The 2025 Mx. Pineapple Cabaret was free to attend, with limited tickets available for reserved general admission and VIP seating. Sponsors and Industry Support Falcon|NakedSword has extended gratitude to various sponsors for their support of the fundraising efforts. Platinum Sponsors include Gilead, Streammate, Flirt4Free, ASGmax, StockBar, and AEBN. Gold Sponsors include Eight4Nine Restaurant &amp; Lounge, DAP Health, JustFor.fans, Clips4Sale, BelAmi, CockyBoys, Randy Blue, GayVN, Grooby, and Popstar.</w:t>
      </w:r>
      <w:r/>
    </w:p>
    <w:p>
      <w:pPr>
        <w:pStyle w:val="ListNumber"/>
        <w:spacing w:line="240" w:lineRule="auto"/>
        <w:ind w:left="720"/>
      </w:pPr>
      <w:r/>
      <w:hyperlink r:id="rId13">
        <w:r>
          <w:rPr>
            <w:color w:val="0000EE"/>
            <w:u w:val="single"/>
          </w:rPr>
          <w:t>https://www.adultfyi.com/mx-pineapple-mental-health-fundraiser-returns-to-palm-springs/</w:t>
        </w:r>
      </w:hyperlink>
      <w:r>
        <w:t xml:space="preserve"> - The 6th annual Mx. Pineapple Cabaret, hosted by Falcon/NakedSword, returns to Palm Springs on Oct 10, 2026, benefiting Pineapple Support's mental health services for adult performers. Falcon/NakedSword and Mr. Man will present the sixth annual Mx. Pineapple Cabaret in Palm Springs, California, on October 10, 2026. The event aims to support mental health services for adult performers, with 100% of net proceeds benefiting Pineapple Support. The Mx. Pineapple Cabaret will take place at 8 p.m. PDT at Oscar’s Palm Springs, an LGBTQ+ venue known for hosting drag, cabaret, and comedy events. The event will be hosted by Falcon/NakedSword Creative Director Sister Roma and Ana Foxxx. DJ Chi Chi LaRue is scheduled to perform, and the talent lineup will be headlined by Broadway and “America’s Got Talent” singer Brian Justin Crum. Additional performances are expected from Mx. Pineapple 2022, Gemini Dai, also known as Dakota Payne, and Palm Springs drag queens Ethylina Canne, Vanity Halston, and Pippi Lovestocking. VIP tickets and more details on the free-to-attend event can be found at OscarsPalmSprings.com.</w:t>
      </w:r>
      <w:r/>
    </w:p>
    <w:p>
      <w:pPr>
        <w:pStyle w:val="ListNumber"/>
        <w:spacing w:line="240" w:lineRule="auto"/>
        <w:ind w:left="720"/>
      </w:pPr>
      <w:r/>
      <w:hyperlink r:id="rId11">
        <w:r>
          <w:rPr>
            <w:color w:val="0000EE"/>
            <w:u w:val="single"/>
          </w:rPr>
          <w:t>https://www.xbiz.com/news/300761/mx-pineapple-mental-health-fundraiser-returns-to-palm-springs</w:t>
        </w:r>
      </w:hyperlink>
      <w:r>
        <w:t xml:space="preserve"> - Falcon/NakedSword and Mr. Man will present the sixth annual Mx. Pineapple Cabaret in Palm Springs, California, continuing its mission to support mental health services for adult performers. The show will be held Oct. 10 at 8 p.m. (PDT) at Oscar’s Palm Springs, a local LGBTQ+ venue that regularly hosts drag, cabaret, and comedy events. Hosted by Falcon/NakedSword Creative Director Sister Roma and Ana Foxxx, the event will feature DJ Chi Chi LaRue and a talent lineup headlined by Broadway and “America’s Got Talent” singer Brian Justin Crum. The event will also feature performances from Mx. Pineapple 2022, Gemini Dai (aka Dakota Payne), and Palm Springs drag queens Ethylina Canne, Vanity Halston, and Pippi Lovestocking. “The Mx. Pineapple Cabaret is an event we look forward to every year because it’s one of the happiest and most uplifting nights for our community,” said Falcon/NakedSword President and CEO Tim Valenti.</w:t>
      </w:r>
      <w:r/>
    </w:p>
    <w:p>
      <w:pPr>
        <w:pStyle w:val="ListNumber"/>
        <w:spacing w:line="240" w:lineRule="auto"/>
        <w:ind w:left="720"/>
      </w:pPr>
      <w:r/>
      <w:hyperlink r:id="rId12">
        <w:r>
          <w:rPr>
            <w:color w:val="0000EE"/>
            <w:u w:val="single"/>
          </w:rPr>
          <w:t>https://gaydesertguide.com/events/pineapple-prn-disco-t-dance-and-pool-party/</w:t>
        </w:r>
      </w:hyperlink>
      <w:r>
        <w:t xml:space="preserve"> - The Pineapple P*rn Disco T-Dance and Pool Party is scheduled for Sunday, October 11, from 1 p.m. to 6 p.m. at Palm Springs’ Sonoran event space. This event will feature Falcon|NakedSword stars, cocktails, mingling, and dancing around the pool, with all proceeds going to Pineapple Support. DJ Mod Girl will provide music for the party. Appearances are confirmed from Falcon|NakedSword exclusive Ryan Orion, headliner Zac Barrett, Heath Halo, Sean Xavier, Paolo Bruni, and Trenton Ducati.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ultfyi.com/porn-disco-pool-party-added-to-pineapple-fundraising-event-182278/" TargetMode="External"/><Relationship Id="rId10" Type="http://schemas.openxmlformats.org/officeDocument/2006/relationships/hyperlink" Target="https://www.adultfyi.com/porn-disco-pool-party-added-to-pineapple-fundraising-event-182278/" TargetMode="External"/><Relationship Id="rId11" Type="http://schemas.openxmlformats.org/officeDocument/2006/relationships/hyperlink" Target="https://www.xbiz.com/news/300761/mx-pineapple-mental-health-fundraiser-returns-to-palm-springs" TargetMode="External"/><Relationship Id="rId12" Type="http://schemas.openxmlformats.org/officeDocument/2006/relationships/hyperlink" Target="https://gaydesertguide.com/events/pineapple-prn-disco-t-dance-and-pool-party/" TargetMode="External"/><Relationship Id="rId13" Type="http://schemas.openxmlformats.org/officeDocument/2006/relationships/hyperlink" Target="https://www.adultfyi.com/mx-pineapple-mental-health-fundraiser-returns-to-palm-spr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