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Showcase Picks Coming to San Francisco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are getting a carefully curated LGBTQ+ film showcase in San Francisco this autumn, with five awards-season contenders arriving after acclaimed runs at Cannes, Berlinale, Telluride and TIFF. Frameline50's new event pairs major stars, emerging queer talent and classic cinema in an intimate Bay Area programme.</w:t>
      </w:r>
      <w:r/>
    </w:p>
    <w:p>
      <w:pPr>
        <w:pStyle w:val="Heading2"/>
      </w:pPr>
      <w:r>
        <w:t>Essential Takeaways</w:t>
      </w:r>
      <w:r/>
      <w:r/>
    </w:p>
    <w:p>
      <w:pPr>
        <w:pStyle w:val="ListBullet"/>
        <w:spacing w:line="240" w:lineRule="auto"/>
        <w:ind w:left="720"/>
      </w:pPr>
      <w:r/>
      <w:r>
        <w:rPr>
          <w:b/>
        </w:rPr>
        <w:t>Five-film focus:</w:t>
      </w:r>
      <w:r>
        <w:t xml:space="preserve"> The showcase highlights LGBTQ+ talent on screen and behind the camera.</w:t>
      </w:r>
      <w:r/>
    </w:p>
    <w:p>
      <w:pPr>
        <w:pStyle w:val="ListBullet"/>
        <w:spacing w:line="240" w:lineRule="auto"/>
        <w:ind w:left="720"/>
      </w:pPr>
      <w:r/>
      <w:r>
        <w:rPr>
          <w:b/>
        </w:rPr>
        <w:t>Big festival pedigree:</w:t>
      </w:r>
      <w:r>
        <w:t xml:space="preserve"> Several titles have already appeared at leading international festivals.</w:t>
      </w:r>
      <w:r/>
    </w:p>
    <w:p>
      <w:pPr>
        <w:pStyle w:val="ListBullet"/>
        <w:spacing w:line="240" w:lineRule="auto"/>
        <w:ind w:left="720"/>
      </w:pPr>
      <w:r/>
      <w:r>
        <w:rPr>
          <w:b/>
        </w:rPr>
        <w:t>San Francisco venues:</w:t>
      </w:r>
      <w:r>
        <w:t xml:space="preserve"> Screenings will take place at the Castro, Vogue and Premier Theatre.</w:t>
      </w:r>
      <w:r/>
    </w:p>
    <w:p>
      <w:pPr>
        <w:pStyle w:val="ListBullet"/>
        <w:spacing w:line="240" w:lineRule="auto"/>
        <w:ind w:left="720"/>
      </w:pPr>
      <w:r/>
      <w:r>
        <w:rPr>
          <w:b/>
        </w:rPr>
        <w:t>Opening-night sparkle:</w:t>
      </w:r>
      <w:r>
        <w:t xml:space="preserve"> A Dolly Parton tribute leads into a screening of </w:t>
      </w:r>
      <w:r>
        <w:rPr>
          <w:i/>
        </w:rPr>
        <w:t>9 to 5</w:t>
      </w:r>
      <w:r>
        <w:t xml:space="preserve"> with a drag homage.</w:t>
      </w:r>
      <w:r/>
    </w:p>
    <w:p>
      <w:pPr>
        <w:pStyle w:val="ListBullet"/>
        <w:spacing w:line="240" w:lineRule="auto"/>
        <w:ind w:left="720"/>
      </w:pPr>
      <w:r/>
      <w:r>
        <w:rPr>
          <w:b/>
        </w:rPr>
        <w:t>Tickets from $17.50:</w:t>
      </w:r>
      <w:r>
        <w:t xml:space="preserve"> Prices vary by venue and membership tier, with sales available through Frameline.</w:t>
      </w:r>
      <w:r/>
      <w:r/>
    </w:p>
    <w:p>
      <w:pPr>
        <w:pStyle w:val="Heading2"/>
      </w:pPr>
      <w:r>
        <w:t>Frameline's new showcase puts craft centre stage</w:t>
      </w:r>
      <w:r/>
    </w:p>
    <w:p>
      <w:r/>
      <w:r>
        <w:t>After June's 50th-anniversary festival drew around 50,000 people across the Bay Area, Frameline is returning with something more compact and deliberately focused. The Frameline50 Fall Showcase brings five films to San Francisco during October and November, with the emphasis firmly on filmmaking craft and LGBTQ+ representation.</w:t>
      </w:r>
      <w:r/>
    </w:p>
    <w:p>
      <w:r/>
      <w:r>
        <w:t>That smaller scale could be part of the appeal. Rather than attempting to cover every corner of queer cinema, the programme gathers a handful of films that have already attracted attention on the international festival circuit. According to Film Threat, the selection includes work connected with Cannes, Berlinale, Telluride and TIFF.</w:t>
      </w:r>
      <w:r/>
    </w:p>
    <w:p>
      <w:pPr>
        <w:pStyle w:val="Heading2"/>
      </w:pPr>
      <w:r>
        <w:t>Five films, from Lagos to the Belgian front</w:t>
      </w:r>
      <w:r/>
    </w:p>
    <w:p>
      <w:r/>
      <w:r>
        <w:t xml:space="preserve">The programme opens with </w:t>
      </w:r>
      <w:r>
        <w:rPr>
          <w:i/>
        </w:rPr>
        <w:t>Mouse</w:t>
      </w:r>
      <w:r>
        <w:t xml:space="preserve">, a coming-of-age drama from Kelly O'Sullivan and Alex Thompson, the directors of </w:t>
      </w:r>
      <w:r>
        <w:rPr>
          <w:i/>
        </w:rPr>
        <w:t>Ghostlight</w:t>
      </w:r>
      <w:r>
        <w:t>. Sophie Okonedo leads the cast alongside Chloe Coleman and Iman Vellani, giving the film a strong ensemble presence from the outset.</w:t>
      </w:r>
      <w:r/>
    </w:p>
    <w:p>
      <w:r/>
      <w:r>
        <w:t xml:space="preserve">Okonedo also appears in </w:t>
      </w:r>
      <w:r>
        <w:rPr>
          <w:i/>
        </w:rPr>
        <w:t>Clarissa</w:t>
      </w:r>
      <w:r>
        <w:t xml:space="preserve">, a Lagos-set reworking of Virginia Woolf's </w:t>
      </w:r>
      <w:r>
        <w:rPr>
          <w:i/>
        </w:rPr>
        <w:t>Mrs Dalloway</w:t>
      </w:r>
      <w:r>
        <w:t>. David Oyelowo, Ayo Edebiri and Toheeb Jimoh join her in a contemporary interpretation that gives the classic material a fresh geographical and cultural frame. Related coverage has also highlighted the film as one of the showcase's key titles.</w:t>
      </w:r>
      <w:r/>
    </w:p>
    <w:p>
      <w:r/>
      <w:r>
        <w:t xml:space="preserve">Lukas Dhont's </w:t>
      </w:r>
      <w:r>
        <w:rPr>
          <w:i/>
        </w:rPr>
        <w:t>Coward</w:t>
      </w:r>
      <w:r>
        <w:t xml:space="preserve"> shifts the setting to the Belgian front during the First World War. The gay love story follows </w:t>
      </w:r>
      <w:r>
        <w:rPr>
          <w:i/>
        </w:rPr>
        <w:t>Girl</w:t>
      </w:r>
      <w:r>
        <w:t xml:space="preserve"> and </w:t>
      </w:r>
      <w:r>
        <w:rPr>
          <w:i/>
        </w:rPr>
        <w:t>Close</w:t>
      </w:r>
      <w:r>
        <w:t>, and Belgium has selected it as its official Oscar entry, adding a little awards-season intrigue to the San Francisco screening.</w:t>
      </w:r>
      <w:r/>
    </w:p>
    <w:p>
      <w:pPr>
        <w:pStyle w:val="Heading2"/>
      </w:pPr>
      <w:r>
        <w:t>Animation and theatre bring extra texture</w:t>
      </w:r>
      <w:r/>
    </w:p>
    <w:p>
      <w:r/>
      <w:r>
        <w:t xml:space="preserve">Leah Nelson's </w:t>
      </w:r>
      <w:r>
        <w:rPr>
          <w:i/>
        </w:rPr>
        <w:t>Tangles</w:t>
      </w:r>
      <w:r>
        <w:t xml:space="preserve"> adds a different visual language to the lineup. Adapted from Sarah Leavitt's graphic novel, the animated debut features Abbi Jacobson with Julia Louis-Dreyfus, Bryan Cranston and Seth Rogen among its voice cast. It sounds like the kind of film that could appeal equally to animation enthusiasts and viewers looking for a thoughtful family story.</w:t>
      </w:r>
      <w:r/>
    </w:p>
    <w:p>
      <w:r/>
      <w:r>
        <w:t xml:space="preserve">The showcase ends with </w:t>
      </w:r>
      <w:r>
        <w:rPr>
          <w:i/>
        </w:rPr>
        <w:t>Elsinore</w:t>
      </w:r>
      <w:r>
        <w:t xml:space="preserve"> at the Castro Theatre. Simon Stone's drama stars Andrew Scott as actor Ian Charleson, with Olivia Colman and Joe Locke also appearing. Its recent Telluride premiere gives the closing-night film a particularly strong festival-season finish, according to several reports about the lineup.</w:t>
      </w:r>
      <w:r/>
    </w:p>
    <w:p>
      <w:pPr>
        <w:pStyle w:val="Heading2"/>
      </w:pPr>
      <w:r>
        <w:t>A Dolly Parton opening night sets the mood</w:t>
      </w:r>
      <w:r/>
    </w:p>
    <w:p>
      <w:r/>
      <w:r>
        <w:t xml:space="preserve">Before the main film programme begins, Frameline will mark National Coming Out Day on October 11 with a tribute to Dolly Parton. The evening includes a screening of the 1980 comedy </w:t>
      </w:r>
      <w:r>
        <w:rPr>
          <w:i/>
        </w:rPr>
        <w:t>9 to 5</w:t>
      </w:r>
      <w:r>
        <w:t>, preceded by a drag homage from Peaches Christ.</w:t>
      </w:r>
      <w:r/>
    </w:p>
    <w:p>
      <w:r/>
      <w:r>
        <w:t>It's a smart choice for an opening celebration: recognisable, camp, warm-hearted and built for a communal cinema audience. The event's organisers have framed the showcase around the idea that film history is made collectively, in shared spaces rather than only in archives or awards lists.</w:t>
      </w:r>
      <w:r/>
    </w:p>
    <w:p>
      <w:pPr>
        <w:pStyle w:val="Heading2"/>
      </w:pPr>
      <w:r>
        <w:t>How to plan your San Francisco cinema trip</w:t>
      </w:r>
      <w:r/>
    </w:p>
    <w:p>
      <w:r/>
      <w:r>
        <w:t xml:space="preserve">Screenings are scheduled at the Castro Theatre, the Vogue Theatre and the Premier Theater at One Letterman. The main slate begins with </w:t>
      </w:r>
      <w:r>
        <w:rPr>
          <w:i/>
        </w:rPr>
        <w:t>Mouse</w:t>
      </w:r>
      <w:r>
        <w:t xml:space="preserve"> on October 14, followed by </w:t>
      </w:r>
      <w:r>
        <w:rPr>
          <w:i/>
        </w:rPr>
        <w:t>Tangles</w:t>
      </w:r>
      <w:r>
        <w:t xml:space="preserve"> on October 20, </w:t>
      </w:r>
      <w:r>
        <w:rPr>
          <w:i/>
        </w:rPr>
        <w:t>Clarissa</w:t>
      </w:r>
      <w:r>
        <w:t xml:space="preserve"> on October 21, </w:t>
      </w:r>
      <w:r>
        <w:rPr>
          <w:i/>
        </w:rPr>
        <w:t>Coward</w:t>
      </w:r>
      <w:r>
        <w:t xml:space="preserve"> on October 28 and </w:t>
      </w:r>
      <w:r>
        <w:rPr>
          <w:i/>
        </w:rPr>
        <w:t>Elsinore</w:t>
      </w:r>
      <w:r>
        <w:t xml:space="preserve"> on November 5.</w:t>
      </w:r>
      <w:r/>
    </w:p>
    <w:p>
      <w:r/>
      <w:r>
        <w:t>Tickets cost between $17.50 and $25, depending on the venue and membership level. For the most anticipated films, it's worth checking the schedule early, especially if you're travelling across San Francisco or want the atmosphere of a packed Castro Theatre screening.</w:t>
      </w:r>
      <w:r/>
    </w:p>
    <w:p>
      <w:r/>
      <w:r>
        <w:t xml:space="preserve">For viewers choosing between titles, the easiest guide is mood: go for </w:t>
      </w:r>
      <w:r>
        <w:rPr>
          <w:i/>
        </w:rPr>
        <w:t>Tangles</w:t>
      </w:r>
      <w:r>
        <w:t xml:space="preserve"> if animation appeals, </w:t>
      </w:r>
      <w:r>
        <w:rPr>
          <w:i/>
        </w:rPr>
        <w:t>Clarissa</w:t>
      </w:r>
      <w:r>
        <w:t xml:space="preserve"> for literary reinvention, </w:t>
      </w:r>
      <w:r>
        <w:rPr>
          <w:i/>
        </w:rPr>
        <w:t>Coward</w:t>
      </w:r>
      <w:r>
        <w:t xml:space="preserve"> for historical romance, and </w:t>
      </w:r>
      <w:r>
        <w:rPr>
          <w:i/>
        </w:rPr>
        <w:t>Elsinore</w:t>
      </w:r>
      <w:r>
        <w:t xml:space="preserve"> for a star-led closing-night drama. The lineup may be concise, but it offers plenty of range.</w:t>
      </w:r>
      <w:r/>
    </w:p>
    <w:p>
      <w:r/>
      <w:r>
        <w:t>Explore the Frameline50 Fall Showcase for a lively, sharply curated season of queer cinema.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[4]</w:t>
        </w:r>
      </w:hyperlink>
      <w:r>
        <w:t xml:space="preserve">, </w:t>
      </w:r>
      <w:hyperlink r:id="rId11">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https://filmthreat.com/news/frameline50-fall-showcase-brings-cannes-and-telluride-standouts-to-san-francisco/?utm_source=rss&amp;utm_medium=rss&amp;utm_campaign=frameline50-fall-showcase-brings-cannes-and-telluride-standouts-to-san-francisco</w:t>
        </w:r>
      </w:hyperlink>
      <w:r>
        <w:t xml:space="preserve"> - Please view link - unable to able to access data</w:t>
      </w:r>
      <w:r/>
    </w:p>
    <w:p>
      <w:pPr>
        <w:pStyle w:val="ListNumber"/>
        <w:spacing w:line="240" w:lineRule="auto"/>
        <w:ind w:left="720"/>
      </w:pPr>
      <w:r/>
      <w:hyperlink r:id="rId10">
        <w:r>
          <w:rPr>
            <w:color w:val="0000EE"/>
            <w:u w:val="single"/>
          </w:rPr>
          <w:t>https://filmthreat.com/news/frameline50-fall-showcase-brings-cannes-and-telluride-standouts-to-san-francisco/</w:t>
        </w:r>
      </w:hyperlink>
      <w:r>
        <w:t xml:space="preserve"> - Frameline, the queer arts nonprofit behind the San Francisco International LGBTQ+ Film Festival, has announced its inaugural Frameline50 Fall Showcase. This event, taking place in October and November across various San Francisco venues, features five award-season contenders that have previously premiered at prestigious festivals such as Cannes, Berlinale, Telluride, and TIFF. The showcase includes films like 'Mouse', 'Clarissa', 'Coward', 'Tangles', and 'Elsinore', highlighting LGBTQ+ talent both behind and in front of the camera. The event opens on October 11 with a tribute to Dolly Parton, featuring a screening of the 1980 comedy '9 to 5' and a drag homage by Peaches Christ. Screenings will be held at the Castro Theatre, the Vogue Theatre, and the Premier Theater at One Letterman, with tickets ranging from $17.50 to $25.</w:t>
      </w:r>
      <w:r/>
    </w:p>
    <w:p>
      <w:pPr>
        <w:pStyle w:val="ListNumber"/>
        <w:spacing w:line="240" w:lineRule="auto"/>
        <w:ind w:left="720"/>
      </w:pPr>
      <w:r/>
      <w:hyperlink r:id="rId12">
        <w:r>
          <w:rPr>
            <w:color w:val="0000EE"/>
            <w:u w:val="single"/>
          </w:rPr>
          <w:t>https://www.premiumnewsusa.com/news/elsinore-clarissia-and-more-join-frameline-fall-showcase-lineup-obY2n</w:t>
        </w:r>
      </w:hyperlink>
      <w:r>
        <w:t xml:space="preserve"> - Frameline, the queer arts nonprofit, has unveiled the lineup for its inaugural fall festival, set to take place in October and November across San Francisco venues. In celebration of the 50th San Francisco International LGBTQ+ Film Festival, the showcase highlights five LGBTQ+ films, along with the LGBTQ+ artisans behind and in front of the camera. The films featured are 'Clarissa', 'Coward', 'Elsinore', 'Mouse', and 'Tangles'.</w:t>
      </w:r>
      <w:r/>
    </w:p>
    <w:p>
      <w:pPr>
        <w:pStyle w:val="ListNumber"/>
        <w:spacing w:line="240" w:lineRule="auto"/>
        <w:ind w:left="720"/>
      </w:pPr>
      <w:r/>
      <w:hyperlink r:id="rId13">
        <w:r>
          <w:rPr>
            <w:color w:val="0000EE"/>
            <w:u w:val="single"/>
          </w:rPr>
          <w:t>https://www.soz6.com/news/elsinore-clarissia-and-more-join-frameline-fall-showcase-lineup</w:t>
        </w:r>
      </w:hyperlink>
      <w:r>
        <w:t xml:space="preserve"> - Frameline, the queer arts nonprofit, has announced the lineup for its inaugural fall festival, taking place in October and November across San Francisco venues. In celebration of the 50th San Francisco International LGBTQ+ Film Festival, the showcase spotlights five LGBTQ+ films, along with the LGBTQ+ artisans behind and in front of the camera. The films featured are 'Clarissa', 'Coward', 'Elsinore', 'Mouse', and 'Tangles'.</w:t>
      </w:r>
      <w:r/>
    </w:p>
    <w:p>
      <w:pPr>
        <w:pStyle w:val="ListNumber"/>
        <w:spacing w:line="240" w:lineRule="auto"/>
        <w:ind w:left="720"/>
      </w:pPr>
      <w:r/>
      <w:hyperlink r:id="rId11">
        <w:r>
          <w:rPr>
            <w:color w:val="0000EE"/>
            <w:u w:val="single"/>
          </w:rPr>
          <w:t>https://www.imdb.com/news/ni66021136/</w:t>
        </w:r>
      </w:hyperlink>
      <w:r>
        <w:t xml:space="preserve"> - Frameline, the queer arts nonprofit, has revealed the lineup for its inaugural fall festival, set to take place in October and November across San Francisco venues. In celebration of the 50th San Francisco International LGBTQ+ Film Festival, the showcase highlights five LGBTQ+ films, along with the LGBTQ+ artisans behind and in front of the camera. The films featured are 'Clarissa', 'Coward', 'Elsinore', 'Mouse', and 'Tangles'.</w:t>
      </w:r>
      <w:r/>
    </w:p>
    <w:p>
      <w:pPr>
        <w:pStyle w:val="ListNumber"/>
        <w:spacing w:line="240" w:lineRule="auto"/>
        <w:ind w:left="720"/>
      </w:pPr>
      <w:r/>
      <w:hyperlink r:id="rId14">
        <w:r>
          <w:rPr>
            <w:color w:val="0000EE"/>
            <w:u w:val="single"/>
          </w:rPr>
          <w:t>https://www.citrixnews.cz/article/elsinore-clarissia-and-more-join-frameline-fall-showcase-lineup</w:t>
        </w:r>
      </w:hyperlink>
      <w:r>
        <w:t xml:space="preserve"> - Frameline, the queer arts nonprofit, has announced the lineup for its inaugural fall festival, taking place in October and November across San Francisco venues. In celebration of the 50th San Francisco International LGBTQ+ Film Festival, the showcase spotlights five LGBTQ+ films, along with the LGBTQ+ artisans behind and in front of the camera. The films featured are 'Clarissa', 'Coward', 'Elsinore', 'Mouse', and 'Tangles'.</w:t>
      </w:r>
      <w:r/>
    </w:p>
    <w:p>
      <w:pPr>
        <w:pStyle w:val="ListNumber"/>
        <w:spacing w:line="240" w:lineRule="auto"/>
        <w:ind w:left="720"/>
      </w:pPr>
      <w:r/>
      <w:hyperlink r:id="rId15">
        <w:r>
          <w:rPr>
            <w:color w:val="0000EE"/>
            <w:u w:val="single"/>
          </w:rPr>
          <w:t>https://diariodamidia.com.br/frameline-anuncia-showcase-com-elsinore-clarissa-e-mais</w:t>
        </w:r>
      </w:hyperlink>
      <w:r>
        <w:t xml:space="preserve"> - Frameline has announced its first-ever fall showcase, featuring screenings of five LGBTQ+ films—'Elsinore', 'Clarissa', 'Coward', 'Mouse', and 'Tangles'—across San Francisco venues in October and November. The event celebrates the 50th San Francisco International LGBTQ+ Film Festival and includes a tribute to Dolly Parton with a screening of the 1980 comedy '9 to 5' and a drag homage by Peaches Christ. Screenings will take place at the Castro Theatre, the Vogue Theatre, and the Premier Theater at One Letterman, with tickets ranging from $17.50 to $25.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lmthreat.com/news/frameline50-fall-showcase-brings-cannes-and-telluride-standouts-to-san-francisco/?utm_source=rss&amp;utm_medium=rss&amp;utm_campaign=frameline50-fall-showcase-brings-cannes-and-telluride-standouts-to-san-francisco" TargetMode="External"/><Relationship Id="rId10" Type="http://schemas.openxmlformats.org/officeDocument/2006/relationships/hyperlink" Target="https://filmthreat.com/news/frameline50-fall-showcase-brings-cannes-and-telluride-standouts-to-san-francisco/" TargetMode="External"/><Relationship Id="rId11" Type="http://schemas.openxmlformats.org/officeDocument/2006/relationships/hyperlink" Target="https://www.imdb.com/news/ni66021136/" TargetMode="External"/><Relationship Id="rId12" Type="http://schemas.openxmlformats.org/officeDocument/2006/relationships/hyperlink" Target="https://www.premiumnewsusa.com/news/elsinore-clarissia-and-more-join-frameline-fall-showcase-lineup-obY2n" TargetMode="External"/><Relationship Id="rId13" Type="http://schemas.openxmlformats.org/officeDocument/2006/relationships/hyperlink" Target="https://www.soz6.com/news/elsinore-clarissia-and-more-join-frameline-fall-showcase-lineup" TargetMode="External"/><Relationship Id="rId14" Type="http://schemas.openxmlformats.org/officeDocument/2006/relationships/hyperlink" Target="https://www.citrixnews.cz/article/elsinore-clarissia-and-more-join-frameline-fall-showcase-lineup" TargetMode="External"/><Relationship Id="rId15" Type="http://schemas.openxmlformats.org/officeDocument/2006/relationships/hyperlink" Target="https://diariodamidia.com.br/frameline-anuncia-showcase-com-elsinore-clarissa-e-ma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