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Annapolis Pride Parade and Festival Guide for Visitors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are heading to downtown Annapolis for the sixth annual Pride Parade and Festival, a colourful celebration of LGBTQ+ history, community and belonging. With a morning parade, an afternoon festival, shuttle transport and several parking choices, this Annapolis Pride event offers plenty to enjoy, provided you plan around road closures.</w:t>
      </w:r>
      <w:r/>
    </w:p>
    <w:p>
      <w:pPr>
        <w:pStyle w:val="Heading2"/>
      </w:pPr>
      <w:r>
        <w:t>Essential Takeaways</w:t>
      </w:r>
      <w:r/>
      <w:r/>
    </w:p>
    <w:p>
      <w:pPr>
        <w:pStyle w:val="ListBullet"/>
        <w:spacing w:line="240" w:lineRule="auto"/>
        <w:ind w:left="720"/>
      </w:pPr>
      <w:r/>
      <w:r>
        <w:rPr>
          <w:b/>
        </w:rPr>
        <w:t>Parade start:</w:t>
      </w:r>
      <w:r>
        <w:t xml:space="preserve"> The procession begins at 11am at Calvert and Bladen Streets.</w:t>
      </w:r>
      <w:r/>
    </w:p>
    <w:p>
      <w:pPr>
        <w:pStyle w:val="ListBullet"/>
        <w:spacing w:line="240" w:lineRule="auto"/>
        <w:ind w:left="720"/>
      </w:pPr>
      <w:r/>
      <w:r>
        <w:rPr>
          <w:b/>
        </w:rPr>
        <w:t>Festival location:</w:t>
      </w:r>
      <w:r>
        <w:t xml:space="preserve"> Bates Athletic Complex hosts the afternoon event from noon until around 6pm.</w:t>
      </w:r>
      <w:r/>
    </w:p>
    <w:p>
      <w:pPr>
        <w:pStyle w:val="ListBullet"/>
        <w:spacing w:line="240" w:lineRule="auto"/>
        <w:ind w:left="720"/>
      </w:pPr>
      <w:r/>
      <w:r>
        <w:rPr>
          <w:b/>
        </w:rPr>
        <w:t>Route changes:</w:t>
      </w:r>
      <w:r>
        <w:t xml:space="preserve"> Several streets close early, followed by rolling closures along the parade route.</w:t>
      </w:r>
      <w:r/>
    </w:p>
    <w:p>
      <w:pPr>
        <w:pStyle w:val="ListBullet"/>
        <w:spacing w:line="240" w:lineRule="auto"/>
        <w:ind w:left="720"/>
      </w:pPr>
      <w:r/>
      <w:r>
        <w:rPr>
          <w:b/>
        </w:rPr>
        <w:t>Parking options:</w:t>
      </w:r>
      <w:r>
        <w:t xml:space="preserve"> Visitors can use city garages, Navy-Marine Corps Memorial Stadium or the free weekend State Garage.</w:t>
      </w:r>
      <w:r/>
    </w:p>
    <w:p>
      <w:pPr>
        <w:pStyle w:val="ListBullet"/>
        <w:spacing w:line="240" w:lineRule="auto"/>
        <w:ind w:left="720"/>
      </w:pPr>
      <w:r/>
      <w:r>
        <w:rPr>
          <w:b/>
        </w:rPr>
        <w:t>Community focus:</w:t>
      </w:r>
      <w:r>
        <w:t xml:space="preserve"> Annapolis Pride is a volunteer-led organisation creating a welcoming space for LGBTQ+ residents and visitors.</w:t>
      </w:r>
      <w:r/>
      <w:r/>
    </w:p>
    <w:p>
      <w:pPr>
        <w:pStyle w:val="Heading2"/>
      </w:pPr>
      <w:r>
        <w:t>Annapolis Pride brings colour to the city</w:t>
      </w:r>
      <w:r/>
    </w:p>
    <w:p>
      <w:r/>
      <w:r>
        <w:t>The day begins in downtown Annapolis, where parade entries gather near St John’s Street before moving through the city centre. Expect a lively, people-focused atmosphere, with flags, music and plenty of cheering as the route winds towards West Street.</w:t>
      </w:r>
      <w:r/>
    </w:p>
    <w:p>
      <w:r/>
      <w:r>
        <w:t>The parade travels along Calvert Street, Northwest Street and Church Circle, then continues down West Street before finishing at Amos Garrett Boulevard. It’s a compact route, but the rolling closures mean drivers should expect delays and follow instructions from Annapolis Police.</w:t>
      </w:r>
      <w:r/>
    </w:p>
    <w:p>
      <w:r/>
      <w:r>
        <w:t>The event normally takes place in June, alongside Pride celebrations around the world. This edition was moved to October, giving the city a different seasonal backdrop while keeping the emphasis firmly on LGBTQ+ visibility and community.</w:t>
      </w:r>
      <w:r/>
    </w:p>
    <w:p>
      <w:pPr>
        <w:pStyle w:val="Heading2"/>
      </w:pPr>
      <w:r>
        <w:t>What happens after the parade?</w:t>
      </w:r>
      <w:r/>
    </w:p>
    <w:p>
      <w:r/>
      <w:r>
        <w:t>The celebration continues at Bates Athletic Complex from noon until approximately 6pm. That makes it easy to treat the parade as the first act and the festival as the main afternoon gathering, rather than rushing away once the floats have passed.</w:t>
      </w:r>
      <w:r/>
    </w:p>
    <w:p>
      <w:r/>
      <w:r>
        <w:t>For families, friends and first-time visitors, the festival is likely to be the most relaxed part of the day. There’s more room to pause, meet people and explore the wider work of Annapolis Pride, a grassroots organisation founded in 2018.</w:t>
      </w:r>
      <w:r/>
    </w:p>
    <w:p>
      <w:r/>
      <w:r>
        <w:t>Its focus is straightforward but important: building a safe, welcoming environment for LGBTQ+ people in Annapolis and Anne Arundel County. That community-first approach gives the event a warmer feel than a simple city-centre spectacle.</w:t>
      </w:r>
      <w:r/>
    </w:p>
    <w:p>
      <w:pPr>
        <w:pStyle w:val="Heading2"/>
      </w:pPr>
      <w:r>
        <w:t>Plan around the road closures</w:t>
      </w:r>
      <w:r/>
    </w:p>
    <w:p>
      <w:r/>
      <w:r>
        <w:t>The earliest restrictions affect St John’s Street, Bloomsbury Square Street and part of Calvert Street. These areas close from 3am until 1pm, with no on-street parking, so arriving early doesn’t guarantee an easy roadside space.</w:t>
      </w:r>
      <w:r/>
    </w:p>
    <w:p>
      <w:r/>
      <w:r>
        <w:t>Additional rolling closures follow the parade route. If you’re driving across downtown, allow extra time and avoid relying on a sat-nav to find a shortcut through the procession. In practice, walking from a nearby garage may be less stressful than circling busy streets.</w:t>
      </w:r>
      <w:r/>
    </w:p>
    <w:p>
      <w:r/>
      <w:r>
        <w:t>The simplest approach is to choose your parking area before leaving home, then build in time for the walk. Comfortable shoes will be more useful than a heroic attempt to park right beside the starting line.</w:t>
      </w:r>
      <w:r/>
    </w:p>
    <w:p>
      <w:pPr>
        <w:pStyle w:val="Heading2"/>
      </w:pPr>
      <w:r>
        <w:t>Parking and shuttle choices</w:t>
      </w:r>
      <w:r/>
    </w:p>
    <w:p>
      <w:r/>
      <w:r>
        <w:t>Paid parking is available at Navy-Marine Corps Memorial Stadium. Pre-sale parking costs $20 per vehicle, while same-day parking costs $30 and requires card payment. A free shuttle runs to Bladen Avenue at Calvert Street in the morning, then travels to and from the festival during the afternoon.</w:t>
      </w:r>
      <w:r/>
    </w:p>
    <w:p>
      <w:r/>
      <w:r>
        <w:t>City garage options include Hillman on Duke of Gloucester Street, Park Place near the festival, Gotts on Calvert Street and Knighton on Colonial Avenue. The State Garage at Calvert Street and St John’s is free at weekends, although spaces may be limited during a popular city event.</w:t>
      </w:r>
      <w:r/>
    </w:p>
    <w:p>
      <w:r/>
      <w:r>
        <w:t>For a smoother visit, festival-goers should think about where they want to finish the day. Hillman suits parade spectators, while Park Place is more convenient for the Bates Athletic Complex. That small bit of planning could save a surprisingly long walk later.</w:t>
      </w:r>
      <w:r/>
    </w:p>
    <w:p>
      <w:pPr>
        <w:pStyle w:val="Heading2"/>
      </w:pPr>
      <w:r>
        <w:t>A welcoming date for Annapolis</w:t>
      </w:r>
      <w:r/>
    </w:p>
    <w:p>
      <w:r/>
      <w:r>
        <w:t>Annapolis Pride’s decision to hold the event in October adds another chapter to the city’s annual LGBTQ+ calendar. It also gives residents and visitors a chance to celebrate Pride beyond the familiar June date, when similar events compete for attention across the country.</w:t>
      </w:r>
      <w:r/>
    </w:p>
    <w:p>
      <w:r/>
      <w:r>
        <w:t>The mayor’s invitation to residents underlines the event’s civic character. This isn’t only a parade for LGBTQ+ attendees; it’s also an open invitation to friends, relatives, neighbours and allies to show support.</w:t>
      </w:r>
      <w:r/>
    </w:p>
    <w:p>
      <w:r/>
      <w:r>
        <w:t>If you’re attending, check the official Annapolis Pride website before setting off for the latest event information and updates. Streets, timings and transport arrangements can change, and a quick check is well worth the few seconds.</w:t>
      </w:r>
      <w:r/>
    </w:p>
    <w:p>
      <w:r/>
      <w:r>
        <w:t>Plan the route, pack patience and enjoy the celebration.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[3]</w:t>
        </w:r>
      </w:hyperlink>
      <w:r>
        <w:t xml:space="preserve">- Paragraph 7: </w:t>
      </w:r>
      <w:hyperlink r:id="rId12">
        <w:r>
          <w:rPr>
            <w:color w:val="0000EE"/>
            <w:u w:val="single"/>
          </w:rPr>
          <w:t>[5]</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[3]</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[6]</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3">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[5]</w:t>
        </w:r>
      </w:hyperlink>
      <w:r>
        <w:t xml:space="preserve">- Paragraph 15: </w:t>
      </w:r>
      <w:hyperlink r:id="rId13">
        <w:r>
          <w:rPr>
            <w:color w:val="0000EE"/>
            <w:u w:val="single"/>
          </w:rPr>
          <w:t>[3]</w:t>
        </w:r>
      </w:hyperlink>
      <w:r>
        <w:t xml:space="preserve">, </w:t>
      </w:r>
      <w:hyperlink r:id="rId11">
        <w:r>
          <w:rPr>
            <w:color w:val="0000EE"/>
            <w:u w:val="single"/>
          </w:rPr>
          <w:t>[4]</w:t>
        </w:r>
      </w:hyperlink>
      <w:r>
        <w:t xml:space="preserve">- Paragraph 16: </w:t>
      </w:r>
      <w:hyperlink r:id="rId12">
        <w:r>
          <w:rPr>
            <w:color w:val="0000EE"/>
            <w:u w:val="single"/>
          </w:rPr>
          <w:t>[5]</w:t>
        </w:r>
      </w:hyperlink>
      <w:r>
        <w:t xml:space="preserve">, </w:t>
      </w:r>
      <w:hyperlink r:id="rId12">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3">
        <w:r>
          <w:rPr>
            <w:color w:val="0000EE"/>
            <w:u w:val="single"/>
          </w:rPr>
          <w:t>[3]</w:t>
        </w:r>
      </w:hyperlink>
      <w:r>
        <w:t xml:space="preserve">, </w:t>
      </w:r>
      <w:hyperlink r:id="rId12">
        <w:r>
          <w:rPr>
            <w:color w:val="0000EE"/>
            <w:u w:val="single"/>
          </w:rPr>
          <w:t>[5]</w:t>
        </w:r>
      </w:hyperlink>
      <w:r>
        <w:t xml:space="preserve">- Paragraph 19: </w:t>
      </w:r>
      <w:hyperlink r:id="rId10">
        <w:r>
          <w:rPr>
            <w:color w:val="0000EE"/>
            <w:u w:val="single"/>
          </w:rPr>
          <w:t>[2]</w:t>
        </w:r>
      </w:hyperlink>
      <w:r>
        <w:t xml:space="preserve">, </w:t>
      </w:r>
      <w:hyperlink r:id="rId12">
        <w:r>
          <w:rPr>
            <w:color w:val="0000EE"/>
            <w:u w:val="single"/>
          </w:rPr>
          <w:t>[6]</w:t>
        </w:r>
      </w:hyperlink>
      <w:r>
        <w:t xml:space="preserve">- Paragraph 20: </w:t>
      </w:r>
      <w:hyperlink r:id="rId11">
        <w:r>
          <w:rPr>
            <w:color w:val="0000EE"/>
            <w:u w:val="single"/>
          </w:rPr>
          <w:t>[4]</w:t>
        </w:r>
      </w:hyperlink>
      <w:r>
        <w:t xml:space="preserve">, </w:t>
      </w:r>
      <w:hyperlink r:id="rId12">
        <w:r>
          <w:rPr>
            <w:color w:val="0000EE"/>
            <w:u w:val="single"/>
          </w:rPr>
          <w:t>[5]</w:t>
        </w:r>
      </w:hyperlink>
      <w:r>
        <w:t xml:space="preserve">- Paragraph 21: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https://whatsupmag.com/news/annapolis-celebrates-lgbtq-history-month-with-parade-and-festival/</w:t>
        </w:r>
      </w:hyperlink>
      <w:r>
        <w:t xml:space="preserve"> - Please view link - unable to able to access data</w:t>
      </w:r>
      <w:r/>
    </w:p>
    <w:p>
      <w:pPr>
        <w:pStyle w:val="ListNumber"/>
        <w:spacing w:line="240" w:lineRule="auto"/>
        <w:ind w:left="720"/>
      </w:pPr>
      <w:r/>
      <w:hyperlink r:id="rId10">
        <w:r>
          <w:rPr>
            <w:color w:val="0000EE"/>
            <w:u w:val="single"/>
          </w:rPr>
          <w:t>https://www.annapolispride.org/event/annapolis-pride-parade-and-festival-3/</w:t>
        </w:r>
      </w:hyperlink>
      <w:r>
        <w:t xml:space="preserve"> - The Annapolis Pride Parade and Festival is scheduled for October 3, 2026, in downtown Annapolis. The parade will commence at 11 a.m. at the intersection of Calvert and Bladen Streets, proceeding along Calvert Street to Northwest Street, Church Circle, and West Street, concluding at Amos Garrett Blvd. The festival will be held at the Bates Athletic Complex from 12 p.m. to approximately 6 p.m. Road closures will be in effect from 3 a.m. to 1 p.m. on the day of the event, with no on-street parking. Paid parking is available at Navy-Marine Corps Memorial Stadium, with a pre-sale rate of $20 per vehicle and a day-of rate of $30 per vehicle (card only). A free shuttle service will operate between Navy Stadium and the festival site. Additional paid parking is available at City garages, including Hillman, Park Place, Gotts, and Knighton. The State Garage is free on weekends. For more information, visit the Annapolis Pride website.</w:t>
      </w:r>
      <w:r/>
    </w:p>
    <w:p>
      <w:pPr>
        <w:pStyle w:val="ListNumber"/>
        <w:spacing w:line="240" w:lineRule="auto"/>
        <w:ind w:left="720"/>
      </w:pPr>
      <w:r/>
      <w:hyperlink r:id="rId13">
        <w:r>
          <w:rPr>
            <w:color w:val="0000EE"/>
            <w:u w:val="single"/>
          </w:rPr>
          <w:t>https://www.annapolispride.org/event/annapolis-pride-parade-and-festival/</w:t>
        </w:r>
      </w:hyperlink>
      <w:r>
        <w:t xml:space="preserve"> - Annapolis Pride is a grassroots, volunteer organisation focused on creating a safe and welcoming environment for the LGBTQ+ community in Annapolis and Anne Arundel County. Founded in May 2018, the organisation has been instrumental in advocating for LGBTQ+ rights and hosting annual Pride events. The upcoming Annapolis Pride Parade and Festival is scheduled for October 3, 2026, in downtown Annapolis. The parade will begin at 11 a.m. at the intersection of Calvert and Bladen Streets, proceeding along Calvert Street to Northwest Street, Church Circle, and West Street, concluding at Amos Garrett Blvd. The festival will be held at the Bates Athletic Complex from 12 p.m. to approximately 6 p.m. Road closures will be in effect from 3 a.m. to 1 p.m. on the day of the event, with no on-street parking. Paid parking is available at Navy-Marine Corps Memorial Stadium, with a pre-sale rate of $20 per vehicle and a day-of rate of $30 per vehicle (card only). A free shuttle service will operate between Navy Stadium and the festival site. Additional paid parking is available at City garages, including Hillman, Park Place, Gotts, and Knighton. The State Garage is free on weekends. For more information, visit the Annapolis Pride website.</w:t>
      </w:r>
      <w:r/>
    </w:p>
    <w:p>
      <w:pPr>
        <w:pStyle w:val="ListNumber"/>
        <w:spacing w:line="240" w:lineRule="auto"/>
        <w:ind w:left="720"/>
      </w:pPr>
      <w:r/>
      <w:hyperlink r:id="rId11">
        <w:r>
          <w:rPr>
            <w:color w:val="0000EE"/>
            <w:u w:val="single"/>
          </w:rPr>
          <w:t>https://www.annapolispride.org/about-us/</w:t>
        </w:r>
      </w:hyperlink>
      <w:r>
        <w:t xml:space="preserve"> - Annapolis Pride is a grassroots, volunteer organisation focused on creating a safe and welcoming environment for the LGBTQ+ community in Annapolis and Anne Arundel County. Founded in May 2018, the organisation has been instrumental in advocating for LGBTQ+ rights and hosting annual Pride events. The upcoming Annapolis Pride Parade and Festival is scheduled for October 3, 2026, in downtown Annapolis. The parade will begin at 11 a.m. at the intersection of Calvert and Bladen Streets, proceeding along Calvert Street to Northwest Street, Church Circle, and West Street, concluding at Amos Garrett Blvd. The festival will be held at the Bates Athletic Complex from 12 p.m. to approximately 6 p.m. Road closures will be in effect from 3 a.m. to 1 p.m. on the day of the event, with no on-street parking. Paid parking is available at Navy-Marine Corps Memorial Stadium, with a pre-sale rate of $20 per vehicle and a day-of rate of $30 per vehicle (card only). A free shuttle service will operate between Navy Stadium and the festival site. Additional paid parking is available at City garages, including Hillman, Park Place, Gotts, and Knighton. The State Garage is free on weekends. For more information, visit the Annapolis Pride website.</w:t>
      </w:r>
      <w:r/>
    </w:p>
    <w:p>
      <w:pPr>
        <w:pStyle w:val="ListNumber"/>
        <w:spacing w:line="240" w:lineRule="auto"/>
        <w:ind w:left="720"/>
      </w:pPr>
      <w:r/>
      <w:hyperlink r:id="rId12">
        <w:r>
          <w:rPr>
            <w:color w:val="0000EE"/>
            <w:u w:val="single"/>
          </w:rPr>
          <w:t>https://www.annapolispride.org/annapolis-pride-parade-festival/</w:t>
        </w:r>
      </w:hyperlink>
      <w:r>
        <w:t xml:space="preserve"> - Annapolis Pride is a grassroots, volunteer organisation focused on creating a safe and welcoming environment for the LGBTQ+ community in Annapolis and Anne Arundel County. Founded in May 2018, the organisation has been instrumental in advocating for LGBTQ+ rights and hosting annual Pride events. The upcoming Annapolis Pride Parade and Festival is scheduled for October 3, 2026, in downtown Annapolis. The parade will begin at 11 a.m. at the intersection of Calvert and Bladen Streets, proceeding along Calvert Street to Northwest Street, Church Circle, and West Street, concluding at Amos Garrett Blvd. The festival will be held at the Bates Athletic Complex from 12 p.m. to approximately 6 p.m. Road closures will be in effect from 3 a.m. to 1 p.m. on the day of the event, with no on-street parking. Paid parking is available at Navy-Marine Corps Memorial Stadium, with a pre-sale rate of $20 per vehicle and a day-of rate of $30 per vehicle (card only). A free shuttle service will operate between Navy Stadium and the festival site. Additional paid parking is available at City garages, including Hillman, Park Place, Gotts, and Knighton. The State Garage is free on weekends. For more information, visit the Annapolis Pride website.</w:t>
      </w:r>
      <w:r/>
    </w:p>
    <w:p>
      <w:pPr>
        <w:pStyle w:val="ListNumber"/>
        <w:spacing w:line="240" w:lineRule="auto"/>
        <w:ind w:left="720"/>
      </w:pPr>
      <w:r/>
      <w:hyperlink r:id="rId12">
        <w:r>
          <w:rPr>
            <w:color w:val="0000EE"/>
            <w:u w:val="single"/>
          </w:rPr>
          <w:t>https://www.annapolispride.org/annapolis-pride-parade-festival/</w:t>
        </w:r>
      </w:hyperlink>
      <w:r>
        <w:t xml:space="preserve"> - Annapolis Pride is a grassroots, volunteer organisation focused on creating a safe and welcoming environment for the LGBTQ+ community in Annapolis and Anne Arundel County. Founded in May 2018, the organisation has been instrumental in advocating for LGBTQ+ rights and hosting annual Pride events. The upcoming Annapolis Pride Parade and Festival is scheduled for October 3, 2026, in downtown Annapolis. The parade will begin at 11 a.m. at the intersection of Calvert and Bladen Streets, proceeding along Calvert Street to Northwest Street, Church Circle, and West Street, concluding at Amos Garrett Blvd. The festival will be held at the Bates Athletic Complex from 12 p.m. to approximately 6 p.m. Road closures will be in effect from 3 a.m. to 1 p.m. on the day of the event, with no on-street parking. Paid parking is available at Navy-Marine Corps Memorial Stadium, with a pre-sale rate of $20 per vehicle and a day-of rate of $30 per vehicle (card only). A free shuttle service will operate between Navy Stadium and the festival site. Additional paid parking is available at City garages, including Hillman, Park Place, Gotts, and Knighton. The State Garage is free on weekends. For more information, visit the Annapolis Pride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hatsupmag.com/news/annapolis-celebrates-lgbtq-history-month-with-parade-and-festival/" TargetMode="External"/><Relationship Id="rId10" Type="http://schemas.openxmlformats.org/officeDocument/2006/relationships/hyperlink" Target="https://www.annapolispride.org/event/annapolis-pride-parade-and-festival-3/" TargetMode="External"/><Relationship Id="rId11" Type="http://schemas.openxmlformats.org/officeDocument/2006/relationships/hyperlink" Target="https://www.annapolispride.org/about-us/" TargetMode="External"/><Relationship Id="rId12" Type="http://schemas.openxmlformats.org/officeDocument/2006/relationships/hyperlink" Target="https://www.annapolispride.org/annapolis-pride-parade-festival/" TargetMode="External"/><Relationship Id="rId13" Type="http://schemas.openxmlformats.org/officeDocument/2006/relationships/hyperlink" Target="https://www.annapolispride.org/event/annapolis-pride-parade-and-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