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High School Football Players Need Visible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athletes still face pressure in the changing room, on the pitch and online, but one Illinois football player's experience shows how teammates can turn anxiety into belonging. His story matters because support isn't just comforting; it can help young players stay in the sport they love.</w:t>
      </w:r>
      <w:r/>
    </w:p>
    <w:p>
      <w:pPr>
        <w:pStyle w:val="Heading2"/>
      </w:pPr>
      <w:r>
        <w:t>The hardest part wasn't the tackle</w:t>
      </w:r>
      <w:r/>
    </w:p>
    <w:p>
      <w:r/>
      <w:r>
        <w:t>For many young athletes, coming out can feel like stepping into a spotlight they never asked for. In the Illinois football story reported by Outsports, the fear wasn't simply about being judged. It was about losing friendships, becoming a distraction or being treated as a label rather than a teammate.</w:t>
      </w:r>
      <w:r/>
    </w:p>
    <w:p>
      <w:r/>
      <w:r>
        <w:t>That anxiety is particularly sharp in boys' team sports, where teenage ideas about masculinity can make even ordinary friendship feel loaded. A player may worry that standing beside a gay teammate will somehow change how others see him. It sounds childish, but at school age, social approval can feel as powerful as any scoreboard.</w:t>
      </w:r>
      <w:r/>
    </w:p>
    <w:p>
      <w:r/>
      <w:r>
        <w:t>The result is a cruel choice: stay quiet and feel isolated, or speak honestly and risk being targeted. No teenager should have to calculate whether being themselves could cost them their place on a team.</w:t>
      </w:r>
      <w:r/>
    </w:p>
    <w:p>
      <w:pPr>
        <w:pStyle w:val="Heading2"/>
      </w:pPr>
      <w:r>
        <w:t>Support from teammates can change everything</w:t>
      </w:r>
      <w:r/>
    </w:p>
    <w:p>
      <w:r/>
      <w:r>
        <w:t>The turning point came when teammates agreed to appear in photographs with the player. What might look like a small favour became a public sign that he belonged there, without an asterisk attached.</w:t>
      </w:r>
      <w:r/>
    </w:p>
    <w:p>
      <w:r/>
      <w:r>
        <w:t>Outsports described how the team's response helped ease months of worry. The message was simple but powerful: he wasn't being tolerated as the gay player; he was valued as a footballer, a lineman and a teammate.</w:t>
      </w:r>
      <w:r/>
    </w:p>
    <w:p>
      <w:r/>
      <w:r>
        <w:t>That distinction matters. Performative support can feel awkward, especially when adults arrange it. Genuine belonging is quieter. It's the teammate who checks why you're absent from training, the coach who treats you fairly and the group that celebrates a big play without making your sexuality the headline.</w:t>
      </w:r>
      <w:r/>
    </w:p>
    <w:p>
      <w:pPr>
        <w:pStyle w:val="Heading2"/>
      </w:pPr>
      <w:r>
        <w:t>Slurs show why acceptance alone isn't enough</w:t>
      </w:r>
      <w:r/>
    </w:p>
    <w:p>
      <w:r/>
      <w:r>
        <w:t>Positive reactions don't erase hostility. The account also described repeated homophobic abuse from fellow pupils, followed by confrontations and a school-led conflict meeting. While the situation was formally addressed, a forced apology couldn't instantly create understanding or make the victim feel safe.</w:t>
      </w:r>
      <w:r/>
    </w:p>
    <w:p>
      <w:r/>
      <w:r>
        <w:t>This is where schools and clubs need to do more than say they have a zero-tolerance policy. Players need clear reporting routes, adults who take complaints seriously and consequences that don't place equal responsibility on the target and the person using abuse.</w:t>
      </w:r>
      <w:r/>
    </w:p>
    <w:p>
      <w:r/>
      <w:r>
        <w:t>There is also a practical lesson for teammates. If someone hears a slur, silence can make the room feel approving. A calm challenge, a report to a coach or simply checking in afterwards can interrupt that pattern. It may not feel heroic, but it can be the moment an isolated player realises he's not alone.</w:t>
      </w:r>
      <w:r/>
    </w:p>
    <w:p>
      <w:pPr>
        <w:pStyle w:val="Heading2"/>
      </w:pPr>
      <w:r>
        <w:t>Why visible LGBTQ athletes matter</w:t>
      </w:r>
      <w:r/>
    </w:p>
    <w:p>
      <w:r/>
      <w:r>
        <w:t>The player credited LGBTQ sports stories with helping him understand that sexuality and sport aren't opposites. That wider visibility can be hugely important for teenagers who haven't yet met an openly gay athlete in their own school or club.</w:t>
      </w:r>
      <w:r/>
    </w:p>
    <w:p>
      <w:r/>
      <w:r>
        <w:t>The landscape has continued to shift. Outsports and other sports publications have highlighted athletes such as NFL player Carl Nassib, whose public identity helped broaden conversations about LGBTQ representation in elite sport. His example doesn't remove the pressure faced by teenagers, but it gives them a future they can picture.</w:t>
      </w:r>
      <w:r/>
    </w:p>
    <w:p>
      <w:r/>
      <w:r>
        <w:t>Other athletes have also described the complicated reality of coming out publicly, including the need to balance personal readiness with the expectations of fans, teammates and media. Visibility can inspire, but it should never become an obligation. Young players deserve support whether they're ready to speak openly or not.</w:t>
      </w:r>
      <w:r/>
    </w:p>
    <w:p>
      <w:pPr>
        <w:pStyle w:val="Heading2"/>
      </w:pPr>
      <w:r>
        <w:t>How schools and clubs can create safer teams</w:t>
      </w:r>
      <w:r/>
    </w:p>
    <w:p>
      <w:r/>
      <w:r>
        <w:t>The best support starts before a crisis. Coaches can set clear standards around homophobic language, explain how concerns will be handled and make inclusion part of normal team culture rather than a special campaign.</w:t>
      </w:r>
      <w:r/>
    </w:p>
    <w:p>
      <w:r/>
      <w:r>
        <w:t>For parents and teammates, the basics are surprisingly powerful. Listen without rushing to solve everything, use the language a young person chooses for themselves and avoid turning their identity into a team announcement. If bullying is involved, keep records, involve the school or club and make safety the priority.</w:t>
      </w:r>
      <w:r/>
    </w:p>
    <w:p>
      <w:r/>
      <w:r>
        <w:t>And for a young athlete wondering whether there's still a place for them, the answer should be yes. You don't have to come out on anyone else's timetable, and you shouldn't have to abandon a sport because other people haven't learned respect yet.</w:t>
      </w:r>
      <w:r/>
    </w:p>
    <w:p>
      <w:r/>
      <w:r>
        <w:t>A supportive team can be the difference between an athlete walking away and finding the confidence to stay.</w:t>
      </w:r>
      <w:r/>
    </w:p>
    <w:p>
      <w:r/>
      <w:r>
        <w:t>Support should make room for the whole player, not just the part the crowd sees.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[4]</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[6]</w:t>
        </w:r>
      </w:hyperlink>
      <w:r>
        <w:t xml:space="preserve">- Paragraph 9: </w:t>
      </w:r>
      <w:hyperlink r:id="rId10">
        <w:r>
          <w:rPr>
            <w:color w:val="0000EE"/>
            <w:u w:val="single"/>
          </w:rPr>
          <w:t>[4]</w:t>
        </w:r>
      </w:hyperlink>
      <w:r>
        <w:t xml:space="preserve">, </w:t>
      </w:r>
      <w:hyperlink r:id="rId14">
        <w:r>
          <w:rPr>
            <w:color w:val="0000EE"/>
            <w:u w:val="single"/>
          </w:rPr>
          <w:t>[5]</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[6]</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11">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https://www.outsports.com/2019/10/15/20897542/jake-streder-illinois-high-school-football-gay-coming-out/</w:t>
        </w:r>
      </w:hyperlink>
      <w:r>
        <w:t xml:space="preserve"> - Please view link - unable to able to access data</w:t>
      </w:r>
      <w:r/>
    </w:p>
    <w:p>
      <w:pPr>
        <w:pStyle w:val="ListNumber"/>
        <w:spacing w:line="240" w:lineRule="auto"/>
        <w:ind w:left="720"/>
      </w:pPr>
      <w:r/>
      <w:hyperlink r:id="rId9">
        <w:r>
          <w:rPr>
            <w:color w:val="0000EE"/>
            <w:u w:val="single"/>
          </w:rPr>
          <w:t>https://www.outsports.com/2019/10/15/20897542/jake-streder-illinois-high-school-football-gay-coming-out/</w:t>
        </w:r>
      </w:hyperlink>
      <w:r>
        <w:t xml:space="preserve"> - In this 2019 article, Jake Streder, a 15-year-old offensive lineman at Metea Valley High School in Aurora, Illinois, shares his journey of coming out as gay while playing high school football. Facing the challenge of being outed, Jake initially considered quitting the sport but chose to embrace his identity. He reached out to his teammates through a group chat, and their supportive responses led to a team photo that symbolised his acceptance. The article highlights the importance of self-acceptance and the positive impact of supportive teammates in the sports community.</w:t>
      </w:r>
      <w:r/>
    </w:p>
    <w:p>
      <w:pPr>
        <w:pStyle w:val="ListNumber"/>
        <w:spacing w:line="240" w:lineRule="auto"/>
        <w:ind w:left="720"/>
      </w:pPr>
      <w:r/>
      <w:hyperlink r:id="rId11">
        <w:r>
          <w:rPr>
            <w:color w:val="0000EE"/>
            <w:u w:val="single"/>
          </w:rPr>
          <w:t>https://www.outsports.com/2021/9/7/22659759/jake-streder-gay-high-school-football-illinois/</w:t>
        </w:r>
      </w:hyperlink>
      <w:r>
        <w:t xml:space="preserve"> - This 2021 article discusses Jake Streder's continued efforts to promote LGBTQ+ visibility in his community. Two years after being outed, Jake took proactive steps to increase Pride awareness, including advocating for Pride Month recognition at his school and collaborating with his mother to create a 'reimagined closet' installation. The piece underscores Jake's commitment to fostering inclusivity and normalising LGBTQ+ identities in sports and everyday life.</w:t>
      </w:r>
      <w:r/>
    </w:p>
    <w:p>
      <w:pPr>
        <w:pStyle w:val="ListNumber"/>
        <w:spacing w:line="240" w:lineRule="auto"/>
        <w:ind w:left="720"/>
      </w:pPr>
      <w:r/>
      <w:hyperlink r:id="rId10">
        <w:r>
          <w:rPr>
            <w:color w:val="0000EE"/>
            <w:u w:val="single"/>
          </w:rPr>
          <w:t>https://www.edgemedianetwork.com/story/308646</w:t>
        </w:r>
      </w:hyperlink>
      <w:r>
        <w:t xml:space="preserve"> - Published in 2021, this article highlights Jake Streder's initiative to construct a 'reimagined closet' with his mother, transforming his childhood closet into a colourful and affirming space. The installation, adorned with rainbow colours and positive messages, serves as a public symbol of LGBTQ+ pride and acceptance. The piece celebrates Jake's creative approach to advocacy and his dedication to fostering inclusivity within his community.</w:t>
      </w:r>
      <w:r/>
    </w:p>
    <w:p>
      <w:pPr>
        <w:pStyle w:val="ListNumber"/>
        <w:spacing w:line="240" w:lineRule="auto"/>
        <w:ind w:left="720"/>
      </w:pPr>
      <w:r/>
      <w:hyperlink r:id="rId14">
        <w:r>
          <w:rPr>
            <w:color w:val="0000EE"/>
            <w:u w:val="single"/>
          </w:rPr>
          <w:t>https://www.outsports.com/2021/12/22/22840009/nfl-360-carl-nassib-gay-impact/</w:t>
        </w:r>
      </w:hyperlink>
      <w:r>
        <w:t xml:space="preserve"> - This 2021 article features a segment from NFL Network's 'NFL 360' that profiles five LGBTQ+ individuals with sports backgrounds, including Jake Streder. The segment explores the impact of Carl Nassib's coming out in the NFL and features Jake's journey from being outed in high school to embracing his identity and continuing to play football. The piece highlights the importance of representation and support for LGBTQ+ athletes in sports.</w:t>
      </w:r>
      <w:r/>
    </w:p>
    <w:p>
      <w:pPr>
        <w:pStyle w:val="ListNumber"/>
        <w:spacing w:line="240" w:lineRule="auto"/>
        <w:ind w:left="720"/>
      </w:pPr>
      <w:r/>
      <w:hyperlink r:id="rId12">
        <w:r>
          <w:rPr>
            <w:color w:val="0000EE"/>
            <w:u w:val="single"/>
          </w:rPr>
          <w:t>https://www.ysbnow.com/this-high-school-football-star-is-breaking-stereotypes-after-coming-out-to-his-team/</w:t>
        </w:r>
      </w:hyperlink>
      <w:r>
        <w:t xml:space="preserve"> - This 2018 article profiles Jake Bain, a high school football player who came out as gay to his team and coach at Indiana State University. Jake's decision to be open about his sexuality aims to challenge stereotypes and encourage other LGBTQ+ athletes to embrace their identities. The piece highlights the importance of acceptance and the positive impact of being true to oneself in the sports community.</w:t>
      </w:r>
      <w:r/>
    </w:p>
    <w:p>
      <w:pPr>
        <w:pStyle w:val="ListNumber"/>
        <w:spacing w:line="240" w:lineRule="auto"/>
        <w:ind w:left="720"/>
      </w:pPr>
      <w:r/>
      <w:hyperlink r:id="rId13">
        <w:r>
          <w:rPr>
            <w:color w:val="0000EE"/>
            <w:u w:val="single"/>
          </w:rPr>
          <w:t>https://www.washingtonblade.com/2019/01/08/college-football-player-recounts-public-coming-out-story-on-ellen/</w:t>
        </w:r>
      </w:hyperlink>
      <w:r>
        <w:t xml:space="preserve"> - This 2019 article recounts Jake Bain's public coming out story, which gained national attention after he appeared on 'The Ellen DeGeneres Show.' The piece details Jake's experience of coming out during a school assembly and the subsequent support he received from his community and teammates. It highlights the challenges and rewards of being an openly gay athlete in a traditionally masculine sport.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9/10/15/20897542/jake-streder-illinois-high-school-football-gay-coming-out/" TargetMode="External"/><Relationship Id="rId10" Type="http://schemas.openxmlformats.org/officeDocument/2006/relationships/hyperlink" Target="https://www.edgemedianetwork.com/story/308646" TargetMode="External"/><Relationship Id="rId11" Type="http://schemas.openxmlformats.org/officeDocument/2006/relationships/hyperlink" Target="https://www.outsports.com/2021/9/7/22659759/jake-streder-gay-high-school-football-illinois/" TargetMode="External"/><Relationship Id="rId12" Type="http://schemas.openxmlformats.org/officeDocument/2006/relationships/hyperlink" Target="https://www.ysbnow.com/this-high-school-football-star-is-breaking-stereotypes-after-coming-out-to-his-team/" TargetMode="External"/><Relationship Id="rId13" Type="http://schemas.openxmlformats.org/officeDocument/2006/relationships/hyperlink" Target="https://www.washingtonblade.com/2019/01/08/college-football-player-recounts-public-coming-out-story-on-ellen/" TargetMode="External"/><Relationship Id="rId14" Type="http://schemas.openxmlformats.org/officeDocument/2006/relationships/hyperlink" Target="https://www.outsports.com/2021/12/22/22840009/nfl-360-carl-nassib-gay-imp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