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Liverpool Pride 2027 promises a safer, community-led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apologised after concerns about Liverpool Pride 2026, promising a more joined-up and accountable event when the festival returns on Saturday, 31 July 2027. The reset matters because Liverpool Pride is not just a parade, but a major LGBTQ+ gathering shaped by volunteers, venues, artists and communities across the city region.</w:t>
      </w:r>
      <w:r/>
    </w:p>
    <w:p>
      <w:pPr>
        <w:pStyle w:val="Heading2"/>
      </w:pPr>
      <w:r>
        <w:t>Essential takeaways</w:t>
      </w:r>
      <w:r/>
      <w:r/>
    </w:p>
    <w:p>
      <w:pPr>
        <w:pStyle w:val="ListBullet"/>
        <w:spacing w:line="240" w:lineRule="auto"/>
        <w:ind w:left="720"/>
      </w:pPr>
      <w:r/>
      <w:r>
        <w:rPr>
          <w:b/>
        </w:rPr>
        <w:t>A direct apology:</w:t>
      </w:r>
      <w:r>
        <w:t xml:space="preserve"> Organisers acknowledged that the 2026 march fell short and said the apology wasn't conditional.</w:t>
      </w:r>
      <w:r/>
    </w:p>
    <w:p>
      <w:pPr>
        <w:pStyle w:val="ListBullet"/>
        <w:spacing w:line="240" w:lineRule="auto"/>
        <w:ind w:left="720"/>
      </w:pPr>
      <w:r/>
      <w:r>
        <w:rPr>
          <w:b/>
        </w:rPr>
        <w:t>A new working model:</w:t>
      </w:r>
      <w:r>
        <w:t xml:space="preserve"> Sahir House, LCR Pride Foundation and community stakeholders will collaborate through one unified group.</w:t>
      </w:r>
      <w:r/>
    </w:p>
    <w:p>
      <w:pPr>
        <w:pStyle w:val="ListBullet"/>
        <w:spacing w:line="240" w:lineRule="auto"/>
        <w:ind w:left="720"/>
      </w:pPr>
      <w:r/>
      <w:r>
        <w:rPr>
          <w:b/>
        </w:rPr>
        <w:t>More community input:</w:t>
      </w:r>
      <w:r>
        <w:t xml:space="preserve"> A new board is planned to give LGBTQ+ people a meaningful role in shaping the festival.</w:t>
      </w:r>
      <w:r/>
    </w:p>
    <w:p>
      <w:pPr>
        <w:pStyle w:val="ListBullet"/>
        <w:spacing w:line="240" w:lineRule="auto"/>
        <w:ind w:left="720"/>
      </w:pPr>
      <w:r/>
      <w:r>
        <w:rPr>
          <w:b/>
        </w:rPr>
        <w:t>The next date:</w:t>
      </w:r>
      <w:r>
        <w:t xml:space="preserve"> Liverpool's Pride will return over the weekend of Saturday, 31 July 2027.</w:t>
      </w:r>
      <w:r/>
    </w:p>
    <w:p>
      <w:pPr>
        <w:pStyle w:val="ListBullet"/>
        <w:spacing w:line="240" w:lineRule="auto"/>
        <w:ind w:left="720"/>
      </w:pPr>
      <w:r/>
      <w:r>
        <w:rPr>
          <w:b/>
        </w:rPr>
        <w:t>A broader programme:</w:t>
      </w:r>
      <w:r>
        <w:t xml:space="preserve"> Volunteer, artist, venue and business opportunities are expected to be announced as planning develops.</w:t>
      </w:r>
      <w:r/>
      <w:r/>
    </w:p>
    <w:p>
      <w:pPr>
        <w:pStyle w:val="Heading2"/>
      </w:pPr>
      <w:r>
        <w:t>Liverpool Pride organisers admit the 2026 march fell short</w:t>
      </w:r>
      <w:r/>
    </w:p>
    <w:p>
      <w:r/>
      <w:r>
        <w:t>The strongest message from Liverpool Pride's organisers is also the simplest: they heard the criticism. Following reports from attendees who said they felt unsafe during the 2026 march, the team apologised and accepted that the event hadn't met expectations.</w:t>
      </w:r>
      <w:r/>
    </w:p>
    <w:p>
      <w:r/>
      <w:r>
        <w:t>That matters at a festival built around visibility and belonging. A Pride march should feel joyful, colourful and welcoming, not like an occasion where people are left wondering whether their concerns will be taken seriously. The apology, reported by the Liverpool Echo, was presented as an unconditional acknowledgement rather than a defensive explanation.</w:t>
      </w:r>
      <w:r/>
    </w:p>
    <w:p>
      <w:pPr>
        <w:pStyle w:val="Heading2"/>
      </w:pPr>
      <w:r>
        <w:t>Why the festival's structure became a problem</w:t>
      </w:r>
      <w:r/>
    </w:p>
    <w:p>
      <w:r/>
      <w:r>
        <w:t>Liverpool Pride 2026 was delivered after Sahir and LCR Pride Foundation joined forces following a difficult period for the city's annual celebrations. Earlier community engagement helped shape the partnership, with both organisations presenting the new event as a more inclusive and community-first direction.</w:t>
      </w:r>
      <w:r/>
    </w:p>
    <w:p>
      <w:r/>
      <w:r>
        <w:t>But the practical arrangement left different teams handling separate parts of the festival. Organisers said the newly formed volunteer workforce was stretched, with people working across organisations rather than through one fully integrated structure. That may sound like an administrative detail, but on a large public event, coordination is everything, especially when safety, access and crowd movement are involved.</w:t>
      </w:r>
      <w:r/>
    </w:p>
    <w:p>
      <w:r/>
      <w:r>
        <w:t>The city's Pride has previously included a range of events beyond the march, including alcohol-free and accessible LGBTQ+ celebrations. Sahir House's Access Pride work underlines the importance of making the wider programme feel welcoming to people with different needs and experiences.</w:t>
      </w:r>
      <w:r/>
    </w:p>
    <w:p>
      <w:pPr>
        <w:pStyle w:val="Heading2"/>
      </w:pPr>
      <w:r>
        <w:t>A unified team is planned for Liverpool Pride 2027</w:t>
      </w:r>
      <w:r/>
    </w:p>
    <w:p>
      <w:r/>
      <w:r>
        <w:t>For 2027, trustees from Sahir House and LCR Pride Foundation are expected to work together on governance and oversight. A unified working group will also bring in key community stakeholders, replacing the looser arrangement that organisers say placed too much pressure on volunteers.</w:t>
      </w:r>
      <w:r/>
    </w:p>
    <w:p>
      <w:r/>
      <w:r>
        <w:t>The promise is not simply to produce another parade route or bigger party. Liverpool's Pride is being repositioned as a weekend shaped with the community, rather than merely delivered for it. That approach follows earlier plans to put LGBTQ+ people across the Liverpool City Region at the heart of the event.</w:t>
      </w:r>
      <w:r/>
    </w:p>
    <w:p>
      <w:r/>
      <w:r>
        <w:t>There is also a practical reason for the change. Liverpool's Pride has ambitions to become one of the UK's biggest Pride weekends and attract visitors from beyond the region, according to the Liverpool City Region's communications. Bigger crowds bring energy and spending, but they also demand sharper planning around stewarding, access, information and safe travel home.</w:t>
      </w:r>
      <w:r/>
    </w:p>
    <w:p>
      <w:pPr>
        <w:pStyle w:val="Heading2"/>
      </w:pPr>
      <w:r>
        <w:t>What could change for visitors next year?</w:t>
      </w:r>
      <w:r/>
    </w:p>
    <w:p>
      <w:r/>
      <w:r>
        <w:t>The new community board is likely to be the most important development for attendees. If it has genuine influence, it could help organisers spot problems earlier, from unclear march information to accessibility gaps and the availability of safe spaces during a busy weekend.</w:t>
      </w:r>
      <w:r/>
    </w:p>
    <w:p>
      <w:r/>
      <w:r>
        <w:t>Visitors should also expect more ways to participate before the festival begins. Organisers plan to share details of volunteering, artists, venues, businesses and community involvement in the months ahead. For local groups, that could mean a clearer route into the programme rather than waiting for decisions to arrive fully formed.</w:t>
      </w:r>
      <w:r/>
    </w:p>
    <w:p>
      <w:r/>
      <w:r>
        <w:t>The 2026 march had been promoted as a route through the heart of the city, reflecting Liverpool's long-standing reputation for lively public celebrations. The challenge now is to keep that bold, warm atmosphere while making the experience feel calmer, better signposted and safer for everyone taking part.</w:t>
      </w:r>
      <w:r/>
    </w:p>
    <w:p>
      <w:pPr>
        <w:pStyle w:val="Heading2"/>
      </w:pPr>
      <w:r>
        <w:t>Liverpool Pride 2027 has a chance to rebuild trust</w:t>
      </w:r>
      <w:r/>
    </w:p>
    <w:p>
      <w:r/>
      <w:r>
        <w:t>A fresh start is useful, but it won't be measured by announcements alone. Attendees will be looking for visible changes: clearer communication, accountable leadership, responsive volunteers and an event design that puts safety alongside spectacle.</w:t>
      </w:r>
      <w:r/>
    </w:p>
    <w:p>
      <w:r/>
      <w:r>
        <w:t>That doesn't mean Pride needs to lose its sparkle. Liverpool's strengths are its creativity, humour and collective spirit, from packed city-centre venues to community events with a softer, quieter feel. The best version of the festival should leave room for both the loud celebration and the person who simply wants to feel comfortable among others.</w:t>
      </w:r>
      <w:r/>
    </w:p>
    <w:p>
      <w:r/>
      <w:r>
        <w:t>Planning is expected to continue ahead of the Saturday, 31 July 2027 date. For many people, the real test will be whether the promised community involvement feels meaningful long before the first banner goes up.</w:t>
      </w:r>
      <w:r/>
    </w:p>
    <w:p>
      <w:r/>
      <w:r>
        <w:t>Liverpool Pride 2027 has the date and the reset; now it needs to turn both into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[6]</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[7]</w:t>
        </w:r>
      </w:hyperlink>
      <w:r>
        <w:t xml:space="preserve">, </w:t>
      </w:r>
      <w:hyperlink r:id="rId15">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https://www.liverpoolecho.co.uk/whats-on/whats-on-news/liverpool-pride-apologises-insisting-next-34602493</w:t>
        </w:r>
      </w:hyperlink>
      <w:r>
        <w:t xml:space="preserve"> - Please view link - unable to able to access data</w:t>
      </w:r>
      <w:r/>
    </w:p>
    <w:p>
      <w:pPr>
        <w:pStyle w:val="ListNumber"/>
        <w:spacing w:line="240" w:lineRule="auto"/>
        <w:ind w:left="720"/>
      </w:pPr>
      <w:r/>
      <w:hyperlink r:id="rId10">
        <w:r>
          <w:rPr>
            <w:color w:val="0000EE"/>
            <w:u w:val="single"/>
          </w:rPr>
          <w:t>https://www.gaydio.co.uk/uk/whats-new/news/gaydio-news/liverpools-pride-announces-2027-date-and-new-community-led-approach/</w:t>
        </w:r>
      </w:hyperlink>
      <w:r>
        <w:t xml:space="preserve"> - Liverpool's Pride has announced that the 2027 event will take place on Saturday, 31 July 2027, with a new community board and joint leadership from Sahir House and LCR Pride Foundation. This decision follows feedback from this year's event and aims to create a more inclusive and community-led celebration. The organisers have held workshops and discussions to shape the future direction of the event, emphasising the importance of community involvement in planning and delivery.</w:t>
      </w:r>
      <w:r/>
    </w:p>
    <w:p>
      <w:pPr>
        <w:pStyle w:val="ListNumber"/>
        <w:spacing w:line="240" w:lineRule="auto"/>
        <w:ind w:left="720"/>
      </w:pPr>
      <w:r/>
      <w:hyperlink r:id="rId11">
        <w:r>
          <w:rPr>
            <w:color w:val="0000EE"/>
            <w:u w:val="single"/>
          </w:rPr>
          <w:t>https://lexliverpool.com/media-centre/latest-news/2026/liverpool-s-pride-rebuilds-to-become-one-of-the-uk-s-biggest-pride-weekends-set-to-attract-visitors-nationwide/</w:t>
        </w:r>
      </w:hyperlink>
      <w:r>
        <w:t xml:space="preserve"> - Liverpool's Pride 2026 is set to return as one of the UK's standout LGBTQ+ events, with organisers unveiling a significantly expanded, city-wide programme designed to attract visitors from across the country. Following the cancellation of last year's event, Liverpool's Pride 2026 marks a major comeback, evolving into a full weekend festival spanning headline music performances, community celebration, and city-wide activity. The event aims to demonstrate resilience, growth, and renewed ambition within the Pride movement.</w:t>
      </w:r>
      <w:r/>
    </w:p>
    <w:p>
      <w:pPr>
        <w:pStyle w:val="ListNumber"/>
        <w:spacing w:line="240" w:lineRule="auto"/>
        <w:ind w:left="720"/>
      </w:pPr>
      <w:r/>
      <w:hyperlink r:id="rId15">
        <w:r>
          <w:rPr>
            <w:color w:val="0000EE"/>
            <w:u w:val="single"/>
          </w:rPr>
          <w:t>https://www.visitliverpool.com/blog/post/liverpools-pride-2026-announces-huge-opening-party/</w:t>
        </w:r>
      </w:hyperlink>
      <w:r>
        <w:t xml:space="preserve"> - Liverpool's Pride 2026 has announced a major opening party at the M&amp;S Bank Arena, featuring iconic acts including Sugababes, Beth Ditto, Bimini, Tia Kofi, House Gospel Choir, and Horse Meat Disco. The event aims to celebrate LGBTQ+ culture on a scale it truly deserves, with proceeds supporting the vital work of Sahir House for the LGBTQ+ community. The opening party marks the official launch of Liverpool's most exciting Pride in years, setting the tone for a full weekend of celebration.</w:t>
      </w:r>
      <w:r/>
    </w:p>
    <w:p>
      <w:pPr>
        <w:pStyle w:val="ListNumber"/>
        <w:spacing w:line="240" w:lineRule="auto"/>
        <w:ind w:left="720"/>
      </w:pPr>
      <w:r/>
      <w:hyperlink r:id="rId14">
        <w:r>
          <w:rPr>
            <w:color w:val="0000EE"/>
            <w:u w:val="single"/>
          </w:rPr>
          <w:t>https://www.sahir.org.uk/sahir-house-announces-access-pride-2026-liverpools-inclusive-alcohol-free-lgbtq-celebration-returns-to-the-brink/</w:t>
        </w:r>
      </w:hyperlink>
      <w:r>
        <w:t xml:space="preserve"> - Sahir House, a Liverpool-based LGBTQ+ health and wellbeing charity, has announced the return of Access Pride, the city's only fully accessible, sober Pride event, taking place on Saturday, 25 July 2026, at The Brink, Parr Street, Liverpool. The original Access Pride welcomed over 200 attendees, with 80% reporting feeling 'welcomed, included, and valued.' The event aims to provide a rare and vital space for LGBTQ+ people in recovery, those with sensory sensitivities, and anyone seeking a safer and more inclusive space to celebrate.</w:t>
      </w:r>
      <w:r/>
    </w:p>
    <w:p>
      <w:pPr>
        <w:pStyle w:val="ListNumber"/>
        <w:spacing w:line="240" w:lineRule="auto"/>
        <w:ind w:left="720"/>
      </w:pPr>
      <w:r/>
      <w:hyperlink r:id="rId13">
        <w:r>
          <w:rPr>
            <w:color w:val="0000EE"/>
            <w:u w:val="single"/>
          </w:rPr>
          <w:t>https://www.sahir.org.uk/sahir-and-lcr-pride-foundation-to-work-together-to-deliver-liverpools-pride-in-2026/</w:t>
        </w:r>
      </w:hyperlink>
      <w:r>
        <w:t xml:space="preserve"> - Sahir and LCR Pride Foundation have announced a collaboration to deliver a bold and inclusive Pride festival in Liverpool in 2026, on and around the weekend of Saturday, 25 July 2026. The festival will take place under the banner Liverpool's Pride, continuing the identity and theme that Sahir established through community engagement undertaken in 2025. The partnership centres local and regional voices, ensuring Pride continues to reflect real lives, real challenges, and real joy.</w:t>
      </w:r>
      <w:r/>
    </w:p>
    <w:p>
      <w:pPr>
        <w:pStyle w:val="ListNumber"/>
        <w:spacing w:line="240" w:lineRule="auto"/>
        <w:ind w:left="720"/>
      </w:pPr>
      <w:r/>
      <w:hyperlink r:id="rId12">
        <w:r>
          <w:rPr>
            <w:color w:val="0000EE"/>
            <w:u w:val="single"/>
          </w:rPr>
          <w:t>https://www.mandsbankarena.com/media-centre/latest-press-releases/2026-press-releases/liverpool-s-pride-reveals-2026-march-route-through-the-heart-of-the-city/</w:t>
        </w:r>
      </w:hyperlink>
      <w:r>
        <w:t xml:space="preserve"> - The route for Liverpool's Pride March 2026 has been officially unveiled, inviting thousands of people to come together in a powerful show of visibility, solidarity, and celebration. Taking place on Saturday, 25 July 2026, the march will see organised groups, charities, businesses, community organisations, and individuals join forces to walk through Liverpool city centre as part of this year's Pride celebrations. The route maintains the vibrant visibility Pride is known for while improving accessibility by removing the need for road closures used in previous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verpoolecho.co.uk/whats-on/whats-on-news/liverpool-pride-apologises-insisting-next-34602493" TargetMode="External"/><Relationship Id="rId10" Type="http://schemas.openxmlformats.org/officeDocument/2006/relationships/hyperlink" Target="https://www.gaydio.co.uk/uk/whats-new/news/gaydio-news/liverpools-pride-announces-2027-date-and-new-community-led-approach/" TargetMode="External"/><Relationship Id="rId11" Type="http://schemas.openxmlformats.org/officeDocument/2006/relationships/hyperlink" Target="https://lexliverpool.com/media-centre/latest-news/2026/liverpool-s-pride-rebuilds-to-become-one-of-the-uk-s-biggest-pride-weekends-set-to-attract-visitors-nationwide/" TargetMode="External"/><Relationship Id="rId12" Type="http://schemas.openxmlformats.org/officeDocument/2006/relationships/hyperlink" Target="https://www.mandsbankarena.com/media-centre/latest-press-releases/2026-press-releases/liverpool-s-pride-reveals-2026-march-route-through-the-heart-of-the-city/" TargetMode="External"/><Relationship Id="rId13" Type="http://schemas.openxmlformats.org/officeDocument/2006/relationships/hyperlink" Target="https://www.sahir.org.uk/sahir-and-lcr-pride-foundation-to-work-together-to-deliver-liverpools-pride-in-2026/" TargetMode="External"/><Relationship Id="rId14" Type="http://schemas.openxmlformats.org/officeDocument/2006/relationships/hyperlink" Target="https://www.sahir.org.uk/sahir-house-announces-access-pride-2026-liverpools-inclusive-alcohol-free-lgbtq-celebration-returns-to-the-brink/" TargetMode="External"/><Relationship Id="rId15" Type="http://schemas.openxmlformats.org/officeDocument/2006/relationships/hyperlink" Target="https://www.visitliverpool.com/blog/post/liverpools-pride-2026-announces-huge-opening-pa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