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Key Events on 20 September: From Magellan to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History takes a surprisingly busy turn on 20 September, with milestones spanning exploration, space travel, sport, politics and civil rights. The date marks the end of the US military’s ban on openly gay service members, while also recalling Magellan’s famous expedition, Billie Jean King’s landmark tennis victory and the first successful lunar sample mission.</w:t>
      </w:r>
      <w:r/>
    </w:p>
    <w:p>
      <w:pPr>
        <w:pStyle w:val="Heading2"/>
      </w:pPr>
      <w:r>
        <w:t>Why 20 September stands out in history</w:t>
      </w:r>
      <w:r/>
    </w:p>
    <w:p>
      <w:r/>
      <w:r>
        <w:t>Some dates gather a remarkable mix of turning points, and 20 September is one of them. According to historical timelines, the day links a pioneering voyage from Spain with scientific progress, democratic change and major cultural moments.</w:t>
      </w:r>
      <w:r/>
    </w:p>
    <w:p>
      <w:r/>
      <w:r>
        <w:t>The stories are strikingly varied. One entry is about ships leaving port in search of a spice route; another concerns a spacecraft quietly landing on the Moon. Together, they show how exploration has shifted from oceans to outer space, even as political and social struggles continue on Earth.</w:t>
      </w:r>
      <w:r/>
    </w:p>
    <w:p>
      <w:pPr>
        <w:pStyle w:val="Heading2"/>
      </w:pPr>
      <w:r>
        <w:t>A landmark moment for LGBTQ+ service members</w:t>
      </w:r>
      <w:r/>
    </w:p>
    <w:p>
      <w:r/>
      <w:r>
        <w:t>One of the most significant modern anniversaries is the 2011 repeal of the US military policy that barred openly gay people from serving. The change formally took effect on 20 September, ending the long-running "Don't Ask, Don't Tell" era.</w:t>
      </w:r>
      <w:r/>
    </w:p>
    <w:p>
      <w:r/>
      <w:r>
        <w:t>The policy had allowed gay and bisexual personnel to serve only if they concealed their sexuality. Its repeal was widely seen as an important civil rights milestone, although debates about equality, military culture and discrimination did not end there.</w:t>
      </w:r>
      <w:r/>
    </w:p>
    <w:p>
      <w:r/>
      <w:r>
        <w:t>For many service members and their families, the change carried a deeply personal meaning. It meant that honesty about one's life no longer automatically threatened a military career.</w:t>
      </w:r>
      <w:r/>
    </w:p>
    <w:p>
      <w:pPr>
        <w:pStyle w:val="Heading2"/>
      </w:pPr>
      <w:r>
        <w:t>From Sanlúcar to the first journey around the world</w:t>
      </w:r>
      <w:r/>
    </w:p>
    <w:p>
      <w:r/>
      <w:r>
        <w:t>On 20 September 1519, five ships under Ferdinand Magellan sailed from Sanlúcar de Barrameda in southern Spain. The expedition was searching for a western route to the lucrative spice markets, but it became one of the greatest voyages in maritime history.</w:t>
      </w:r>
      <w:r/>
    </w:p>
    <w:p>
      <w:r/>
      <w:r>
        <w:t>Magellan died before the expedition was completed, and Juan Sebastián Elcano eventually led the surviving crew home. The voyage ended three years later as the first recorded circumnavigation of the globe, a feat that reshaped European understanding of the world's geography.</w:t>
      </w:r>
      <w:r/>
    </w:p>
    <w:p>
      <w:r/>
      <w:r>
        <w:t>It was also a brutal undertaking, marked by hunger, disease, conflict and enormous loss of life. The romance of the map-making adventure is compelling, but the human cost was immense.</w:t>
      </w:r>
      <w:r/>
    </w:p>
    <w:p>
      <w:pPr>
        <w:pStyle w:val="Heading2"/>
      </w:pPr>
      <w:r>
        <w:t>Space, sport and a very different kind of breakthrough</w:t>
      </w:r>
      <w:r/>
    </w:p>
    <w:p>
      <w:r/>
      <w:r>
        <w:t>The date also recalls Luna 16, the Soviet spacecraft that successfully landed on the Moon in 1970, collected lunar material and returned it to Earth. It was the first uncrewed mission to achieve that feat, proving that robotic exploration could accomplish what had previously required astronauts.</w:t>
      </w:r>
      <w:r/>
    </w:p>
    <w:p>
      <w:r/>
      <w:r>
        <w:t>Four years later, Billie Jean King defeated Bobby Riggs in Houston in the much-publicised "Battle of the Sexes". The match became more than a sporting contest, challenging widely held assumptions about women's athletic ability and helping push gender equality into the mainstream conversation.</w:t>
      </w:r>
      <w:r/>
    </w:p>
    <w:p>
      <w:r/>
      <w:r>
        <w:t>King's victory still resonates because it combined sporting skill with a cultural argument. The court was bright, public and impossible to ignore, which made the symbolism almost as powerful as the result.</w:t>
      </w:r>
      <w:r/>
    </w:p>
    <w:p>
      <w:pPr>
        <w:pStyle w:val="Heading2"/>
      </w:pPr>
      <w:r>
        <w:t>Political upheaval and difficult memories</w:t>
      </w:r>
      <w:r/>
    </w:p>
    <w:p>
      <w:r/>
      <w:r>
        <w:t>Several other 20 September anniversaries carry a much darker tone. In 1974, Hurricane Fifi devastated Honduras, with reports of up to 10,000 deaths. The disaster remains a reminder of how extreme weather can magnify poverty, weak infrastructure and limited emergency resources.</w:t>
      </w:r>
      <w:r/>
    </w:p>
    <w:p>
      <w:r/>
      <w:r>
        <w:t>The date also recalls political violence in Central America, the overthrow of Jean-Bédel Bokassa in the Central African Republic, and the delivery of Argentina's Nunca Más report during the presidency of Raúl Alfonsín. The report documented thousands of people who disappeared during the country's military dictatorship.</w:t>
      </w:r>
      <w:r/>
    </w:p>
    <w:p>
      <w:r/>
      <w:r>
        <w:t>More recent entries include deadly attacks in Beirut, Islamabad and Kabul. These events sit uneasily alongside celebrations and scientific achievements, but that contrast is precisely what makes historical anniversaries useful: they preserve progress and pain in the same frame.</w:t>
      </w:r>
      <w:r/>
    </w:p>
    <w:p>
      <w:pPr>
        <w:pStyle w:val="Heading2"/>
      </w:pPr>
      <w:r>
        <w:t>Birthdays, culture and a changing historical record</w:t>
      </w:r>
      <w:r/>
    </w:p>
    <w:p>
      <w:r/>
      <w:r>
        <w:t>20 September is also associated with figures from film, writing and sport, including Italian actor Sophia Loren, Spanish author Javier Marías, Colombian racing driver Juan Pablo Montoya and Spanish tennis player Feliciano López.</w:t>
      </w:r>
      <w:r/>
    </w:p>
    <w:p>
      <w:r/>
      <w:r>
        <w:t>The date has cultural milestones too. The first Cannes Film Festival opened in 1946, while Game of Thrones set a record at the Emmy Awards in 2015 after winning 12 prizes. Elsewhere, Greece's Syriza returned to power in 2015, and Latvia voted in favour of joining the European Union in 2003.</w:t>
      </w:r>
      <w:r/>
    </w:p>
    <w:p>
      <w:r/>
      <w:r>
        <w:t>Taken together, these anniversaries offer more than a list of facts. They show how a single date can hold ambition, protest, tragedy, entertainment and social change, all waiting for a fresh look.</w:t>
      </w:r>
      <w:r/>
    </w:p>
    <w:p>
      <w:r/>
      <w:r>
        <w:t>It's a reminder that history rarely moves in a straight line, and 20 September proves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https://elcomercio.pe/mundo/actualidad/efemerides-del-20-de-septiembre-que-paso-en-el-mundo-un-dia-como-hoy-ejercito-de-estados-unidos-homosexuales-ultimas-noticia/</w:t>
        </w:r>
      </w:hyperlink>
      <w:r>
        <w:t xml:space="preserve"> - Please view link - unable to able to access data</w:t>
      </w:r>
      <w:r/>
    </w:p>
    <w:p>
      <w:pPr>
        <w:pStyle w:val="ListNumber"/>
        <w:spacing w:line="240" w:lineRule="auto"/>
        <w:ind w:left="720"/>
      </w:pPr>
      <w:r/>
      <w:hyperlink r:id="rId10">
        <w:r>
          <w:rPr>
            <w:color w:val="0000EE"/>
            <w:u w:val="single"/>
          </w:rPr>
          <w:t>https://www.elcomercio.pe/mundo/actualidad/efemerides-del-20-de-septiembre-que-paso-en-el-mundo-un-dia-como-hoy-ejercito-de-estados-unidos-homosexuales-ultimas-noticia/</w:t>
        </w:r>
      </w:hyperlink>
      <w:r>
        <w:t xml:space="preserve"> - On September 20, 2011, the repeal of the law prohibiting openly gay individuals from serving in the U.S. military took effect. The article also highlights other significant events that occurred on this date, including the departure of five ships led by Ferdinand Magellan in 1519, Mahatma Gandhi and Pandit Nehru's demand for the immediate withdrawal of British troops from India in 1945, the inauguration of the first Cannes Film Festival in 1946, and the successful landing of the Soviet probe 'Luna 16' on the Moon in 1970. Additionally, it mentions the 1973 'Battle of the Sexes' tennis match between Billie Jean King and Bobby Riggs, the 1974 Hurricane Fifi in Honduras, the 1979 coup in the Central African Republic, the 1984 suicide bombing of the U.S. Embassy in Beirut, the 1984 delivery of the 'Informe Sábato' to Argentine President Raúl Alfonsín, the 1990 ratification of the Treaty of Political Unification by the German Parliaments, Latvia's 2003 referendum vote to join the European Union, the 2008 suicide bombing of the Marriott Hotel in Islamabad, the 2011 assassination of former Afghan President Burhanuddin Rabbani, and the 2015 victory of Greece's Syriza party in general elections. The article also notes the birthdays of Italian actress Sofia Loren in 1934, Colombian racing driver Juan Pablo Montoya in 1975, Spanish writer Javier Marías in 1951, and Spanish tennis player Feliciano López in 1981, as well as the deaths of Spanish politician Nicolás Salmerón in 1908, Finnish composer Jean Sibelius in 1957, Greek writer and diplomat George Seferis in 1971, and Spanish writer and journalist Josefina Carabias in 1981.</w:t>
      </w:r>
      <w:r/>
    </w:p>
    <w:p>
      <w:pPr>
        <w:pStyle w:val="ListNumber"/>
        <w:spacing w:line="240" w:lineRule="auto"/>
        <w:ind w:left="720"/>
      </w:pPr>
      <w:r/>
      <w:hyperlink r:id="rId11">
        <w:r>
          <w:rPr>
            <w:color w:val="0000EE"/>
            <w:u w:val="single"/>
          </w:rPr>
          <w:t>https://www.infobae.com/america/agencias/2022/09/20/efemerides-del-20-de-septiembre/</w:t>
        </w:r>
      </w:hyperlink>
      <w:r>
        <w:t xml:space="preserve"> - This article provides a list of significant events that occurred on September 20 throughout history. Notable events include the inauguration of the Peruvian Constituent Congress in 1822, the birth of Italian actress Sofia Loren in 1934, and the ratification of the Treaty of Political Unification by the German Parliaments in 1990. The article offers a concise overview of these historical milestones.</w:t>
      </w:r>
      <w:r/>
    </w:p>
    <w:p>
      <w:pPr>
        <w:pStyle w:val="ListNumber"/>
        <w:spacing w:line="240" w:lineRule="auto"/>
        <w:ind w:left="720"/>
      </w:pPr>
      <w:r/>
      <w:hyperlink r:id="rId12">
        <w:r>
          <w:rPr>
            <w:color w:val="0000EE"/>
            <w:u w:val="single"/>
          </w:rPr>
          <w:t>https://algo.com.mx/efemerides/septiembre/20/</w:t>
        </w:r>
      </w:hyperlink>
      <w:r>
        <w:t xml:space="preserve"> - The article presents a compilation of events that took place on September 20 across various years. Highlights include the founding of the National School for the Blind in Mexico City in 1870, the inauguration of the Museum of Modern Art in 1964, and the establishment of diplomatic relations between Mexico and the Vatican in 1992. Additionally, it mentions Microsoft's acquisition of the British video game company Rareware in 2002 and the founding of the city of Monterrey in 1596.</w:t>
      </w:r>
      <w:r/>
    </w:p>
    <w:p>
      <w:pPr>
        <w:pStyle w:val="ListNumber"/>
        <w:spacing w:line="240" w:lineRule="auto"/>
        <w:ind w:left="720"/>
      </w:pPr>
      <w:r/>
      <w:hyperlink r:id="rId13">
        <w:r>
          <w:rPr>
            <w:color w:val="0000EE"/>
            <w:u w:val="single"/>
          </w:rPr>
          <w:t>https://www.diainternacionalde.com/efemerides/septiembre/20</w:t>
        </w:r>
      </w:hyperlink>
      <w:r>
        <w:t xml:space="preserve"> - This article lists various international days and events associated with September 20. It mentions the International Day of University Sport, World Freedom of Thought Expression Day, International Awareness Day on Child Growth, World Cleanup Day, and World Paella Day. The article also provides a selection of historical events that occurred on this date, such as the first edition of the Cannes Film Festival in 1946 and the first motorcycle race between Paris and Nantes in 1896.</w:t>
      </w:r>
      <w:r/>
    </w:p>
    <w:p>
      <w:pPr>
        <w:pStyle w:val="ListNumber"/>
        <w:spacing w:line="240" w:lineRule="auto"/>
        <w:ind w:left="720"/>
      </w:pPr>
      <w:r/>
      <w:hyperlink r:id="rId14">
        <w:r>
          <w:rPr>
            <w:color w:val="0000EE"/>
            <w:u w:val="single"/>
          </w:rPr>
          <w:t>https://es.wikipedia.org/wiki/20_de_septiembre</w:t>
        </w:r>
      </w:hyperlink>
      <w:r>
        <w:t xml:space="preserve"> - The Wikipedia page for September 20 provides a comprehensive list of events, births, and deaths associated with this date. It includes historical events like the Battle of Alma in 1854, the founding of the American Association for the Advancement of Science in 1848, and the beginning of the 'San Mateo Flood' in 1629. The page also lists saints and martyrs commemorated on this day, such as Saint Eustace of Rome and Saint Lorenzo Han I-hyong.</w:t>
      </w:r>
      <w:r/>
    </w:p>
    <w:p>
      <w:pPr>
        <w:pStyle w:val="ListNumber"/>
        <w:spacing w:line="240" w:lineRule="auto"/>
        <w:ind w:left="720"/>
      </w:pPr>
      <w:r/>
      <w:hyperlink r:id="rId15">
        <w:r>
          <w:rPr>
            <w:color w:val="0000EE"/>
            <w:u w:val="single"/>
          </w:rPr>
          <w:t>https://www.todoefemerides.com/que-paso/efemerides-dia-20-de-septiembre/</w:t>
        </w:r>
      </w:hyperlink>
      <w:r>
        <w:t xml:space="preserve"> - This article provides a list of significant events that occurred on September 20 throughout history. Notable events include the entry into force of the Treaty on the Prohibition of Nuclear Weapons in 2017, the impact of Hurricane Maria on Puerto Rico in 2017, and the retirement of Javier Zanetti as the player with the most matches played for the Italian club Inter Milan in 2011. The article offers a concise overview of these historical milestones.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comercio.pe/mundo/actualidad/efemerides-del-20-de-septiembre-que-paso-en-el-mundo-un-dia-como-hoy-ejercito-de-estados-unidos-homosexuales-ultimas-noticia/" TargetMode="External"/><Relationship Id="rId10" Type="http://schemas.openxmlformats.org/officeDocument/2006/relationships/hyperlink" Target="https://www.elcomercio.pe/mundo/actualidad/efemerides-del-20-de-septiembre-que-paso-en-el-mundo-un-dia-como-hoy-ejercito-de-estados-unidos-homosexuales-ultimas-noticia/" TargetMode="External"/><Relationship Id="rId11" Type="http://schemas.openxmlformats.org/officeDocument/2006/relationships/hyperlink" Target="https://www.infobae.com/america/agencias/2022/09/20/efemerides-del-20-de-septiembre/" TargetMode="External"/><Relationship Id="rId12" Type="http://schemas.openxmlformats.org/officeDocument/2006/relationships/hyperlink" Target="https://algo.com.mx/efemerides/septiembre/20/" TargetMode="External"/><Relationship Id="rId13" Type="http://schemas.openxmlformats.org/officeDocument/2006/relationships/hyperlink" Target="https://www.diainternacionalde.com/efemerides/septiembre/20" TargetMode="External"/><Relationship Id="rId14" Type="http://schemas.openxmlformats.org/officeDocument/2006/relationships/hyperlink" Target="https://es.wikipedia.org/wiki/20_de_septiembre" TargetMode="External"/><Relationship Id="rId15" Type="http://schemas.openxmlformats.org/officeDocument/2006/relationships/hyperlink" Target="https://www.todoefemerides.com/que-paso/efemerides-dia-20-de-septiemb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