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Boise Pride fireworks donation honours LGBTQ+ community champion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Boise residents gathered for a colourful fireworks display with an especially personal meaning: Jon Tomlinson donated $10,000 to Boise Pride in memory of his sister, Laurie, a longtime supporter of LGBTQ+ people and low-income families. The gift also invited the wider community to match his generosity.</w:t>
      </w:r>
      <w:r/>
    </w:p>
    <w:p>
      <w:pPr>
        <w:pStyle w:val="Heading2"/>
      </w:pPr>
      <w:r>
        <w:t>Essential Takeaways</w:t>
      </w:r>
      <w:r/>
      <w:r/>
    </w:p>
    <w:p>
      <w:pPr>
        <w:pStyle w:val="ListBullet"/>
        <w:spacing w:line="240" w:lineRule="auto"/>
        <w:ind w:left="720"/>
      </w:pPr>
      <w:r/>
      <w:r>
        <w:rPr>
          <w:b/>
        </w:rPr>
        <w:t>A personal tribute:</w:t>
      </w:r>
      <w:r>
        <w:t xml:space="preserve"> Tomlinson made the donation in memory of Laurie, who died from lymphoma in 2015.</w:t>
      </w:r>
      <w:r/>
    </w:p>
    <w:p>
      <w:pPr>
        <w:pStyle w:val="ListBullet"/>
        <w:spacing w:line="240" w:lineRule="auto"/>
        <w:ind w:left="720"/>
      </w:pPr>
      <w:r/>
      <w:r>
        <w:rPr>
          <w:b/>
        </w:rPr>
        <w:t>A $20,000 fundraising challenge:</w:t>
      </w:r>
      <w:r>
        <w:t xml:space="preserve"> His gift was structured as a match, encouraging supporters to contribute an additional $10,000.</w:t>
      </w:r>
      <w:r/>
    </w:p>
    <w:p>
      <w:pPr>
        <w:pStyle w:val="ListBullet"/>
        <w:spacing w:line="240" w:lineRule="auto"/>
        <w:ind w:left="720"/>
      </w:pPr>
      <w:r/>
      <w:r>
        <w:rPr>
          <w:b/>
        </w:rPr>
        <w:t>Community work remembered:</w:t>
      </w:r>
      <w:r>
        <w:t xml:space="preserve"> Laurie devoted time to Boise's LGBTQ+ community and families on low incomes.</w:t>
      </w:r>
      <w:r/>
    </w:p>
    <w:p>
      <w:pPr>
        <w:pStyle w:val="ListBullet"/>
        <w:spacing w:line="240" w:lineRule="auto"/>
        <w:ind w:left="720"/>
      </w:pPr>
      <w:r/>
      <w:r>
        <w:rPr>
          <w:b/>
        </w:rPr>
        <w:t>Individual giving matters:</w:t>
      </w:r>
      <w:r>
        <w:t xml:space="preserve"> Boise Pride says corporate donations have fallen, increasing the importance of personal supporters.</w:t>
      </w:r>
      <w:r/>
    </w:p>
    <w:p>
      <w:pPr>
        <w:pStyle w:val="ListBullet"/>
        <w:spacing w:line="240" w:lineRule="auto"/>
        <w:ind w:left="720"/>
      </w:pPr>
      <w:r/>
      <w:r>
        <w:rPr>
          <w:b/>
        </w:rPr>
        <w:t>A meaningful celebration:</w:t>
      </w:r>
      <w:r>
        <w:t xml:space="preserve"> The fireworks took place at Ann Morrison Park and coincided with Tomlinson's birthday.</w:t>
      </w:r>
      <w:r/>
      <w:r/>
    </w:p>
    <w:p>
      <w:pPr>
        <w:pStyle w:val="Heading2"/>
      </w:pPr>
      <w:r>
        <w:t>Fireworks with a deeper meaning</w:t>
      </w:r>
      <w:r/>
    </w:p>
    <w:p>
      <w:r/>
      <w:r>
        <w:t>Fireworks are usually all noise, colour and wide-eyed excitement. At Boise Pride's celebration in Ann Morrison Park, though, the spectacle carried a quieter message too: remembrance can become a practical force for good.</w:t>
      </w:r>
      <w:r/>
    </w:p>
    <w:p>
      <w:r/>
      <w:r>
        <w:t>Tomlinson gave $10,000 to Boise Pride in honour of his sister Laurie, who died from lymphoma in 2015. According to KTVB, Laurie had spent years supporting Boise's LGBTQ+ community as well as people facing financial hardship.</w:t>
      </w:r>
      <w:r/>
    </w:p>
    <w:p>
      <w:r/>
      <w:r>
        <w:t>That made the donation more than a ceremonial gesture. It connected one family's loss with an organisation continuing work Laurie had valued during her lifetime.</w:t>
      </w:r>
      <w:r/>
    </w:p>
    <w:p>
      <w:pPr>
        <w:pStyle w:val="Heading2"/>
      </w:pPr>
      <w:r>
        <w:t>One donation became a community challenge</w:t>
      </w:r>
      <w:r/>
    </w:p>
    <w:p>
      <w:r/>
      <w:r>
        <w:t>Tomlinson's contribution was designed to encourage others to join in. He offered to match further donations up to $10,000, potentially turning his personal tribute into a much larger pool of support for Boise Pride.</w:t>
      </w:r>
      <w:r/>
    </w:p>
    <w:p>
      <w:r/>
      <w:r>
        <w:t>The organisation's president, Michael Dale, said the connection between Tomlinson, his sister and the charity helped motivate additional giving. As KTVB reported, the campaign reached its $10,000 matching goal.</w:t>
      </w:r>
      <w:r/>
    </w:p>
    <w:p>
      <w:r/>
      <w:r>
        <w:t>There's something effective about a challenge gift: it gives supporters a clear reason to act now, rather than leaving a donation for some vague later date.</w:t>
      </w:r>
      <w:r/>
    </w:p>
    <w:p>
      <w:pPr>
        <w:pStyle w:val="Heading2"/>
      </w:pPr>
      <w:r>
        <w:t>Why individual supporters are becoming more important</w:t>
      </w:r>
      <w:r/>
    </w:p>
    <w:p>
      <w:r/>
      <w:r>
        <w:t>Boise Pride says it has been dealing with a sharp reduction in corporate donations, making individual contributions increasingly valuable. Dale told KTVB that the organisation has worked to maintain its services and events while relying more heavily on personal donors and ticket income.</w:t>
      </w:r>
      <w:r/>
    </w:p>
    <w:p>
      <w:r/>
      <w:r>
        <w:t>That shift reflects a wider pressure facing LGBTQ+ organisations. Boise State Public Radio has reported on changing sponsorship patterns around Idaho's LGBTQ+ events, while Boise Pride's own donation information highlights the ongoing need for community-backed funding.</w:t>
      </w:r>
      <w:r/>
    </w:p>
    <w:p>
      <w:r/>
      <w:r>
        <w:t>For supporters, the practical lesson is simple: smaller gifts can still help cover the dependable costs behind a festival, from event production to outreach and administration.</w:t>
      </w:r>
      <w:r/>
    </w:p>
    <w:p>
      <w:pPr>
        <w:pStyle w:val="Heading2"/>
      </w:pPr>
      <w:r>
        <w:t>Tomlinson's support goes beyond one event</w:t>
      </w:r>
      <w:r/>
    </w:p>
    <w:p>
      <w:r/>
      <w:r>
        <w:t>The fireworks donation wasn't Tomlinson's first contribution to Boise Pride. He also gave $5,000 to the organisation's Rise with Pride campaign during Idaho Gives, with that amount matched as part of the fundraising effort, according to KTVB.</w:t>
      </w:r>
      <w:r/>
    </w:p>
    <w:p>
      <w:r/>
      <w:r>
        <w:t>His latest gift also landed on a memorable date. The fireworks took place on his birthday, adding another personal detail to an event already shaped by family memory.</w:t>
      </w:r>
      <w:r/>
    </w:p>
    <w:p>
      <w:r/>
      <w:r>
        <w:t>It turned a public celebration into something distinctly human. The crowd saw the lights in the sky, but the reason behind them began with one sister, one brother and a lasting commitment to the community.</w:t>
      </w:r>
      <w:r/>
    </w:p>
    <w:p>
      <w:pPr>
        <w:pStyle w:val="Heading2"/>
      </w:pPr>
      <w:r>
        <w:t>How supporters can keep the momentum going</w:t>
      </w:r>
      <w:r/>
    </w:p>
    <w:p>
      <w:r/>
      <w:r>
        <w:t>People looking to support Boise Pride can donate directly, take part in fundraising campaigns or attend ticketed events. The organisation's official donation page outlines ways to contribute, while local event listings help supporters keep track of future festival activities.</w:t>
      </w:r>
      <w:r/>
    </w:p>
    <w:p>
      <w:r/>
      <w:r>
        <w:t>Choosing a regular contribution can be particularly useful because it gives community groups more predictable income. One-off gifts, meanwhile, can provide an important lift during campaigns or periods when sponsorship is harder to secure.</w:t>
      </w:r>
      <w:r/>
    </w:p>
    <w:p>
      <w:r/>
      <w:r>
        <w:t>The wider backdrop matters, too. Across Idaho and beyond, LGBTQ+ groups continue to depend on visible community solidarity, including fundraising, attendance and public expressions of support. Boise's fireworks offered a bright reminder that a celebration can honour the past while helping fund the future.</w:t>
      </w:r>
      <w:r/>
    </w:p>
    <w:p>
      <w:r/>
      <w:r>
        <w:t>A heartfelt tribute can light up more than one night when a community chooses to carry it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[4]</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https://www.ktvb.com/article/news/community/boise-pride-fireworks-donation-dedicated-lgbtq-activist/277-49edd354-a9ec-45c5-82f6-d107aff17205</w:t>
        </w:r>
      </w:hyperlink>
      <w:r>
        <w:t xml:space="preserve"> - Please view link - unable to able to access data</w:t>
      </w:r>
      <w:r/>
    </w:p>
    <w:p>
      <w:pPr>
        <w:pStyle w:val="ListNumber"/>
        <w:spacing w:line="240" w:lineRule="auto"/>
        <w:ind w:left="720"/>
      </w:pPr>
      <w:r/>
      <w:hyperlink r:id="rId9">
        <w:r>
          <w:rPr>
            <w:color w:val="0000EE"/>
            <w:u w:val="single"/>
          </w:rPr>
          <w:t>https://www.ktvb.com/article/news/community/boise-pride-fireworks-donation-dedicated-lgbtq-activist/277-49edd354-a9ec-45c5-82f6-d107aff17205</w:t>
        </w:r>
      </w:hyperlink>
      <w:r>
        <w:t xml:space="preserve"> - Jon Tomlinson donated $10,000 to Boise Pride in memory of his sister, Laurie, who passed away from lymphoma in 2015. Laurie was dedicated to supporting the local LGBTQ+ community and low-income families. Boise Pride President Michael Dale highlighted the impact of Tomlinson's contribution, noting it inspired others to support the organisation during a time of declining corporate donations.</w:t>
      </w:r>
      <w:r/>
    </w:p>
    <w:p>
      <w:pPr>
        <w:pStyle w:val="ListNumber"/>
        <w:spacing w:line="240" w:lineRule="auto"/>
        <w:ind w:left="720"/>
      </w:pPr>
      <w:r/>
      <w:hyperlink r:id="rId11">
        <w:r>
          <w:rPr>
            <w:color w:val="0000EE"/>
            <w:u w:val="single"/>
          </w:rPr>
          <w:t>https://www.boisestatepublicradio.org/arts-culture/2026-09-18/idaho-lgbtq-festival-fundraising-pattie-gonia-trixie-mattel</w:t>
        </w:r>
      </w:hyperlink>
      <w:r>
        <w:t xml:space="preserve"> - Boise Pride, entering its 37th year, is adapting to a 40% decrease in funding due to the loss of several corporate sponsors. The festival is focusing on community support and fundraising efforts to ensure the event's success amid economic uncertainties and anti-LGBTQ rhetoric.</w:t>
      </w:r>
      <w:r/>
    </w:p>
    <w:p>
      <w:pPr>
        <w:pStyle w:val="ListNumber"/>
        <w:spacing w:line="240" w:lineRule="auto"/>
        <w:ind w:left="720"/>
      </w:pPr>
      <w:r/>
      <w:hyperlink r:id="rId10">
        <w:r>
          <w:rPr>
            <w:color w:val="0000EE"/>
            <w:u w:val="single"/>
          </w:rPr>
          <w:t>https://boisepridefest.org/donate/</w:t>
        </w:r>
      </w:hyperlink>
      <w:r>
        <w:t xml:space="preserve"> - Boise Pride Festival, a 501(c)(3) non-profit organisation, relies on donations to fund its events and community outreach. Contributions are tax-deductible and support the festival's mission to promote diversity, inclusion, and equal rights for Idaho's LGBTQ+ community through education, advocacy, and celebration.</w:t>
      </w:r>
      <w:r/>
    </w:p>
    <w:p>
      <w:pPr>
        <w:pStyle w:val="ListNumber"/>
        <w:spacing w:line="240" w:lineRule="auto"/>
        <w:ind w:left="720"/>
      </w:pPr>
      <w:r/>
      <w:hyperlink r:id="rId13">
        <w:r>
          <w:rPr>
            <w:color w:val="0000EE"/>
            <w:u w:val="single"/>
          </w:rPr>
          <w:t>https://boisemom.com/event/boise-pride-festival/2026-09-20/</w:t>
        </w:r>
      </w:hyperlink>
      <w:r>
        <w:t xml:space="preserve"> - The Boise Pride Festival is scheduled for September 20, 2026, at Ann Morrison Park. The event is free to attend, featuring performances, park activities, and local vendors. A ticketed performance by Trixie Mattel is planned for Friday, September 18, 2026.</w:t>
      </w:r>
      <w:r/>
    </w:p>
    <w:p>
      <w:pPr>
        <w:pStyle w:val="ListNumber"/>
        <w:spacing w:line="240" w:lineRule="auto"/>
        <w:ind w:left="720"/>
      </w:pPr>
      <w:r/>
      <w:hyperlink r:id="rId12">
        <w:r>
          <w:rPr>
            <w:color w:val="0000EE"/>
            <w:u w:val="single"/>
          </w:rPr>
          <w:t>https://www.boisestatepublicradio.org/news/2025-09-08/boise-pride-dei-lgbtq-idaho-sponsors</w:t>
        </w:r>
      </w:hyperlink>
      <w:r>
        <w:t xml:space="preserve"> - In 2025, Boise Pride celebrated at Ann Morrison Park, with attendees emphasising the importance of visibility amid rising anti-LGBTQ policies and rhetoric. The event highlighted the community's resilience and the need to 'stay visible' in challenging times.</w:t>
      </w:r>
      <w:r/>
    </w:p>
    <w:p>
      <w:pPr>
        <w:pStyle w:val="ListNumber"/>
        <w:spacing w:line="240" w:lineRule="auto"/>
        <w:ind w:left="720"/>
      </w:pPr>
      <w:r/>
      <w:hyperlink r:id="rId14">
        <w:r>
          <w:rPr>
            <w:color w:val="0000EE"/>
            <w:u w:val="single"/>
          </w:rPr>
          <w:t>https://www.lgbtqnation.com/2026/06/neighbors-unite-to-display-pride-flags-citywide-after-state-bans-them-from-public-property/</w:t>
        </w:r>
      </w:hyperlink>
      <w:r>
        <w:t xml:space="preserve"> - In response to Idaho's ban on rainbow flags on government property, Boise residents formed Pride North End, distributing over 250 flags and 900 yard signs to display in their yards. The group raised over $10,000 through a GoFundMe campaign to support this initiative.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tvb.com/article/news/community/boise-pride-fireworks-donation-dedicated-lgbtq-activist/277-49edd354-a9ec-45c5-82f6-d107aff17205" TargetMode="External"/><Relationship Id="rId10" Type="http://schemas.openxmlformats.org/officeDocument/2006/relationships/hyperlink" Target="https://boisepridefest.org/donate/" TargetMode="External"/><Relationship Id="rId11" Type="http://schemas.openxmlformats.org/officeDocument/2006/relationships/hyperlink" Target="https://www.boisestatepublicradio.org/arts-culture/2026-09-18/idaho-lgbtq-festival-fundraising-pattie-gonia-trixie-mattel" TargetMode="External"/><Relationship Id="rId12" Type="http://schemas.openxmlformats.org/officeDocument/2006/relationships/hyperlink" Target="https://www.boisestatepublicradio.org/news/2025-09-08/boise-pride-dei-lgbtq-idaho-sponsors" TargetMode="External"/><Relationship Id="rId13" Type="http://schemas.openxmlformats.org/officeDocument/2006/relationships/hyperlink" Target="https://boisemom.com/event/boise-pride-festival/2026-09-20/" TargetMode="External"/><Relationship Id="rId14" Type="http://schemas.openxmlformats.org/officeDocument/2006/relationships/hyperlink" Target="https://www.lgbtqnation.com/2026/06/neighbors-unite-to-display-pride-flags-citywide-after-state-bans-them-from-public-prope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