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in Martinez 2026 Guide for Queer Culture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Waterfront Park in Martinez, California, for a colourful celebration of LGBTQ+ culture, local creativity and small-town community spirit. With live performances, independent vendors, food trucks and family-friendly energy, Pride in Martinez offers a more intimate alternative to the Bay Area's biggest Pride events.</w:t>
      </w:r>
      <w:r/>
    </w:p>
    <w:p>
      <w:pPr>
        <w:pStyle w:val="Heading2"/>
      </w:pPr>
      <w:r>
        <w:t>Essential Takeaways</w:t>
      </w:r>
      <w:r/>
      <w:r/>
    </w:p>
    <w:p>
      <w:pPr>
        <w:pStyle w:val="ListBullet"/>
        <w:spacing w:line="240" w:lineRule="auto"/>
        <w:ind w:left="720"/>
      </w:pPr>
      <w:r/>
      <w:r>
        <w:rPr>
          <w:b/>
        </w:rPr>
        <w:t>A welcoming waterfront setting:</w:t>
      </w:r>
      <w:r>
        <w:t xml:space="preserve"> The event takes place at Martinez's Waterfront Park beside the Carquinez Strait.</w:t>
      </w:r>
      <w:r/>
    </w:p>
    <w:p>
      <w:pPr>
        <w:pStyle w:val="ListBullet"/>
        <w:spacing w:line="240" w:lineRule="auto"/>
        <w:ind w:left="720"/>
      </w:pPr>
      <w:r/>
      <w:r>
        <w:rPr>
          <w:b/>
        </w:rPr>
        <w:t>Local talent takes centre stage:</w:t>
      </w:r>
      <w:r>
        <w:t xml:space="preserve"> Performances, poetry and community voices give the day a distinctly personal feel.</w:t>
      </w:r>
      <w:r/>
    </w:p>
    <w:p>
      <w:pPr>
        <w:pStyle w:val="ListBullet"/>
        <w:spacing w:line="240" w:lineRule="auto"/>
        <w:ind w:left="720"/>
      </w:pPr>
      <w:r/>
      <w:r>
        <w:rPr>
          <w:b/>
        </w:rPr>
        <w:t>Plenty to browse:</w:t>
      </w:r>
      <w:r>
        <w:t xml:space="preserve"> More than 50 organisations, artists and makers have taken part, with books, jewellery and handmade goods on offer.</w:t>
      </w:r>
      <w:r/>
    </w:p>
    <w:p>
      <w:pPr>
        <w:pStyle w:val="ListBullet"/>
        <w:spacing w:line="240" w:lineRule="auto"/>
        <w:ind w:left="720"/>
      </w:pPr>
      <w:r/>
      <w:r>
        <w:rPr>
          <w:b/>
        </w:rPr>
        <w:t>Food adds to the atmosphere:</w:t>
      </w:r>
      <w:r>
        <w:t xml:space="preserve"> Visitors can expect casual festival favourites, sweet treats and plenty of tempting aromas.</w:t>
      </w:r>
      <w:r/>
    </w:p>
    <w:p>
      <w:pPr>
        <w:pStyle w:val="ListBullet"/>
        <w:spacing w:line="240" w:lineRule="auto"/>
        <w:ind w:left="720"/>
      </w:pPr>
      <w:r/>
      <w:r>
        <w:rPr>
          <w:b/>
        </w:rPr>
        <w:t>Small-town Pride matters:</w:t>
      </w:r>
      <w:r>
        <w:t xml:space="preserve"> Organisers and attendees see the gathering as an important way to make LGBTQ+ visibility part of everyday community life.</w:t>
      </w:r>
      <w:r/>
      <w:r/>
    </w:p>
    <w:p>
      <w:pPr>
        <w:pStyle w:val="Heading2"/>
      </w:pPr>
      <w:r>
        <w:t>Martinez Pride brings colour to the waterfront</w:t>
      </w:r>
      <w:r/>
    </w:p>
    <w:p>
      <w:r/>
      <w:r>
        <w:t>Rainbow clothing, bright hair and handmade accessories turned Waterfront Park into a moving patchwork of colour during the fourth annual Pride in Martinez. The breeze coming off the Carquinez Strait added a little drama, while food trucks filled the air with the comforting scent of pizza and quesabirria tacos.</w:t>
      </w:r>
      <w:r/>
    </w:p>
    <w:p>
      <w:r/>
      <w:r>
        <w:t>Around 800 people attended, according to event organisers, creating a lively but approachable atmosphere. The Pride in Martinez website and city listings position the festival as a community event rather than a vast commercial spectacle, which helps explain its relaxed, neighbourly feel.</w:t>
      </w:r>
      <w:r/>
    </w:p>
    <w:p>
      <w:r/>
      <w:r>
        <w:t>For families, there were easy pleasures too. Ice cream sellers moved around the park with ringing bells, while visitors gathered under umbrellas near the main stage. It felt less like a crowded city parade and more like a sunny community day with a very clear message.</w:t>
      </w:r>
      <w:r/>
    </w:p>
    <w:p>
      <w:pPr>
        <w:pStyle w:val="Heading2"/>
      </w:pPr>
      <w:r>
        <w:t>Why smaller-town Pride events carry extra weight</w:t>
      </w:r>
      <w:r/>
    </w:p>
    <w:p>
      <w:r/>
      <w:r>
        <w:t>Martinez has a traditional small-town character, but it has also welcomed many younger families over the past decade and a half. That mix gives the festival a particular role: it makes LGBTQ+ visibility part of a place where rainbow clothing may still stand out.</w:t>
      </w:r>
      <w:r/>
    </w:p>
    <w:p>
      <w:r/>
      <w:r>
        <w:t>Trans poet Merciless Rei Tanq opened the stage programme with original work, including a poem about resistance and queer identity. Her appearance brought a sharper artistic edge to the afternoon, reminding visitors that Pride can be celebratory while still acknowledging the barriers many people have faced.</w:t>
      </w:r>
      <w:r/>
    </w:p>
    <w:p>
      <w:r/>
      <w:r>
        <w:t>That balance is one reason smaller gatherings can feel so powerful. In a major city event, visibility can become part of the background. In Martinez, it is more direct, personal and perhaps harder to ignore.</w:t>
      </w:r>
      <w:r/>
    </w:p>
    <w:p>
      <w:pPr>
        <w:pStyle w:val="Heading2"/>
      </w:pPr>
      <w:r>
        <w:t>Local artists and writers make the day feel personal</w:t>
      </w:r>
      <w:r/>
    </w:p>
    <w:p>
      <w:r/>
      <w:r>
        <w:t>The vendor area gave the event a creative, homespun quality. Artists and artisans sold handmade art and jewellery, while community organisations used the day to introduce their work and meet potential supporters.</w:t>
      </w:r>
      <w:r/>
    </w:p>
    <w:p>
      <w:r/>
      <w:r>
        <w:t>The Bay Area Queer Writers Association was among the groups connecting literature with activism. Its members sell books, encourage queer writers and produce an annual anthology, with proceeds supporting a chosen LGBTQ+ charity. According to the event information and community listings, Pride in Martinez gives visitors more than a stage show: it creates space for local groups to build lasting relationships.</w:t>
      </w:r>
      <w:r/>
    </w:p>
    <w:p>
      <w:r/>
      <w:r>
        <w:t>That is a useful distinction for anyone planning a visit. Bring time to browse, chat and discover smaller organisations, rather than treating the festival as a quick walk-through. The best finds may be the conversations, not just the purchases.</w:t>
      </w:r>
      <w:r/>
    </w:p>
    <w:p>
      <w:pPr>
        <w:pStyle w:val="Heading2"/>
      </w:pPr>
      <w:r>
        <w:t>What visitors can expect at Pride in Martinez</w:t>
      </w:r>
      <w:r/>
    </w:p>
    <w:p>
      <w:r/>
      <w:r>
        <w:t>The festival's waterfront location makes it easy to combine the event with a stroll around Martinez. Visitors can expect stalls, performances, food and community information, with a family-friendly tone running through the day. Listings from the City of Martinez, Solano Pride and local event guides all point towards an accessible public celebration in September 2026.</w:t>
      </w:r>
      <w:r/>
    </w:p>
    <w:p>
      <w:r/>
      <w:r>
        <w:t>Comfortable shoes are a sensible choice, especially if you plan to explore the park and surrounding waterfront. A light layer may also be useful: sunny afternoons can still feel breezy beside the strait, and the weather can shift as the day goes on.</w:t>
      </w:r>
      <w:r/>
    </w:p>
    <w:p>
      <w:r/>
      <w:r>
        <w:t>If you're attending with children, allow room for pauses. Between the ice cream, music and colourful stalls, there's plenty to see, and a slower pace makes the event more enjoyable for everyone.</w:t>
      </w:r>
      <w:r/>
    </w:p>
    <w:p>
      <w:pPr>
        <w:pStyle w:val="Heading2"/>
      </w:pPr>
      <w:r>
        <w:t>A community celebration with a wider purpose</w:t>
      </w:r>
      <w:r/>
    </w:p>
    <w:p>
      <w:r/>
      <w:r>
        <w:t>Pride in Martinez is supported through the city and a cultural grant, giving the event an official place in the local calendar. That backing matters because it signals that LGBTQ+ residents and visitors belong in the public life of the city, not only in private or specialist spaces.</w:t>
      </w:r>
      <w:r/>
    </w:p>
    <w:p>
      <w:r/>
      <w:r>
        <w:t>Volunteers have also framed the gathering as an opportunity for people who grew up with stigma or criminalisation to experience the joy and freedom they may have missed. It's a quietly moving idea beneath the music, food and rainbow flags.</w:t>
      </w:r>
      <w:r/>
    </w:p>
    <w:p>
      <w:r/>
      <w:r>
        <w:t>The festival's greatest strength may be its scale. It is large enough to bring people together, but intimate enough for strangers to talk, writers to meet readers and families to feel part of something shared. For anyone looking for a small-town Pride event with genuine community warmth, Martinez deserves a place on the list.</w:t>
      </w:r>
      <w:r/>
    </w:p>
    <w:p>
      <w:r/>
      <w:r>
        <w:t>It's a bright, thoughtful day out where visibility feels personal and community comes first.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3">
        <w:r>
          <w:rPr>
            <w:color w:val="0000EE"/>
            <w:u w:val="single"/>
          </w:rPr>
          <w:t>[7]</w:t>
        </w:r>
      </w:hyperlink>
      <w:r>
        <w:t xml:space="preserve">- Paragraph 4: </w:t>
      </w:r>
      <w:hyperlink r:id="rId15">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5">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2">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5">
        <w:r>
          <w:rPr>
            <w:color w:val="0000EE"/>
            <w:u w:val="single"/>
          </w:rPr>
          <w:t>[3]</w:t>
        </w:r>
      </w:hyperlink>
      <w:r>
        <w:t xml:space="preserve">, </w:t>
      </w:r>
      <w:hyperlink r:id="rId11">
        <w:r>
          <w:rPr>
            <w:color w:val="0000EE"/>
            <w:u w:val="single"/>
          </w:rPr>
          <w:t>[6]</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[6]</w:t>
        </w:r>
      </w:hyperlink>
      <w:r>
        <w:t xml:space="preserve">- Paragraph 13: </w:t>
      </w:r>
      <w:hyperlink r:id="rId15">
        <w:r>
          <w:rPr>
            <w:color w:val="0000EE"/>
            <w:u w:val="single"/>
          </w:rPr>
          <w:t>[3]</w:t>
        </w:r>
      </w:hyperlink>
      <w:r>
        <w:t xml:space="preserve">, </w:t>
      </w:r>
      <w:hyperlink r:id="rId13">
        <w:r>
          <w:rPr>
            <w:color w:val="0000EE"/>
            <w:u w:val="single"/>
          </w:rPr>
          <w:t>[7]</w:t>
        </w:r>
      </w:hyperlink>
      <w:r>
        <w:t xml:space="preserve">- Paragraph 14: </w:t>
      </w:r>
      <w:hyperlink r:id="rId12">
        <w:r>
          <w:rPr>
            <w:color w:val="0000EE"/>
            <w:u w:val="single"/>
          </w:rPr>
          <w:t>[4]</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https://richmondconfidential.org/2026/09/20/celebrating-queer-culture-in-the-contra-costa-county-seat/</w:t>
        </w:r>
      </w:hyperlink>
      <w:r>
        <w:t xml:space="preserve"> - Please view link - unable to able to access data</w:t>
      </w:r>
      <w:r/>
    </w:p>
    <w:p>
      <w:pPr>
        <w:pStyle w:val="ListNumber"/>
        <w:spacing w:line="240" w:lineRule="auto"/>
        <w:ind w:left="720"/>
      </w:pPr>
      <w:r/>
      <w:hyperlink r:id="rId10">
        <w:r>
          <w:rPr>
            <w:color w:val="0000EE"/>
            <w:u w:val="single"/>
          </w:rPr>
          <w:t>https://www.prideinmartinez.com/</w:t>
        </w:r>
      </w:hyperlink>
      <w:r>
        <w:t xml:space="preserve"> - Martinez Pride is an annual event celebrating the LGBTQ+ community and allies in Martinez, California. Founded in 2023, the festival is organised entirely by volunteers and features local vendors, community agencies, live entertainment, food and drinks, and a kids' area. The event is supported by generous donations from local sponsors and individual donors, and is fiscally sponsored by Together We Stand, a nonprofit dedicated to promoting equality and inclusion. The 2026 event is scheduled for September 19, 2026, at Waterfront Park in Martinez.</w:t>
      </w:r>
      <w:r/>
    </w:p>
    <w:p>
      <w:pPr>
        <w:pStyle w:val="ListNumber"/>
        <w:spacing w:line="240" w:lineRule="auto"/>
        <w:ind w:left="720"/>
      </w:pPr>
      <w:r/>
      <w:hyperlink r:id="rId15">
        <w:r>
          <w:rPr>
            <w:color w:val="0000EE"/>
            <w:u w:val="single"/>
          </w:rPr>
          <w:t>https://www.solanopride.org/community-events/</w:t>
        </w:r>
      </w:hyperlink>
      <w:r>
        <w:t xml:space="preserve"> - The Solano Pride Center provides information on community events, including the Martinez Pride 2026. The event is scheduled for Saturday, September 19, 2026, from 11 AM to 3 PM at Waterfront Park, 201 N. Court Street, Martinez. The family-friendly event is free and will feature live entertainment, education and activity booths, vendors, a kids’ area, a DJ, and food trucks. The Solano Pride Center is dedicated to serving the LGBTQ+ community in the Solano County area.</w:t>
      </w:r>
      <w:r/>
    </w:p>
    <w:p>
      <w:pPr>
        <w:pStyle w:val="ListNumber"/>
        <w:spacing w:line="240" w:lineRule="auto"/>
        <w:ind w:left="720"/>
      </w:pPr>
      <w:r/>
      <w:hyperlink r:id="rId12">
        <w:r>
          <w:rPr>
            <w:color w:val="0000EE"/>
            <w:u w:val="single"/>
          </w:rPr>
          <w:t>https://www.festivalsinamerica.com/festival/martinez-pride-martinez</w:t>
        </w:r>
      </w:hyperlink>
      <w:r>
        <w:t xml:space="preserve"> - Martinez Pride is a free, family-friendly LGBTQIA+ celebration held on the Martinez waterfront. Launched in 2023 by a volunteer team, it brings together local vendors, community resource agencies, food trucks, a kids' play area, and live entertainment for an afternoon of visibility, support, and joy. The event is backed by a City of Martinez cultural grant and fiscal sponsor Together We Stand. The 2026 edition is expected to return on Saturday, September 19, 2026, at Martinez Waterfront Park.</w:t>
      </w:r>
      <w:r/>
    </w:p>
    <w:p>
      <w:pPr>
        <w:pStyle w:val="ListNumber"/>
        <w:spacing w:line="240" w:lineRule="auto"/>
        <w:ind w:left="720"/>
      </w:pPr>
      <w:r/>
      <w:hyperlink r:id="rId14">
        <w:r>
          <w:rPr>
            <w:color w:val="0000EE"/>
            <w:u w:val="single"/>
          </w:rPr>
          <w:t>https://www.entradasx.com/event/martinez-pride-september-2026-martinez</w:t>
        </w:r>
      </w:hyperlink>
      <w:r>
        <w:t xml:space="preserve"> - The Martinez Pride Festival is an annual event celebrating the LGBTQ+ community and allies in Martinez, California. Scheduled for Saturday, September 19, 2026, at Waterfront Park, the festival brings the community together to celebrate diversity, inclusion, and the LGBTQ+ community. Founded in 2023, this event has quickly become a significant local tradition, offering a space for celebration, support, and connection. Attendees can enjoy a variety of activities, entertainment, and community resources in a welcoming environment.</w:t>
      </w:r>
      <w:r/>
    </w:p>
    <w:p>
      <w:pPr>
        <w:pStyle w:val="ListNumber"/>
        <w:spacing w:line="240" w:lineRule="auto"/>
        <w:ind w:left="720"/>
      </w:pPr>
      <w:r/>
      <w:hyperlink r:id="rId11">
        <w:r>
          <w:rPr>
            <w:color w:val="0000EE"/>
            <w:u w:val="single"/>
          </w:rPr>
          <w:t>https://www.cityofmartinez.org/Home/Components/Calendar/Event/2324/17?curm=9&amp;cury=2026</w:t>
        </w:r>
      </w:hyperlink>
      <w:r>
        <w:t xml:space="preserve"> - The City of Martinez has listed the Martinez Pride event on its official calendar. The event is scheduled for September 19, 2026, from 11:00 AM to 3:00 PM at Waterfront Park, 245 N. Court St., Martinez, California. Martinez Pride is a family-friendly event celebrating the members and allies of the LGBTQIA+ community in the City of Martinez and beyond. The event features local vendors, community resources, food trucks, a children's play area, and live entertainment, creating an atmosphere of joy and fun for all.</w:t>
      </w:r>
      <w:r/>
    </w:p>
    <w:p>
      <w:pPr>
        <w:pStyle w:val="ListNumber"/>
        <w:spacing w:line="240" w:lineRule="auto"/>
        <w:ind w:left="720"/>
      </w:pPr>
      <w:r/>
      <w:hyperlink r:id="rId13">
        <w:r>
          <w:rPr>
            <w:color w:val="0000EE"/>
            <w:u w:val="single"/>
          </w:rPr>
          <w:t>https://sf.funcheap.com/pride-martinez-festival-2026/</w:t>
        </w:r>
      </w:hyperlink>
      <w:r>
        <w:t xml:space="preserve"> - The Pride in Martinez Festival 2026 is scheduled for Saturday, September 19, 2026, from 11:00 AM to 3:00 PM at Waterfront Park, Martinez. The event is free and family-friendly, featuring live entertainment, vendors, community agencies, food and drinks, and a kids’ area. The festival aims to celebrate diversity and inclusion, providing a welcoming environment for the LGBTQ+ community and allies. Attendees can enjoy a variety of activities and community resources in a festive atmosphere.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ichmondconfidential.org/2026/09/20/celebrating-queer-culture-in-the-contra-costa-county-seat/" TargetMode="External"/><Relationship Id="rId10" Type="http://schemas.openxmlformats.org/officeDocument/2006/relationships/hyperlink" Target="https://www.prideinmartinez.com/" TargetMode="External"/><Relationship Id="rId11" Type="http://schemas.openxmlformats.org/officeDocument/2006/relationships/hyperlink" Target="https://www.cityofmartinez.org/Home/Components/Calendar/Event/2324/17?curm=9&amp;cury=2026" TargetMode="External"/><Relationship Id="rId12" Type="http://schemas.openxmlformats.org/officeDocument/2006/relationships/hyperlink" Target="https://www.festivalsinamerica.com/festival/martinez-pride-martinez" TargetMode="External"/><Relationship Id="rId13" Type="http://schemas.openxmlformats.org/officeDocument/2006/relationships/hyperlink" Target="https://sf.funcheap.com/pride-martinez-festival-2026/" TargetMode="External"/><Relationship Id="rId14" Type="http://schemas.openxmlformats.org/officeDocument/2006/relationships/hyperlink" Target="https://www.entradasx.com/event/martinez-pride-september-2026-martinez" TargetMode="External"/><Relationship Id="rId15" Type="http://schemas.openxmlformats.org/officeDocument/2006/relationships/hyperlink" Target="https://www.solanopride.org/community-ev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