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Grand Forks Pride parade guide for a welcoming community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groups, families and visitors are preparing for Grand Forks Pride, with the annual parade offering a colourful route through downtown and a lively gathering at Town Square. Here’s what to know about the event, the wider programme and why the celebration matters in a smaller, close-knit community.</w:t>
      </w:r>
      <w:r/>
    </w:p>
    <w:p>
      <w:pPr>
        <w:pStyle w:val="Heading2"/>
      </w:pPr>
      <w:r>
        <w:t>Essential Takeaways</w:t>
      </w:r>
      <w:r/>
      <w:r/>
    </w:p>
    <w:p>
      <w:pPr>
        <w:pStyle w:val="ListBullet"/>
        <w:spacing w:line="240" w:lineRule="auto"/>
        <w:ind w:left="720"/>
      </w:pPr>
      <w:r/>
      <w:r>
        <w:rPr>
          <w:b/>
        </w:rPr>
        <w:t>Parade route:</w:t>
      </w:r>
      <w:r>
        <w:t xml:space="preserve"> The procession starts near the Greenway and travels south along Third Street to Town Square.</w:t>
      </w:r>
      <w:r/>
    </w:p>
    <w:p>
      <w:pPr>
        <w:pStyle w:val="ListBullet"/>
        <w:spacing w:line="240" w:lineRule="auto"/>
        <w:ind w:left="720"/>
      </w:pPr>
      <w:r/>
      <w:r>
        <w:rPr>
          <w:b/>
        </w:rPr>
        <w:t>Everyone can join:</w:t>
      </w:r>
      <w:r>
        <w:t xml:space="preserve"> Individuals, groups and organisations are welcome, even without advance registration.</w:t>
      </w:r>
      <w:r/>
    </w:p>
    <w:p>
      <w:pPr>
        <w:pStyle w:val="ListBullet"/>
        <w:spacing w:line="240" w:lineRule="auto"/>
        <w:ind w:left="720"/>
      </w:pPr>
      <w:r/>
      <w:r>
        <w:rPr>
          <w:b/>
        </w:rPr>
        <w:t>A meaningful marshal:</w:t>
      </w:r>
      <w:r>
        <w:t xml:space="preserve"> Therapist Katie Dachtler is leading this year’s parade, alongside her work supporting gender-affirming access.</w:t>
      </w:r>
      <w:r/>
    </w:p>
    <w:p>
      <w:pPr>
        <w:pStyle w:val="ListBullet"/>
        <w:spacing w:line="240" w:lineRule="auto"/>
        <w:ind w:left="720"/>
      </w:pPr>
      <w:r/>
      <w:r>
        <w:rPr>
          <w:b/>
        </w:rPr>
        <w:t>More than one event:</w:t>
      </w:r>
      <w:r>
        <w:t xml:space="preserve"> The Pride programme includes outdoor gatherings, creative activities, performances, markets and social events.</w:t>
      </w:r>
      <w:r/>
    </w:p>
    <w:p>
      <w:pPr>
        <w:pStyle w:val="ListBullet"/>
        <w:spacing w:line="240" w:lineRule="auto"/>
        <w:ind w:left="720"/>
      </w:pPr>
      <w:r/>
      <w:r>
        <w:rPr>
          <w:b/>
        </w:rPr>
        <w:t>Plan ahead:</w:t>
      </w:r>
      <w:r>
        <w:t xml:space="preserve"> Check the organiser’s latest online schedule before travelling, as venues and timings can change.</w:t>
      </w:r>
      <w:r/>
      <w:r/>
    </w:p>
    <w:p>
      <w:pPr>
        <w:pStyle w:val="Heading2"/>
      </w:pPr>
      <w:r>
        <w:t>Grand Forks Pride brings colour downtown</w:t>
      </w:r>
      <w:r/>
    </w:p>
    <w:p>
      <w:r/>
      <w:r>
        <w:t>There’s something especially vivid about a parade winding through a familiar main street. Rainbow flags, cheering spectators and the gentle bustle of people finding their place can turn an ordinary Sunday into a shared public moment.</w:t>
      </w:r>
      <w:r/>
    </w:p>
    <w:p>
      <w:r/>
      <w:r>
        <w:t>The Grand Forks Pride parade begins at 2pm near the Greenway entrance at North Third Street and Eighth Avenue North, before heading south towards Town Square. The organiser’s event information confirms the parade as a central part of the city’s Pride programme, with the square providing space for music and further festivities.</w:t>
      </w:r>
      <w:r/>
    </w:p>
    <w:p>
      <w:r/>
      <w:r>
        <w:t>That straightforward route also makes the event easy to follow. Visitors can choose a spot along Third Street or head towards Town Square for the end of the procession and the social atmosphere that follows.</w:t>
      </w:r>
      <w:r/>
    </w:p>
    <w:p>
      <w:pPr>
        <w:pStyle w:val="Heading2"/>
      </w:pPr>
      <w:r>
        <w:t>Who can take part in the parade?</w:t>
      </w:r>
      <w:r/>
    </w:p>
    <w:p>
      <w:r/>
      <w:r>
        <w:t>The event isn’t limited to formal groups or registered organisations. Grand Forks Out and Proud has said that individuals, community groups and organisations can still walk, while people who decide to join at the last minute won’t be turned away.</w:t>
      </w:r>
      <w:r/>
    </w:p>
    <w:p>
      <w:r/>
      <w:r>
        <w:t>That open-door approach is part of the parade’s appeal. You don’t need a float, matching T-shirts or a perfectly rehearsed banner; showing up is enough. For families and first-time attendees, that can make the day feel considerably less intimidating.</w:t>
      </w:r>
      <w:r/>
    </w:p>
    <w:p>
      <w:r/>
      <w:r>
        <w:t>The parade’s organisers are also expecting the same warm public response that greeted the inaugural event. While online criticism may appear around any Pride celebration, the street-level experience is rather different when neighbours gather, wave and make room for one another.</w:t>
      </w:r>
      <w:r/>
    </w:p>
    <w:p>
      <w:pPr>
        <w:pStyle w:val="Heading2"/>
      </w:pPr>
      <w:r>
        <w:t>A parade with a strong local focus</w:t>
      </w:r>
      <w:r/>
    </w:p>
    <w:p>
      <w:r/>
      <w:r>
        <w:t>This year’s grand marshal, therapist Katie Dachtler, brings a distinctly local connection to the celebration. Her practice recently launched The Clothing Closet, which provides free gender-affirming clothing and accessories to LGBTQ+ people.</w:t>
      </w:r>
      <w:r/>
    </w:p>
    <w:p>
      <w:r/>
      <w:r>
        <w:t>Dachtler has also been involved in local civic life, including introducing the city’s hate-crime ordinance, which was unanimously approved by the council in 2022. That background gives the parade a useful reminder that Pride is both a celebration and a reflection of practical community support.</w:t>
      </w:r>
      <w:r/>
    </w:p>
    <w:p>
      <w:r/>
      <w:r>
        <w:t>The wider programme follows the same pattern. Alongside the parade, organisers have promoted park gatherings, creative sessions, bingo, a vendor market, performances, a drag brunch, film and worship. The North Dakota Department of Arts and Culture has also listed Pride-related showcase events in Grand Forks, highlighting the city’s broader cultural calendar.</w:t>
      </w:r>
      <w:r/>
    </w:p>
    <w:p>
      <w:pPr>
        <w:pStyle w:val="Heading2"/>
      </w:pPr>
      <w:r>
        <w:t>What else is happening during Pride?</w:t>
      </w:r>
      <w:r/>
    </w:p>
    <w:p>
      <w:r/>
      <w:r>
        <w:t>For visitors planning a full weekend, the parade is only one piece of the puzzle. Outdoor events such as Pride in the Park offer a more relaxed setting, while the vendor market and craft activities provide quieter ways to participate.</w:t>
      </w:r>
      <w:r/>
    </w:p>
    <w:p>
      <w:r/>
      <w:r>
        <w:t>Evening events bring a different energy, with drag performances and an adults-only dance among the options listed in the programme. Some activities are all-ages, while others have age restrictions, so it’s worth checking the details before setting off.</w:t>
      </w:r>
      <w:r/>
    </w:p>
    <w:p>
      <w:r/>
      <w:r>
        <w:t>Venue changes are particularly important this year. The drag show has moved from its previous East Grand Forks location to the Hilton Garden Inn after the former venue closed. A quick check of the official Grand Forks Pride listings can prevent a frustrating detour, especially for visitors unfamiliar with the area.</w:t>
      </w:r>
      <w:r/>
    </w:p>
    <w:p>
      <w:pPr>
        <w:pStyle w:val="Heading2"/>
      </w:pPr>
      <w:r>
        <w:t>Why Pride matters in a smaller city</w:t>
      </w:r>
      <w:r/>
    </w:p>
    <w:p>
      <w:r/>
      <w:r>
        <w:t>Pride can feel different in a smaller or more rural community. The parade isn’t simply a large-scale spectacle; it can be a chance for people to recognise one another, meet local allies and feel less isolated.</w:t>
      </w:r>
      <w:r/>
    </w:p>
    <w:p>
      <w:r/>
      <w:r>
        <w:t>That sense of visibility is central to Grand Forks Out and Proud’s message. For LGBTQ+ residents who may have arrived in the area unsure whether they’d find a supportive community, a busy street and a welcoming town square can carry real emotional weight.</w:t>
      </w:r>
      <w:r/>
    </w:p>
    <w:p>
      <w:r/>
      <w:r>
        <w:t>It’s also why the event matters beyond the parade route. A market, a shared meal, a performance or a conversation in the park can create the quiet connections that last well after the flags have been packed away.</w:t>
      </w:r>
      <w:r/>
    </w:p>
    <w:p>
      <w:r/>
      <w:r>
        <w:t>Check the official schedule before you go, then bring comfortable shoes, a little patience and plenty of room for community spirit.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4">
        <w:r>
          <w:rPr>
            <w:color w:val="0000EE"/>
            <w:u w:val="single"/>
          </w:rPr>
          <w:t>[6]</w:t>
        </w:r>
      </w:hyperlink>
      <w:r>
        <w:t xml:space="preserve">- Paragraph 17: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https://www.grandforksherald.com/news/local/second-annual-grand-forks-pride-parade-to-be-held-sunday</w:t>
        </w:r>
      </w:hyperlink>
      <w:r>
        <w:t xml:space="preserve"> - Please view link - unable to able to access data</w:t>
      </w:r>
      <w:r/>
    </w:p>
    <w:p>
      <w:pPr>
        <w:pStyle w:val="ListNumber"/>
        <w:spacing w:line="240" w:lineRule="auto"/>
        <w:ind w:left="720"/>
      </w:pPr>
      <w:r/>
      <w:hyperlink r:id="rId10">
        <w:r>
          <w:rPr>
            <w:color w:val="0000EE"/>
            <w:u w:val="single"/>
          </w:rPr>
          <w:t>https://www.grandforkspride.com/event-details/pride-parade</w:t>
        </w:r>
      </w:hyperlink>
      <w:r>
        <w:t xml:space="preserve"> - The Grand Forks Pride Parade is scheduled for Sunday, September 14, 2025, from 11:00 AM to 1:10 PM in Grand Forks, ND. Registration for the parade is currently closed. The event is organised by the Greater Grand Forks Pride Planning Committee, a volunteer-based group dedicated to bringing the best possible pride events to Grand Forks. The committee plans, organises, and runs all Grand Forks Pride events, aiming to inspire, educate, and celebrate the diversity of the Greater Grand Forks community. The parade will begin at 2 p.m. near the entrance to the Greenway at the intersection of North Third Street and Eighth Avenue North, moving south on Third Street and culminating at Town Square for music and other festivities. Individuals, groups, and organisations can still sign up to walk in the parade, although sign-up is not necessary. The event will be familiar to those who attended last year's inaugural Grand Forks Pride parade, at which spectators donned rainbows and lined Third Street. This year's parade grand marshal is local therapist Katie Dachtler, who recently opened 'The Clothing Closet,' a program that offers free gender-affirming clothes and accessories to LGBTQ+ people. As a former Grand Forks City Council member, she also introduced the city hate crime ordinance that was unanimously passed by the council in 2022. The parade is one of several Pride events held this month. Although Pride Month is typically recognised in June, many college towns frequently focus celebrations in September to give students the chance to participate. Grand Forks Pride 2026 was scheduled to kick off at 5 p.m. Friday with a barbecue and open mic at Christus Rex on the UND campus. Other events throughout the week include a craft night at Grand Forks Public Library on Monday, all-ages Pride bingo Wednesday at Christus Rex, the annual Pride vendor market Thursday on Kittson Avenue, an 18+ Pride dance at the Hilton Garden Inn on Saturday, Sept. 19, a drag brunch and movie screening at the Empire Arts Center on Sept. 20, and an interfaith worship at Christus Rex, also Sept. 20. A full schedule of events can be found on the Grand Forks Pride Facebook page. For Murphy, the annual slate of Pride events is an essential celebration of community. 'It's easy to forget in a town this small or rural that you're not the only queer person here,' he said. 'I know when I first moved up here about eight years ago, that's sort of how it felt at first. So it's good to get out there and know that you're not the only person who feels like this.'</w:t>
      </w:r>
      <w:r/>
    </w:p>
    <w:p>
      <w:pPr>
        <w:pStyle w:val="ListNumber"/>
        <w:spacing w:line="240" w:lineRule="auto"/>
        <w:ind w:left="720"/>
      </w:pPr>
      <w:r/>
      <w:hyperlink r:id="rId11">
        <w:r>
          <w:rPr>
            <w:color w:val="0000EE"/>
            <w:u w:val="single"/>
          </w:rPr>
          <w:t>https://www.grandforkspride.com/event-details/pride-in-the-park-2</w:t>
        </w:r>
      </w:hyperlink>
      <w:r>
        <w:t xml:space="preserve"> - Pride in the Park is a free and all-ages event held on Saturday, September 7, 2024, from 10:00 AM to 2:00 PM at 324 Kittson Ave, Grand Forks, ND 58201. The event features over 40 booths of community resources and vendors to showcase welcome and inclusion. The Greater Grand Forks Pride Planning Committee, a volunteer-based group dedicated to bringing the best possible pride events to Grand Forks, plans, organises, and runs all Grand Forks Pride events. The committee aims to inspire, educate, and celebrate the diversity of the Greater Grand Forks community. The event is free and open to all, with over 40 booths of community resources and vendors to showcase welcome and inclusion. The mailing address for the event is PO BOX 6342, Grand Forks, ND, 58206.</w:t>
      </w:r>
      <w:r/>
    </w:p>
    <w:p>
      <w:pPr>
        <w:pStyle w:val="ListNumber"/>
        <w:spacing w:line="240" w:lineRule="auto"/>
        <w:ind w:left="720"/>
      </w:pPr>
      <w:r/>
      <w:hyperlink r:id="rId12">
        <w:r>
          <w:rPr>
            <w:color w:val="0000EE"/>
            <w:u w:val="single"/>
          </w:rPr>
          <w:t>https://www.grandforkspride.com/event-details/gf-out-and-proud-in-the-park</w:t>
        </w:r>
      </w:hyperlink>
      <w:r>
        <w:t xml:space="preserve"> - GF OUT and Proud in the Park is an all-ages outdoor meetup held on Friday, September 13, 2024, from 5:00 PM to 8:30 PM at Lincoln Park Shelter 3, 120 Euclid Ave, Grand Forks, ND 58201. The event features outdoor games, snacks, and a wonderful community atmosphere. The Greater Grand Forks Pride Planning Committee, a volunteer-based group dedicated to bringing the best possible pride events to Grand Forks, plans, organises, and runs all Grand Forks Pride events. The committee aims to inspire, educate, and celebrate the diversity of the Greater Grand Forks community. The event is free and open to all, with outdoor activities, snacks, drinks, and plenty of socialising. Attendees are encouraged to bring their own games, but a variety of games ranging from cornhole and ring toss to many other exciting outdoor activities will be provided. The event is weather-dependent, and all are welcome to bring friends, family, and anyone who wants to celebrate and enjoy the outdoors.</w:t>
      </w:r>
      <w:r/>
    </w:p>
    <w:p>
      <w:pPr>
        <w:pStyle w:val="ListNumber"/>
        <w:spacing w:line="240" w:lineRule="auto"/>
        <w:ind w:left="720"/>
      </w:pPr>
      <w:r/>
      <w:hyperlink r:id="rId13">
        <w:r>
          <w:rPr>
            <w:color w:val="0000EE"/>
            <w:u w:val="single"/>
          </w:rPr>
          <w:t>https://www.ndda.nd.gov/events/grand-forks-pride-dakota-holiday-showcase</w:t>
        </w:r>
      </w:hyperlink>
      <w:r>
        <w:t xml:space="preserve"> - The Grand Forks Pride of Dakota Holiday Showcase is scheduled for Friday, November 22, 2024, from 12:00 PM to 8:00 PM, and Saturday, November 23, 2024, from 9:00 AM to 5:00 PM at the Alerus Center, 1200 S 42nd St, Grand Forks, ND. The event features over 120 companies offering unique, North Dakota-made products, including gourmet food, art, books, jewelry, apparel, personal care, pottery, quilting, photography, framed art, children's items, and more. Admission and shopping bags are free, sponsored by the Bank of North Dakota College SAVE Plan. Parking is also free for Pride of Dakota shoppers. The event includes a real bearded Santa who will be available for visiting and photo opportunities. Santa's hours are 1:00 PM to 7:00 PM on Friday, and 10:00 AM to 4:00 PM on Saturday.</w:t>
      </w:r>
      <w:r/>
    </w:p>
    <w:p>
      <w:pPr>
        <w:pStyle w:val="ListNumber"/>
        <w:spacing w:line="240" w:lineRule="auto"/>
        <w:ind w:left="720"/>
      </w:pPr>
      <w:r/>
      <w:hyperlink r:id="rId14">
        <w:r>
          <w:rPr>
            <w:color w:val="0000EE"/>
            <w:u w:val="single"/>
          </w:rPr>
          <w:t>https://www.ndda.nd.gov/news/pride-dakota-showcase-returns-alerus-center-0</w:t>
        </w:r>
      </w:hyperlink>
      <w:r>
        <w:t xml:space="preserve"> - The Pride of Dakota Showcase returns to the Alerus Center in Grand Forks on Friday and Saturday, November 22-23, 2024. The event features over 120 companies offering unique, North Dakota-made products, including gourmet food, wine and spirits, books, jewelry, apparel, personal care, pottery, quilting, photography, and framed art. The showcase is open from 12:00 PM to 8:00 PM on Friday, and from 9:00 AM to 5:00 PM on Saturday. Admission and shopping bags are free, sponsored by the Bank of North Dakota College SAVE Plan. Parking is also free for Pride of Dakota shoppers. The event includes a real bearded Santa who will be available for visiting and photo opportunities. Santa's hours are 1:00 PM to 7:00 PM on Friday, and 10:00 AM to 4:00 PM on Saturday.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randforksherald.com/news/local/second-annual-grand-forks-pride-parade-to-be-held-sunday" TargetMode="External"/><Relationship Id="rId10" Type="http://schemas.openxmlformats.org/officeDocument/2006/relationships/hyperlink" Target="https://www.grandforkspride.com/event-details/pride-parade" TargetMode="External"/><Relationship Id="rId11" Type="http://schemas.openxmlformats.org/officeDocument/2006/relationships/hyperlink" Target="https://www.grandforkspride.com/event-details/pride-in-the-park-2" TargetMode="External"/><Relationship Id="rId12" Type="http://schemas.openxmlformats.org/officeDocument/2006/relationships/hyperlink" Target="https://www.grandforkspride.com/event-details/gf-out-and-proud-in-the-park" TargetMode="External"/><Relationship Id="rId13" Type="http://schemas.openxmlformats.org/officeDocument/2006/relationships/hyperlink" Target="https://www.ndda.nd.gov/events/grand-forks-pride-dakota-holiday-showcase" TargetMode="External"/><Relationship Id="rId14" Type="http://schemas.openxmlformats.org/officeDocument/2006/relationships/hyperlink" Target="https://www.ndda.nd.gov/news/pride-dakota-showcase-returns-alerus-center-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