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Boise Pride Festival Guide for LGBTQ+ Community and Allies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are gathering at Ann Morrison Park for Boise Pride Festival, a three-day celebration of LGBTQ+ life, local businesses and community support. Now in its 37th year, the popular Idaho event blends live entertainment, food, more than 170 vendors and practical resources, creating a welcoming space where connection matters as much as celebration.</w:t>
      </w:r>
      <w:r/>
    </w:p>
    <w:p>
      <w:pPr>
        <w:pStyle w:val="Heading2"/>
      </w:pPr>
      <w:r>
        <w:t>Essential Takeaways</w:t>
      </w:r>
      <w:r/>
      <w:r/>
    </w:p>
    <w:p>
      <w:pPr>
        <w:pStyle w:val="ListBullet"/>
        <w:spacing w:line="240" w:lineRule="auto"/>
        <w:ind w:left="720"/>
      </w:pPr>
      <w:r/>
      <w:r>
        <w:rPr>
          <w:b/>
        </w:rPr>
        <w:t>Big community turnout:</w:t>
      </w:r>
      <w:r>
        <w:t xml:space="preserve"> The festival has attracted tens of thousands of people across the Treasure Valley.</w:t>
      </w:r>
      <w:r/>
    </w:p>
    <w:p>
      <w:pPr>
        <w:pStyle w:val="ListBullet"/>
        <w:spacing w:line="240" w:lineRule="auto"/>
        <w:ind w:left="720"/>
      </w:pPr>
      <w:r/>
      <w:r>
        <w:rPr>
          <w:b/>
        </w:rPr>
        <w:t>Three days of activity:</w:t>
      </w:r>
      <w:r>
        <w:t xml:space="preserve"> Expect entertainment, food, vendors, community groups and additional events.</w:t>
      </w:r>
      <w:r/>
    </w:p>
    <w:p>
      <w:pPr>
        <w:pStyle w:val="ListBullet"/>
        <w:spacing w:line="240" w:lineRule="auto"/>
        <w:ind w:left="720"/>
      </w:pPr>
      <w:r/>
      <w:r>
        <w:rPr>
          <w:b/>
        </w:rPr>
        <w:t>Local voices matter:</w:t>
      </w:r>
      <w:r>
        <w:t xml:space="preserve"> LGBTQ+-owned businesses and nonprofit organisations are central to the festival.</w:t>
      </w:r>
      <w:r/>
    </w:p>
    <w:p>
      <w:pPr>
        <w:pStyle w:val="ListBullet"/>
        <w:spacing w:line="240" w:lineRule="auto"/>
        <w:ind w:left="720"/>
      </w:pPr>
      <w:r/>
      <w:r>
        <w:rPr>
          <w:b/>
        </w:rPr>
        <w:t>The parade is a highlight:</w:t>
      </w:r>
      <w:r>
        <w:t xml:space="preserve"> Boise's annual Pride Parade travels through downtown before finishing near Ann Morrison Park.</w:t>
      </w:r>
      <w:r/>
    </w:p>
    <w:p>
      <w:pPr>
        <w:pStyle w:val="ListBullet"/>
        <w:spacing w:line="240" w:lineRule="auto"/>
        <w:ind w:left="720"/>
      </w:pPr>
      <w:r/>
      <w:r>
        <w:rPr>
          <w:b/>
        </w:rPr>
        <w:t>More than a party:</w:t>
      </w:r>
      <w:r>
        <w:t xml:space="preserve"> Organisers position the event as a way to support, celebrate and connect Idaho's LGBTQ+ community.</w:t>
      </w:r>
      <w:r/>
      <w:r/>
    </w:p>
    <w:p>
      <w:pPr>
        <w:pStyle w:val="Heading2"/>
      </w:pPr>
      <w:r>
        <w:t>Boise Pride Festival has become a major Idaho gathering</w:t>
      </w:r>
      <w:r/>
    </w:p>
    <w:p>
      <w:r/>
      <w:r>
        <w:t>The first thing that stands out about Boise Pride Festival is its scale. Ann Morrison Park fills with colour, music and conversation, while thousands of visitors move between stalls, food stands and community displays. According to KIVI-TV, this year's event includes more than 170 vendors, giving the festival the feel of a lively neighbourhood fair with a strong social purpose.</w:t>
      </w:r>
      <w:r/>
    </w:p>
    <w:p>
      <w:r/>
      <w:r>
        <w:t>That growth is especially striking for people who remember a quieter Boise. Michael Miller, co-founder of Idaho LGBTQ+-owned real estate team HomeFound Group, told KIVI-TV that the festival's rise reflects a dramatic change from the early 2000s. For long-time residents, seeing such a large crowd can feel both celebratory and deeply personal.</w:t>
      </w:r>
      <w:r/>
    </w:p>
    <w:p>
      <w:pPr>
        <w:pStyle w:val="Heading2"/>
      </w:pPr>
      <w:r>
        <w:t>Why community connection sits at the heart of the festival</w:t>
      </w:r>
      <w:r/>
    </w:p>
    <w:p>
      <w:r/>
      <w:r>
        <w:t>Boise Pride isn't simply a weekend of rainbow flags and live performances. Its stated purpose is to celebrate and support LGBTQ+ Idahoans, with community organisations offering information, resources and a visible reminder that people don't have to navigate everything alone.</w:t>
      </w:r>
      <w:r/>
    </w:p>
    <w:p>
      <w:r/>
      <w:r>
        <w:t>Tom Wheeler, a member of Boise Pride's board, told KIVI-TV that elevating the LGBTQ+ community is particularly important in Idaho. That emphasis gives the festival a grounded quality. The atmosphere may be bright and energetic, but the underlying message is one of belonging.</w:t>
      </w:r>
      <w:r/>
    </w:p>
    <w:p>
      <w:pPr>
        <w:pStyle w:val="Heading2"/>
      </w:pPr>
      <w:r>
        <w:t>Local businesses bring Pride into everyday Boise life</w:t>
      </w:r>
      <w:r/>
    </w:p>
    <w:p>
      <w:r/>
      <w:r>
        <w:t>More than 170 vendors help turn the park into a small marketplace of local ideas and services. Visitors can browse, eat, meet organisers and discover businesses that are actively involved in the community, rather than simply passing through with a logo and a temporary banner.</w:t>
      </w:r>
      <w:r/>
    </w:p>
    <w:p>
      <w:r/>
      <w:r>
        <w:t>That mix matters because representation is often most visible in ordinary places. A local shop, service provider or nonprofit can offer support long after the music stops. Boise Pride's official festival information and community listings show how the event connects celebration with local participation.</w:t>
      </w:r>
      <w:r/>
    </w:p>
    <w:p>
      <w:pPr>
        <w:pStyle w:val="Heading2"/>
      </w:pPr>
      <w:r>
        <w:t>What visitors can expect at Ann Morrison Park</w:t>
      </w:r>
      <w:r/>
    </w:p>
    <w:p>
      <w:r/>
      <w:r>
        <w:t>The festival programme combines live entertainment, food, vendors and community resources, so it's worth allowing time to wander rather than treating the day like a single scheduled show. Comfortable shoes, water and a little patience will help, particularly when the park is busy and the afternoon sun is out.</w:t>
      </w:r>
      <w:r/>
    </w:p>
    <w:p>
      <w:r/>
      <w:r>
        <w:t>Families, allies and first-time visitors can also approach the event at their own pace. Start with the stalls, find a quieter patch of grass, or use the programme to choose a few performances rather than attempting to see everything. Local event listings from Boise Pride and Boise Mom describe the festival as a broad, accessible community event rather than a narrowly focused nightlife gathering.</w:t>
      </w:r>
      <w:r/>
    </w:p>
    <w:p>
      <w:pPr>
        <w:pStyle w:val="Heading2"/>
      </w:pPr>
      <w:r>
        <w:t>The Boise Pride Parade adds downtown energy</w:t>
      </w:r>
      <w:r/>
    </w:p>
    <w:p>
      <w:r/>
      <w:r>
        <w:t>The annual parade provides the festival's most visible public moment, moving through downtown Boise before ending near Ann Morrison Park. KIVI-TV reported that the route begins near 14th and River streets, with the parade scheduled to start at 10am.</w:t>
      </w:r>
      <w:r/>
    </w:p>
    <w:p>
      <w:r/>
      <w:r>
        <w:t>For spectators, arriving early is sensible. Downtown viewing areas can fill quickly, and a spot near the route makes it easier to enjoy the atmosphere without having to weave through the busiest sections. The parade also gives the wider city a chance to take part, even for people who don't attend the full festival.</w:t>
      </w:r>
      <w:r/>
    </w:p>
    <w:p>
      <w:pPr>
        <w:pStyle w:val="Heading2"/>
      </w:pPr>
      <w:r>
        <w:t>A celebration that's still looking ahead</w:t>
      </w:r>
      <w:r/>
    </w:p>
    <w:p>
      <w:r/>
      <w:r>
        <w:t>The most powerful part of Boise Pride may be the contrast between its past and present. Miller told KIVI-TV that he once wasn't sure whether his community existed locally; now, he can see tens of thousands of people gathering in public to celebrate it.</w:t>
      </w:r>
      <w:r/>
    </w:p>
    <w:p>
      <w:r/>
      <w:r>
        <w:t>That shift doesn't mean every challenge has disappeared. It does show how festivals can create visibility, friendships and practical support at the same time. Boise Pride's continued growth suggests that many visitors are looking for exactly that combination: a joyful day out with a stronger sense of connection underneath.</w:t>
      </w:r>
      <w:r/>
    </w:p>
    <w:p>
      <w:r/>
      <w:r>
        <w:t>Boise Pride remains a bright, welcoming reminder that community is something people build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w:t>
      </w:r>
      <w:hyperlink r:id="rId10">
        <w:r>
          <w:rPr>
            <w:color w:val="0000EE"/>
            <w:u w:val="single"/>
          </w:rPr>
          <w:t>[2]</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https://www.kivitv.com/downtown-boise/boise-pride-returns-for-37th-year-highlighting-community-and-connection</w:t>
        </w:r>
      </w:hyperlink>
      <w:r>
        <w:t xml:space="preserve"> - Please view link - unable to able to access data</w:t>
      </w:r>
      <w:r/>
    </w:p>
    <w:p>
      <w:pPr>
        <w:pStyle w:val="ListNumber"/>
        <w:spacing w:line="240" w:lineRule="auto"/>
        <w:ind w:left="720"/>
      </w:pPr>
      <w:r/>
      <w:hyperlink r:id="rId10">
        <w:r>
          <w:rPr>
            <w:color w:val="0000EE"/>
            <w:u w:val="single"/>
          </w:rPr>
          <w:t>https://boisepridefest.org/</w:t>
        </w:r>
      </w:hyperlink>
      <w:r>
        <w:t xml:space="preserve"> - The official website of the Boise Pride Festival, celebrating its 37th year in 2026. The festival, themed 'Louder Than Fear', is scheduled for September 18–20 at Ann Morrison Park in Boise, Idaho. The event features free park entry all three days, with a ticketed performance by Trixie Mattel on Friday. The festival aims to promote unity and celebrate the diversity of sexual orientations and gender identities, engaging the Boise community year-round. Founded in 1989, Boise Pride is a 501(c)(3) nonprofit organisation based in Boise, Idaho.</w:t>
      </w:r>
      <w:r/>
    </w:p>
    <w:p>
      <w:pPr>
        <w:pStyle w:val="ListNumber"/>
        <w:spacing w:line="240" w:lineRule="auto"/>
        <w:ind w:left="720"/>
      </w:pPr>
      <w:r/>
      <w:hyperlink r:id="rId12">
        <w:r>
          <w:rPr>
            <w:color w:val="0000EE"/>
            <w:u w:val="single"/>
          </w:rPr>
          <w:t>https://www.boisestatepublicradio.org/arts-culture/2026-09-18/idaho-lgbtq-festival-fundraising-pattie-gonia-trixie-mattel</w:t>
        </w:r>
      </w:hyperlink>
      <w:r>
        <w:t xml:space="preserve"> - An article from Boise State Public Radio discussing the 37th annual Boise Pride Festival, themed 'Louder Than Fear', taking place from September 18–20, 2026, at Ann Morrison Park. The festival has adapted to a loss of corporate sponsors by relying more heavily on small businesses. The event features performances by Trixie Mattel and Pattie Gonia, with a focus on community resilience and visibility in response to recent challenges faced by the LGBTQ+ community.</w:t>
      </w:r>
      <w:r/>
    </w:p>
    <w:p>
      <w:pPr>
        <w:pStyle w:val="ListNumber"/>
        <w:spacing w:line="240" w:lineRule="auto"/>
        <w:ind w:left="720"/>
      </w:pPr>
      <w:r/>
      <w:hyperlink r:id="rId12">
        <w:r>
          <w:rPr>
            <w:color w:val="0000EE"/>
            <w:u w:val="single"/>
          </w:rPr>
          <w:t>https://www.boisestatepublicradio.org/arts-culture/2026-09-18/idaho-lgbtq-festival-fundraising-pattie-gonia-trixie-mattel</w:t>
        </w:r>
      </w:hyperlink>
      <w:r>
        <w:t xml:space="preserve"> - An article from Boise State Public Radio discussing the 37th annual Boise Pride Festival, themed 'Louder Than Fear', taking place from September 18–20, 2026, at Ann Morrison Park. The festival has adapted to a loss of corporate sponsors by relying more heavily on small businesses. The event features performances by Trixie Mattel and Pattie Gonia, with a focus on community resilience and visibility in response to recent challenges faced by the LGBTQ+ community.</w:t>
      </w:r>
      <w:r/>
    </w:p>
    <w:p>
      <w:pPr>
        <w:pStyle w:val="ListNumber"/>
        <w:spacing w:line="240" w:lineRule="auto"/>
        <w:ind w:left="720"/>
      </w:pPr>
      <w:r/>
      <w:hyperlink r:id="rId11">
        <w:r>
          <w:rPr>
            <w:color w:val="0000EE"/>
            <w:u w:val="single"/>
          </w:rPr>
          <w:t>https://boisemom.com/event/boise-pride-festival/2026-09-20/</w:t>
        </w:r>
      </w:hyperlink>
      <w:r>
        <w:t xml:space="preserve"> - A listing for the Boise Pride Festival on Boise Mom, detailing the event's schedule and location. The festival runs from September 18–20, 2026, at Ann Morrison Park in Boise, Idaho. The event includes free park entry all three days, with a ticketed performance by Trixie Mattel on Friday. The festival aims to promote unity and celebrate the diversity of sexual orientations and gender identities, engaging the Boise community year-round.</w:t>
      </w:r>
      <w:r/>
    </w:p>
    <w:p>
      <w:pPr>
        <w:pStyle w:val="ListNumber"/>
        <w:spacing w:line="240" w:lineRule="auto"/>
        <w:ind w:left="720"/>
      </w:pPr>
      <w:r/>
      <w:hyperlink r:id="rId14">
        <w:r>
          <w:rPr>
            <w:color w:val="0000EE"/>
            <w:u w:val="single"/>
          </w:rPr>
          <w:t>https://wethepeopleclothing.com/pages/boise-pride</w:t>
        </w:r>
      </w:hyperlink>
      <w:r>
        <w:t xml:space="preserve"> - A partnership announcement between We The People Clothing and Boise Pride, celebrating 37 years of Pride. The collaboration includes a special collection where a portion of every sale supports Boise Pride's mission to keep Pride alive, accessible, and louder than ever. The festival, themed 'Louder Than Fear', takes place from September 18–20, 2026, at Ann Morrison Park in Boise, Idaho.</w:t>
      </w:r>
      <w:r/>
    </w:p>
    <w:p>
      <w:pPr>
        <w:pStyle w:val="ListNumber"/>
        <w:spacing w:line="240" w:lineRule="auto"/>
        <w:ind w:left="720"/>
      </w:pPr>
      <w:r/>
      <w:hyperlink r:id="rId13">
        <w:r>
          <w:rPr>
            <w:color w:val="0000EE"/>
            <w:u w:val="single"/>
          </w:rPr>
          <w:t>https://www.utahpridecenter.org/calendar/boise-pride</w:t>
        </w:r>
      </w:hyperlink>
      <w:r>
        <w:t xml:space="preserve"> - An event listing for the Boise Pride Festival on the Utah Pride Center's calendar. The festival, themed 'Louder Than Fear', is scheduled for September 18–20, 2026, at Ann Morrison Park in Boise, Idaho. The event features performances by Trixie Mattel, Pattie Gonia, Priyanka, Debby Holiday, TOUK, and more, with a focus on music, dancing, drag, and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ivitv.com/downtown-boise/boise-pride-returns-for-37th-year-highlighting-community-and-connection" TargetMode="External"/><Relationship Id="rId10" Type="http://schemas.openxmlformats.org/officeDocument/2006/relationships/hyperlink" Target="https://boisepridefest.org/" TargetMode="External"/><Relationship Id="rId11" Type="http://schemas.openxmlformats.org/officeDocument/2006/relationships/hyperlink" Target="https://boisemom.com/event/boise-pride-festival/2026-09-20/" TargetMode="External"/><Relationship Id="rId12" Type="http://schemas.openxmlformats.org/officeDocument/2006/relationships/hyperlink" Target="https://www.boisestatepublicradio.org/arts-culture/2026-09-18/idaho-lgbtq-festival-fundraising-pattie-gonia-trixie-mattel" TargetMode="External"/><Relationship Id="rId13" Type="http://schemas.openxmlformats.org/officeDocument/2006/relationships/hyperlink" Target="https://www.utahpridecenter.org/calendar/boise-pride" TargetMode="External"/><Relationship Id="rId14" Type="http://schemas.openxmlformats.org/officeDocument/2006/relationships/hyperlink" Target="https://wethepeopleclothing.com/pages/boise-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