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RuPaul’s Drag Race UK Cancellation Matters for LGBTQ+ TV</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across the UK are reacting to the BBC’s decision to cancel RuPaul’s Drag Race UK after eight series, ending one of television’s most visible queer celebrations. Despite still attracting about one million weekly viewers, the show has reportedly fallen victim to financial pressure, raising bigger questions about representation, culture and what public-service broadcasting should protect.</w:t>
      </w:r>
      <w:r/>
    </w:p>
    <w:p>
      <w:pPr>
        <w:pStyle w:val="Heading2"/>
      </w:pPr>
      <w:r>
        <w:t>Essential Takeaways</w:t>
      </w:r>
      <w:r/>
      <w:r/>
    </w:p>
    <w:p>
      <w:pPr>
        <w:pStyle w:val="ListBullet"/>
        <w:spacing w:line="240" w:lineRule="auto"/>
        <w:ind w:left="720"/>
      </w:pPr>
      <w:r/>
      <w:r>
        <w:rPr>
          <w:b/>
        </w:rPr>
        <w:t>The BBC has ended the series:</w:t>
      </w:r>
      <w:r>
        <w:t xml:space="preserve"> RuPaul’s Drag Race UK will not return after its eighth run.</w:t>
      </w:r>
      <w:r/>
    </w:p>
    <w:p>
      <w:pPr>
        <w:pStyle w:val="ListBullet"/>
        <w:spacing w:line="240" w:lineRule="auto"/>
        <w:ind w:left="720"/>
      </w:pPr>
      <w:r/>
      <w:r>
        <w:rPr>
          <w:b/>
        </w:rPr>
        <w:t>It still has a sizeable audience:</w:t>
      </w:r>
      <w:r>
        <w:t xml:space="preserve"> The programme reportedly attracts around one million viewers a week, although that’s below its earlier peak.</w:t>
      </w:r>
      <w:r/>
    </w:p>
    <w:p>
      <w:pPr>
        <w:pStyle w:val="ListBullet"/>
        <w:spacing w:line="240" w:lineRule="auto"/>
        <w:ind w:left="720"/>
      </w:pPr>
      <w:r/>
      <w:r>
        <w:rPr>
          <w:b/>
        </w:rPr>
        <w:t>Budget cuts are central:</w:t>
      </w:r>
      <w:r>
        <w:t xml:space="preserve"> Industry reports link the decision to wider financial pressures at the BBC.</w:t>
      </w:r>
      <w:r/>
    </w:p>
    <w:p>
      <w:pPr>
        <w:pStyle w:val="ListBullet"/>
        <w:spacing w:line="240" w:lineRule="auto"/>
        <w:ind w:left="720"/>
      </w:pPr>
      <w:r/>
      <w:r>
        <w:rPr>
          <w:b/>
        </w:rPr>
        <w:t>Its cultural reach is broad:</w:t>
      </w:r>
      <w:r>
        <w:t xml:space="preserve"> The show has launched performers into mainstream music, theatre, fashion and television.</w:t>
      </w:r>
      <w:r/>
    </w:p>
    <w:p>
      <w:pPr>
        <w:pStyle w:val="ListBullet"/>
        <w:spacing w:line="240" w:lineRule="auto"/>
        <w:ind w:left="720"/>
      </w:pPr>
      <w:r/>
      <w:r>
        <w:rPr>
          <w:b/>
        </w:rPr>
        <w:t>Representation remains important:</w:t>
      </w:r>
      <w:r>
        <w:t xml:space="preserve"> Contestants have discussed identity, HIV, self-acceptance and the realities of LGBTQ+ life.</w:t>
      </w:r>
      <w:r/>
      <w:r/>
    </w:p>
    <w:p>
      <w:pPr>
        <w:pStyle w:val="Heading2"/>
      </w:pPr>
      <w:r>
        <w:t>The BBC has cut a show that still drew a crowd</w:t>
      </w:r>
      <w:r/>
    </w:p>
    <w:p>
      <w:r/>
      <w:r>
        <w:t>For many viewers, the news landed with the peculiar sting of losing a familiar weekly ritual. RuPaul’s Drag Race UK may have become part of the television furniture, but that doesn’t mean it had stopped mattering. According to reports from NME and RTÉ, the series continued to draw roughly one million viewers per episode before its cancellation.</w:t>
      </w:r>
      <w:r/>
    </w:p>
    <w:p>
      <w:r/>
      <w:r>
        <w:t>That figure is lower than the programme’s earlier high point, but it hardly suggests total audience collapse. The BBC’s decision appears to be tied to financial pressures rather than a sudden disappearance of interest, with NME and UPI both reporting that budget constraints shaped the broadcaster’s choice.</w:t>
      </w:r>
      <w:r/>
    </w:p>
    <w:p>
      <w:r/>
      <w:r>
        <w:t>There’s a difference between a show being creatively exhausted and a show becoming harder to justify on a spreadsheet. Drag Race UK seems to have encountered the latter. For fans, that can feel particularly frustrating when a programme remains visible, talked about and culturally useful.</w:t>
      </w:r>
      <w:r/>
    </w:p>
    <w:p>
      <w:pPr>
        <w:pStyle w:val="Heading2"/>
      </w:pPr>
      <w:r>
        <w:t>Eight series changed British pop culture</w:t>
      </w:r>
      <w:r/>
    </w:p>
    <w:p>
      <w:r/>
      <w:r>
        <w:t>The UK version did more than import an American format. It brought Britain’s distinctive drag traditions into conversation with the language, performance and community history of ballroom culture. Suddenly, phrases such as “throwing shade” and “serving” were no longer confined to specialist spaces or late-night conversations.</w:t>
      </w:r>
      <w:r/>
    </w:p>
    <w:p>
      <w:r/>
      <w:r>
        <w:t>The format also gave contestants a platform that reached far beyond the workroom. As the Guardian’s commentary noted, performers including Bimini Bon-Boulash and La Voix have gone on to work across music, fashion, books and mainstream television. That pathway matters because drag artists have often had to build careers without the promotional machinery routinely available to other performers.</w:t>
      </w:r>
      <w:r/>
    </w:p>
    <w:p>
      <w:r/>
      <w:r>
        <w:t>The result was an unusually lively collision of camp, fashion, comedy and personal storytelling. One week could bring a chaotic girl-group performance; the next might offer a thoughtful discussion about gender, family or living with HIV. It was glossy television, certainly, but it often carried more emotional weight than the sequins suggested.</w:t>
      </w:r>
      <w:r/>
    </w:p>
    <w:p>
      <w:pPr>
        <w:pStyle w:val="Heading2"/>
      </w:pPr>
      <w:r>
        <w:t>Why representation on Drag Race UK mattered</w:t>
      </w:r>
      <w:r/>
    </w:p>
    <w:p>
      <w:r/>
      <w:r>
        <w:t>The programme’s most valuable contribution may have been its ordinariness. Queer people weren’t presented solely through crisis, tragedy or political debate. They were shown competing, flirting, arguing, laughing, failing and making something spectacular out of limited resources.</w:t>
      </w:r>
      <w:r/>
    </w:p>
    <w:p>
      <w:r/>
      <w:r>
        <w:t>That visibility can be especially powerful for younger viewers. Seeing openly LGBTQ+ performers build careers and command a prime television platform offers a message that’s simple but not insignificant: there is a future beyond merely surviving. The Guardian highlighted the show’s role in presenting self-acceptance at a time when LGBTQ+ rights and identities are facing renewed hostility in many countries.</w:t>
      </w:r>
      <w:r/>
    </w:p>
    <w:p>
      <w:r/>
      <w:r>
        <w:t>It also widened the idea of who drag television could include. The series featured trans performers, a woman contestant and queens whose styles stretched well beyond traditional expectations. That doesn’t mean the programme represented every corner of queer life, nor that every LGBTQ+ viewer embraced it. But it made the mainstream space roomier.</w:t>
      </w:r>
      <w:r/>
    </w:p>
    <w:p>
      <w:pPr>
        <w:pStyle w:val="Heading2"/>
      </w:pPr>
      <w:r>
        <w:t>A hit can still be vulnerable in the streaming era</w:t>
      </w:r>
      <w:r/>
    </w:p>
    <w:p>
      <w:r/>
      <w:r>
        <w:t>The cancellation reflects a wider problem facing broadcasters. A programme can remain popular while becoming difficult to fund, particularly when audiences are spread across live television, catch-up services and social media clips. Reports from RTÉ, UPI and FormulaTV all connect the decision with the BBC’s financial pressures.</w:t>
      </w:r>
      <w:r/>
    </w:p>
    <w:p>
      <w:r/>
      <w:r>
        <w:t>That makes audience figures harder to interpret. A weekly broadcast number captures only part of a show’s reach, while viral performances, iPlayer viewing and touring careers can extend its influence long after the closing credits. Drag Race UK has always operated as more than a television programme. It feeds clubs, theatre bookings, music releases, fashion work and fan communities.</w:t>
      </w:r>
      <w:r/>
    </w:p>
    <w:p>
      <w:r/>
      <w:r>
        <w:t>For viewers, the practical lesson is to look beyond the overnight rating. A programme can be culturally successful without being the cheapest or easiest commission. It can also be expensive to produce precisely because its costumes, challenges, guest appearances and production values are part of the appeal.</w:t>
      </w:r>
      <w:r/>
    </w:p>
    <w:p>
      <w:pPr>
        <w:pStyle w:val="Heading2"/>
      </w:pPr>
      <w:r>
        <w:t>What happens to Britain’s queer TV landscape now?</w:t>
      </w:r>
      <w:r/>
    </w:p>
    <w:p>
      <w:r/>
      <w:r>
        <w:t>The immediate question is whether another broadcaster or platform might see an opportunity. The show’s established audience, international brand and deep bench of performers make it an attractive proposition, even if the BBC no longer considers it affordable. NME and FormulaTV reported the end of the BBC arrangement, but cancellation doesn’t automatically erase the format’s wider commercial value.</w:t>
      </w:r>
      <w:r/>
    </w:p>
    <w:p>
      <w:r/>
      <w:r>
        <w:t>Still, a replacement would have a difficult act to follow. Drag Race UK created a recognisable rhythm, from Snatch Game and makeover episodes to dramatic runway reveals and the emotional final messages. More importantly, it built a shared viewing habit across generations and backgrounds.</w:t>
      </w:r>
      <w:r/>
    </w:p>
    <w:p>
      <w:r/>
      <w:r>
        <w:t>There’s room to criticise the show, too. Some viewers have challenged its polished version of drag, while others have questioned how neatly it packages subcultures for mainstream entertainment. Those debates are healthy. But losing the programme altogether would remove a rare, high-profile place where those arguments could happen in public.</w:t>
      </w:r>
      <w:r/>
    </w:p>
    <w:p>
      <w:r/>
      <w:r>
        <w:t>Drag Race UK may have sashayed off the BBC, but its cultural footprint is far from disappearing.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9">
        <w:r>
          <w:rPr>
            <w:color w:val="0000EE"/>
            <w:u w:val="single"/>
          </w:rPr>
          <w:t>[2]</w:t>
        </w:r>
      </w:hyperlink>
      <w:r>
        <w:t xml:space="preserve">, </w:t>
      </w:r>
      <w:hyperlink r:id="rId14">
        <w:r>
          <w:rPr>
            <w:color w:val="0000EE"/>
            <w:u w:val="single"/>
          </w:rPr>
          <w:t>[3]</w:t>
        </w:r>
      </w:hyperlink>
      <w:r>
        <w:t xml:space="preserve">- Paragraph 4: </w:t>
      </w:r>
      <w:hyperlink r:id="rId10">
        <w:r>
          <w:rPr>
            <w:color w:val="0000EE"/>
            <w:u w:val="single"/>
          </w:rPr>
          <w:t>[4]</w:t>
        </w:r>
      </w:hyperlink>
      <w:r>
        <w:t xml:space="preserve">, </w:t>
      </w:r>
      <w:hyperlink r:id="rId12">
        <w:r>
          <w:rPr>
            <w:color w:val="0000EE"/>
            <w:u w:val="single"/>
          </w:rPr>
          <w:t>[6]</w:t>
        </w:r>
      </w:hyperlink>
      <w:r>
        <w:t xml:space="preserve">- Paragraph 5: </w:t>
      </w:r>
      <w:hyperlink r:id="rId11">
        <w:r>
          <w:rPr>
            <w:color w:val="0000EE"/>
            <w:u w:val="single"/>
          </w:rPr>
          <w:t>[5]</w:t>
        </w:r>
      </w:hyperlink>
      <w:r>
        <w:t xml:space="preserve">, </w:t>
      </w:r>
      <w:hyperlink r:id="rId13">
        <w:r>
          <w:rPr>
            <w:color w:val="0000EE"/>
            <w:u w:val="single"/>
          </w:rPr>
          <w:t>[7]</w:t>
        </w:r>
      </w:hyperlink>
      <w:r>
        <w:t xml:space="preserve">- Paragraph 6: </w:t>
      </w:r>
      <w:hyperlink r:id="rId9">
        <w:r>
          <w:rPr>
            <w:color w:val="0000EE"/>
            <w:u w:val="single"/>
          </w:rPr>
          <w:t>[2]</w:t>
        </w:r>
      </w:hyperlink>
      <w:r>
        <w:t xml:space="preserve">, </w:t>
      </w:r>
      <w:hyperlink r:id="rId14">
        <w:r>
          <w:rPr>
            <w:color w:val="0000EE"/>
            <w:u w:val="single"/>
          </w:rPr>
          <w:t>[3]</w:t>
        </w:r>
      </w:hyperlink>
      <w:r>
        <w:t xml:space="preserve">- Paragraph 7: </w:t>
      </w:r>
      <w:hyperlink r:id="rId10">
        <w:r>
          <w:rPr>
            <w:color w:val="0000EE"/>
            <w:u w:val="single"/>
          </w:rPr>
          <w:t>[4]</w:t>
        </w:r>
      </w:hyperlink>
      <w:r>
        <w:t xml:space="preserve">, </w:t>
      </w:r>
      <w:hyperlink r:id="rId11">
        <w:r>
          <w:rPr>
            <w:color w:val="0000EE"/>
            <w:u w:val="single"/>
          </w:rPr>
          <w:t>[5]</w:t>
        </w:r>
      </w:hyperlink>
      <w:r>
        <w:t xml:space="preserve">- Paragraph 8: </w:t>
      </w:r>
      <w:hyperlink r:id="rId12">
        <w:r>
          <w:rPr>
            <w:color w:val="0000EE"/>
            <w:u w:val="single"/>
          </w:rPr>
          <w:t>[6]</w:t>
        </w:r>
      </w:hyperlink>
      <w:r>
        <w:t xml:space="preserve">, </w:t>
      </w:r>
      <w:hyperlink r:id="rId13">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11">
        <w:r>
          <w:rPr>
            <w:color w:val="0000EE"/>
            <w:u w:val="single"/>
          </w:rPr>
          <w:t>[5]</w:t>
        </w:r>
      </w:hyperlink>
      <w:r>
        <w:t xml:space="preserve">, </w:t>
      </w:r>
      <w:hyperlink r:id="rId12">
        <w:r>
          <w:rPr>
            <w:color w:val="0000EE"/>
            <w:u w:val="single"/>
          </w:rPr>
          <w:t>[6]</w:t>
        </w:r>
      </w:hyperlink>
      <w:r>
        <w:t xml:space="preserve">- Paragraph 11: </w:t>
      </w:r>
      <w:hyperlink r:id="rId10">
        <w:r>
          <w:rPr>
            <w:color w:val="0000EE"/>
            <w:u w:val="single"/>
          </w:rPr>
          <w:t>[4]</w:t>
        </w:r>
      </w:hyperlink>
      <w:r>
        <w:t xml:space="preserve">, </w:t>
      </w:r>
      <w:hyperlink r:id="rId13">
        <w:r>
          <w:rPr>
            <w:color w:val="0000EE"/>
            <w:u w:val="single"/>
          </w:rPr>
          <w:t>[7]</w:t>
        </w:r>
      </w:hyperlink>
      <w:r>
        <w:t xml:space="preserve">- Paragraph 12: </w:t>
      </w:r>
      <w:hyperlink r:id="rId9">
        <w:r>
          <w:rPr>
            <w:color w:val="0000EE"/>
            <w:u w:val="single"/>
          </w:rPr>
          <w:t>[2]</w:t>
        </w:r>
      </w:hyperlink>
      <w:r>
        <w:t xml:space="preserve">, </w:t>
      </w:r>
      <w:hyperlink r:id="rId14">
        <w:r>
          <w:rPr>
            <w:color w:val="0000EE"/>
            <w:u w:val="single"/>
          </w:rPr>
          <w:t>[3]</w:t>
        </w:r>
      </w:hyperlink>
      <w:r>
        <w:t xml:space="preserve">- Paragraph 13: </w:t>
      </w:r>
      <w:hyperlink r:id="rId11">
        <w:r>
          <w:rPr>
            <w:color w:val="0000EE"/>
            <w:u w:val="single"/>
          </w:rPr>
          <w:t>[5]</w:t>
        </w:r>
      </w:hyperlink>
      <w:r>
        <w:t xml:space="preserve">, </w:t>
      </w:r>
      <w:hyperlink r:id="rId12">
        <w:r>
          <w:rPr>
            <w:color w:val="0000EE"/>
            <w:u w:val="single"/>
          </w:rPr>
          <w:t>[6]</w:t>
        </w:r>
      </w:hyperlink>
      <w:r>
        <w:t xml:space="preserve">- Paragraph 14: </w:t>
      </w:r>
      <w:hyperlink r:id="rId10">
        <w:r>
          <w:rPr>
            <w:color w:val="0000EE"/>
            <w:u w:val="single"/>
          </w:rPr>
          <w:t>[4]</w:t>
        </w:r>
      </w:hyperlink>
      <w:r>
        <w:t xml:space="preserve">, </w:t>
      </w:r>
      <w:hyperlink r:id="rId13">
        <w:r>
          <w:rPr>
            <w:color w:val="0000EE"/>
            <w:u w:val="single"/>
          </w:rPr>
          <w:t>[7]</w:t>
        </w:r>
      </w:hyperlink>
      <w:r>
        <w:t xml:space="preserve">- Paragraph 15: </w:t>
      </w:r>
      <w:hyperlink r:id="rId9">
        <w:r>
          <w:rPr>
            <w:color w:val="0000EE"/>
            <w:u w:val="single"/>
          </w:rPr>
          <w:t>[2]</w:t>
        </w:r>
      </w:hyperlink>
      <w:r>
        <w:t xml:space="preserve">, </w:t>
      </w:r>
      <w:hyperlink r:id="rId14">
        <w:r>
          <w:rPr>
            <w:color w:val="0000EE"/>
            <w:u w:val="single"/>
          </w:rPr>
          <w:t>[3]</w:t>
        </w:r>
      </w:hyperlink>
      <w:r>
        <w:t xml:space="preserve">- Paragraph 16: </w:t>
      </w:r>
      <w:hyperlink r:id="rId11">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https://www.theguardian.com/tv-and-radio/2026/sep/10/dont-sashay-away-the-bbcs-decision-to-cancel-ru-pauls-drag-race-uk-is-sickening-in-all-the-wrong-ways</w:t>
        </w:r>
      </w:hyperlink>
      <w:r>
        <w:t xml:space="preserve"> - Please view link - unable to able to access data</w:t>
      </w:r>
      <w:r/>
    </w:p>
    <w:p>
      <w:pPr>
        <w:pStyle w:val="ListNumber"/>
        <w:spacing w:line="240" w:lineRule="auto"/>
        <w:ind w:left="720"/>
      </w:pPr>
      <w:r/>
      <w:hyperlink r:id="rId9">
        <w:r>
          <w:rPr>
            <w:color w:val="0000EE"/>
            <w:u w:val="single"/>
          </w:rPr>
          <w:t>https://www.theguardian.com/tv-and-radio/2026/sep/10/dont-sashay-away-the-bbcs-decision-to-cancel-ru-pauls-drag-race-uk-is-sickening-in-all-the-wrong-ways</w:t>
        </w:r>
      </w:hyperlink>
      <w:r>
        <w:t xml:space="preserve"> - The Guardian article criticises the BBC's decision to cancel RuPaul's Drag Race UK after eight series, highlighting the show's significant viewership and cultural impact. It discusses the platform it provided for drag performers and the representation of ballroom culture, emphasising the positive influence on LGBTQ+ audiences. The piece also mentions notable contestants and judges, expressing disappointment over the cancellation and its implications for queer representation on television.</w:t>
      </w:r>
      <w:r/>
    </w:p>
    <w:p>
      <w:pPr>
        <w:pStyle w:val="ListNumber"/>
        <w:spacing w:line="240" w:lineRule="auto"/>
        <w:ind w:left="720"/>
      </w:pPr>
      <w:r/>
      <w:hyperlink r:id="rId14">
        <w:r>
          <w:rPr>
            <w:color w:val="0000EE"/>
            <w:u w:val="single"/>
          </w:rPr>
          <w:t>https://www.the-independent.com/arts-entertainment/tv/news/bbc-rupauls-drag-race-uk-b3047715.html</w:t>
        </w:r>
      </w:hyperlink>
      <w:r>
        <w:t xml:space="preserve"> - The Independent reports that the BBC has dropped RuPaul’s Drag Race UK after eight series due to 'significant financial pressures'. The article notes the show's success in bringing British drag into the mainstream and providing a platform for drag stars who have gained popularity with wider audiences. It also mentions the show's judges and the announcement of the cancellation following the premiere of the eighth series on BBC Three.</w:t>
      </w:r>
      <w:r/>
    </w:p>
    <w:p>
      <w:pPr>
        <w:pStyle w:val="ListNumber"/>
        <w:spacing w:line="240" w:lineRule="auto"/>
        <w:ind w:left="720"/>
      </w:pPr>
      <w:r/>
      <w:hyperlink r:id="rId10">
        <w:r>
          <w:rPr>
            <w:color w:val="0000EE"/>
            <w:u w:val="single"/>
          </w:rPr>
          <w:t>https://www.nme.com/news/tv/bbc-axes-rupauls-drag-race-uk-after-eight-series-due-to-budget-cuts-3968043</w:t>
        </w:r>
      </w:hyperlink>
      <w:r>
        <w:t xml:space="preserve"> - NME reports that the BBC has axed RuPaul’s Drag Race UK after eight series due to budget cuts. The article highlights the show's peak viewership of 1.5 million per episode and its role in launching the careers of stars like The Vivienne, La Voix, Bimini Bon Boulash, Tia Kofi, and Danny Beard. It also mentions the show's judges and the announcement that future series will move to Wow Presents Plus.</w:t>
      </w:r>
      <w:r/>
    </w:p>
    <w:p>
      <w:pPr>
        <w:pStyle w:val="ListNumber"/>
        <w:spacing w:line="240" w:lineRule="auto"/>
        <w:ind w:left="720"/>
      </w:pPr>
      <w:r/>
      <w:hyperlink r:id="rId11">
        <w:r>
          <w:rPr>
            <w:color w:val="0000EE"/>
            <w:u w:val="single"/>
          </w:rPr>
          <w:t>https://www.rte.ie/entertainment/2026/0910/1591016-bbc-drops-drag-race-uk-due-to-financial-pressures/</w:t>
        </w:r>
      </w:hyperlink>
      <w:r>
        <w:t xml:space="preserve"> - RTÉ Entertainment reports that the BBC has dropped RuPaul's Drag Race UK due to 'significant financial pressures'. The article notes that the show features drag queens competing in challenges to impress a panel of judges, including RuPaul, Michelle Visage, Graham Norton, and Alan Carr. It also mentions that future series, as well as its international all-star spin-off, RuPaul’s Drag Race UK vs The World, will be broadcast on the streaming platform Wow Presents Plus.</w:t>
      </w:r>
      <w:r/>
    </w:p>
    <w:p>
      <w:pPr>
        <w:pStyle w:val="ListNumber"/>
        <w:spacing w:line="240" w:lineRule="auto"/>
        <w:ind w:left="720"/>
      </w:pPr>
      <w:r/>
      <w:hyperlink r:id="rId12">
        <w:r>
          <w:rPr>
            <w:color w:val="0000EE"/>
            <w:u w:val="single"/>
          </w:rPr>
          <w:t>https://www.upi.com/Entertainment_News/TV/2026/09/10/uk-rupauls-drag-race-uk-bbc/1371789041095/</w:t>
        </w:r>
      </w:hyperlink>
      <w:r>
        <w:t xml:space="preserve"> - UPI reports that the BBC has dropped RuPaul's Drag Race UK after eight seasons due to 'significant financial pressures'. The article mentions that the show features 12 drag queens competing for a crown and a series on Wow Presents Plus, and has aired on BBC Three and iPlayer since 2019. It also notes that judges include RuPaul, Michelle Visage, Graham Norton, Alan Carr, and guest celebrities, and that future series will move to Wow Presents Plus in 2027.</w:t>
      </w:r>
      <w:r/>
    </w:p>
    <w:p>
      <w:pPr>
        <w:pStyle w:val="ListNumber"/>
        <w:spacing w:line="240" w:lineRule="auto"/>
        <w:ind w:left="720"/>
      </w:pPr>
      <w:r/>
      <w:hyperlink r:id="rId13">
        <w:r>
          <w:rPr>
            <w:color w:val="0000EE"/>
            <w:u w:val="single"/>
          </w:rPr>
          <w:t>https://www.formulatv.com/noticias/bbc-dejara-producir-rupauls-drag-race-uk-8-138200/</w:t>
        </w:r>
      </w:hyperlink>
      <w:r>
        <w:t xml:space="preserve"> - FormulaTV reports that the BBC will stop producing 'RuPaul's Drag Race UK' after eight seasons. The article attributes the decision to the BBC's financial crisis, with losses exceeding 100 million annually. It mentions that the UK version of the show premiered in 2019 and has aired eight seasons, along with three editions of 'UK vs the World'. The show was currently being broadcast on BBC Three and iPlayer, achieving up to 1.5 million views per episode.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guardian.com/tv-and-radio/2026/sep/10/dont-sashay-away-the-bbcs-decision-to-cancel-ru-pauls-drag-race-uk-is-sickening-in-all-the-wrong-ways" TargetMode="External"/><Relationship Id="rId10" Type="http://schemas.openxmlformats.org/officeDocument/2006/relationships/hyperlink" Target="https://www.nme.com/news/tv/bbc-axes-rupauls-drag-race-uk-after-eight-series-due-to-budget-cuts-3968043" TargetMode="External"/><Relationship Id="rId11" Type="http://schemas.openxmlformats.org/officeDocument/2006/relationships/hyperlink" Target="https://www.rte.ie/entertainment/2026/0910/1591016-bbc-drops-drag-race-uk-due-to-financial-pressures/" TargetMode="External"/><Relationship Id="rId12" Type="http://schemas.openxmlformats.org/officeDocument/2006/relationships/hyperlink" Target="https://www.upi.com/Entertainment_News/TV/2026/09/10/uk-rupauls-drag-race-uk-bbc/1371789041095/" TargetMode="External"/><Relationship Id="rId13" Type="http://schemas.openxmlformats.org/officeDocument/2006/relationships/hyperlink" Target="https://www.formulatv.com/noticias/bbc-dejara-producir-rupauls-drag-race-uk-8-138200/" TargetMode="External"/><Relationship Id="rId14" Type="http://schemas.openxmlformats.org/officeDocument/2006/relationships/hyperlink" Target="https://www.the-independent.com/arts-entertainment/tv/news/bbc-rupauls-drag-race-uk-b3047715.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